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3821"/>
      </w:tblGrid>
      <w:tr w:rsidR="004D6D65" w14:paraId="7CC92478" w14:textId="77777777" w:rsidTr="004D6D65">
        <w:tc>
          <w:tcPr>
            <w:tcW w:w="5807" w:type="dxa"/>
          </w:tcPr>
          <w:p w14:paraId="7A20DE3C" w14:textId="77777777" w:rsidR="004D6D65" w:rsidRPr="00C07423" w:rsidRDefault="004D6D65" w:rsidP="002F2C89">
            <w:pPr>
              <w:spacing w:after="0"/>
              <w:rPr>
                <w:b/>
              </w:rPr>
            </w:pPr>
          </w:p>
        </w:tc>
        <w:tc>
          <w:tcPr>
            <w:tcW w:w="3821" w:type="dxa"/>
          </w:tcPr>
          <w:p w14:paraId="4AA1C075" w14:textId="77777777" w:rsidR="004D6D65" w:rsidRPr="004D6D65" w:rsidRDefault="004D6D65" w:rsidP="002F2C89">
            <w:pPr>
              <w:spacing w:after="0"/>
              <w:rPr>
                <w:bCs/>
                <w:lang w:val="ru-RU"/>
              </w:rPr>
            </w:pPr>
            <w:r w:rsidRPr="004D6D65">
              <w:rPr>
                <w:bCs/>
                <w:lang w:val="ru-RU"/>
              </w:rPr>
              <w:t>ЗАТВЕРДЖЕНО</w:t>
            </w:r>
          </w:p>
          <w:p w14:paraId="3A6120EC" w14:textId="77777777" w:rsidR="004D6D65" w:rsidRPr="004D6D65" w:rsidRDefault="004D6D65" w:rsidP="002F2C89">
            <w:pPr>
              <w:spacing w:after="0"/>
              <w:rPr>
                <w:bCs/>
                <w:lang w:val="ru-RU"/>
              </w:rPr>
            </w:pPr>
            <w:r w:rsidRPr="004D6D65">
              <w:rPr>
                <w:bCs/>
                <w:lang w:val="ru-RU"/>
              </w:rPr>
              <w:t>Наказ Міністерства у справах</w:t>
            </w:r>
          </w:p>
          <w:p w14:paraId="3B38BE19" w14:textId="77777777" w:rsidR="004D6D65" w:rsidRPr="004D6D65" w:rsidRDefault="004D6D65" w:rsidP="002F2C89">
            <w:pPr>
              <w:spacing w:after="0"/>
              <w:rPr>
                <w:bCs/>
                <w:lang w:val="ru-RU"/>
              </w:rPr>
            </w:pPr>
            <w:r w:rsidRPr="004D6D65">
              <w:rPr>
                <w:bCs/>
                <w:lang w:val="ru-RU"/>
              </w:rPr>
              <w:t>ветеранів України</w:t>
            </w:r>
          </w:p>
          <w:p w14:paraId="2AEAA64D" w14:textId="2DAA3472" w:rsidR="004D6D65" w:rsidRDefault="004D6D65" w:rsidP="002F2C89">
            <w:pPr>
              <w:spacing w:after="0"/>
              <w:rPr>
                <w:bCs/>
                <w:lang w:val="ru-RU"/>
              </w:rPr>
            </w:pPr>
            <w:r w:rsidRPr="004D6D65">
              <w:rPr>
                <w:bCs/>
                <w:lang w:val="ru-RU"/>
              </w:rPr>
              <w:t>________202</w:t>
            </w:r>
            <w:r w:rsidR="000D2D1E">
              <w:rPr>
                <w:bCs/>
                <w:lang w:val="ru-RU"/>
              </w:rPr>
              <w:t>6</w:t>
            </w:r>
            <w:r w:rsidRPr="004D6D65">
              <w:rPr>
                <w:bCs/>
                <w:lang w:val="ru-RU"/>
              </w:rPr>
              <w:t xml:space="preserve"> р. № ___</w:t>
            </w:r>
          </w:p>
          <w:p w14:paraId="59FA923D" w14:textId="0AE1A00C" w:rsidR="00AF34AD" w:rsidRDefault="00AF34AD" w:rsidP="002F2C89">
            <w:pPr>
              <w:spacing w:after="0"/>
              <w:rPr>
                <w:b/>
                <w:lang w:val="ru-RU"/>
              </w:rPr>
            </w:pPr>
          </w:p>
        </w:tc>
      </w:tr>
    </w:tbl>
    <w:p w14:paraId="4983D93E" w14:textId="77777777" w:rsidR="004D6D65" w:rsidRDefault="004D6D65" w:rsidP="002F2C89">
      <w:pPr>
        <w:spacing w:after="0"/>
        <w:rPr>
          <w:b/>
          <w:lang w:val="ru-RU"/>
        </w:rPr>
      </w:pPr>
    </w:p>
    <w:p w14:paraId="19F465FA" w14:textId="77777777" w:rsidR="004D6D65" w:rsidRDefault="004D6D65" w:rsidP="002F2C89">
      <w:pPr>
        <w:spacing w:after="0"/>
        <w:rPr>
          <w:b/>
          <w:lang w:val="ru-RU"/>
        </w:rPr>
      </w:pPr>
    </w:p>
    <w:p w14:paraId="1A4F3548" w14:textId="77777777" w:rsidR="004D6D65" w:rsidRDefault="004D6D65" w:rsidP="002F2C89">
      <w:pPr>
        <w:spacing w:after="0"/>
        <w:rPr>
          <w:b/>
          <w:lang w:val="ru-RU"/>
        </w:rPr>
      </w:pPr>
    </w:p>
    <w:p w14:paraId="1F953B9C" w14:textId="77777777" w:rsidR="004D6D65" w:rsidRDefault="004D6D65" w:rsidP="002F2C89">
      <w:pPr>
        <w:spacing w:after="0"/>
        <w:rPr>
          <w:b/>
          <w:lang w:val="ru-RU"/>
        </w:rPr>
      </w:pPr>
    </w:p>
    <w:p w14:paraId="4FC91B83" w14:textId="77777777" w:rsidR="004D6D65" w:rsidRDefault="004D6D65" w:rsidP="002F2C89">
      <w:pPr>
        <w:spacing w:after="0"/>
        <w:rPr>
          <w:b/>
          <w:lang w:val="ru-RU"/>
        </w:rPr>
      </w:pPr>
    </w:p>
    <w:p w14:paraId="52573C1D" w14:textId="3B1C828C" w:rsidR="004D6D65" w:rsidRPr="00A85797" w:rsidRDefault="004D6D65" w:rsidP="002F2C89">
      <w:pPr>
        <w:spacing w:after="0"/>
        <w:jc w:val="center"/>
        <w:rPr>
          <w:b/>
          <w:sz w:val="32"/>
          <w:szCs w:val="32"/>
          <w:lang w:val="ru-RU"/>
        </w:rPr>
      </w:pPr>
      <w:r w:rsidRPr="00A85797">
        <w:rPr>
          <w:b/>
          <w:sz w:val="32"/>
          <w:szCs w:val="32"/>
          <w:lang w:val="ru-RU"/>
        </w:rPr>
        <w:t>ПРОФЕСІЙНИЙ СТАНДАРТ</w:t>
      </w:r>
    </w:p>
    <w:p w14:paraId="77AA0471" w14:textId="606EC904" w:rsidR="004D6D65" w:rsidRPr="00A85797" w:rsidRDefault="004D6D65" w:rsidP="002F2C89">
      <w:pPr>
        <w:spacing w:after="0"/>
        <w:jc w:val="center"/>
        <w:rPr>
          <w:b/>
          <w:sz w:val="32"/>
          <w:szCs w:val="32"/>
          <w:lang w:val="ru-RU"/>
        </w:rPr>
      </w:pPr>
      <w:r w:rsidRPr="00A85797">
        <w:rPr>
          <w:rFonts w:eastAsia="Calibri"/>
          <w:b/>
          <w:color w:val="auto"/>
          <w:sz w:val="32"/>
          <w:szCs w:val="32"/>
          <w:lang w:val="uk-UA"/>
        </w:rPr>
        <w:t>“</w:t>
      </w:r>
      <w:r w:rsidRPr="00A85797">
        <w:rPr>
          <w:b/>
          <w:sz w:val="32"/>
          <w:szCs w:val="32"/>
          <w:lang w:val="ru-RU"/>
        </w:rPr>
        <w:t>Фахівець із супроводу ветеранів війни та демобілізованих осіб</w:t>
      </w:r>
      <w:r w:rsidRPr="00A85797">
        <w:rPr>
          <w:rFonts w:eastAsia="Calibri"/>
          <w:b/>
          <w:color w:val="auto"/>
          <w:sz w:val="32"/>
          <w:szCs w:val="32"/>
          <w:lang w:val="uk-UA"/>
        </w:rPr>
        <w:t>”</w:t>
      </w:r>
    </w:p>
    <w:p w14:paraId="489BCE8E" w14:textId="77777777" w:rsidR="004D6D65" w:rsidRDefault="004D6D65" w:rsidP="002F2C89">
      <w:pPr>
        <w:spacing w:after="0"/>
        <w:rPr>
          <w:b/>
          <w:lang w:val="ru-RU"/>
        </w:rPr>
      </w:pPr>
    </w:p>
    <w:p w14:paraId="405B7EB9" w14:textId="77777777" w:rsidR="004D6D65" w:rsidRDefault="004D6D65" w:rsidP="002F2C89">
      <w:pPr>
        <w:spacing w:after="0"/>
        <w:rPr>
          <w:b/>
          <w:lang w:val="ru-RU"/>
        </w:rPr>
      </w:pPr>
    </w:p>
    <w:p w14:paraId="124C4C20" w14:textId="77777777" w:rsidR="004D6D65" w:rsidRDefault="004D6D65" w:rsidP="002F2C89">
      <w:pPr>
        <w:spacing w:after="0"/>
        <w:rPr>
          <w:b/>
          <w:lang w:val="ru-RU"/>
        </w:rPr>
      </w:pPr>
    </w:p>
    <w:p w14:paraId="6E4C917F" w14:textId="77777777" w:rsidR="004D6D65" w:rsidRDefault="004D6D65" w:rsidP="002F2C89">
      <w:pPr>
        <w:spacing w:after="0"/>
        <w:rPr>
          <w:b/>
          <w:lang w:val="ru-RU"/>
        </w:rPr>
      </w:pPr>
    </w:p>
    <w:p w14:paraId="03E18158" w14:textId="77777777" w:rsidR="004D6D65" w:rsidRDefault="004D6D65" w:rsidP="002F2C89">
      <w:pPr>
        <w:spacing w:after="0"/>
        <w:rPr>
          <w:b/>
          <w:lang w:val="ru-RU"/>
        </w:rPr>
      </w:pPr>
    </w:p>
    <w:p w14:paraId="50795012" w14:textId="0A769FEA" w:rsidR="004D6D65" w:rsidRPr="004D6D65" w:rsidRDefault="004D6D65" w:rsidP="002F2C89">
      <w:pPr>
        <w:spacing w:after="0"/>
        <w:jc w:val="right"/>
        <w:rPr>
          <w:bCs/>
          <w:sz w:val="24"/>
          <w:szCs w:val="24"/>
          <w:lang w:val="ru-RU"/>
        </w:rPr>
      </w:pPr>
      <w:r w:rsidRPr="004D6D65">
        <w:rPr>
          <w:bCs/>
          <w:sz w:val="24"/>
          <w:szCs w:val="24"/>
          <w:lang w:val="ru-RU"/>
        </w:rPr>
        <w:t>(дата внесення до Реєстру кваліфікацій)</w:t>
      </w:r>
    </w:p>
    <w:p w14:paraId="6815E0E0" w14:textId="77777777" w:rsidR="004D6D65" w:rsidRDefault="004D6D65" w:rsidP="002F2C89">
      <w:pPr>
        <w:spacing w:after="0"/>
        <w:rPr>
          <w:b/>
          <w:lang w:val="ru-RU"/>
        </w:rPr>
      </w:pPr>
    </w:p>
    <w:p w14:paraId="61D06714" w14:textId="77777777" w:rsidR="004D6D65" w:rsidRDefault="004D6D65" w:rsidP="002F2C89">
      <w:pPr>
        <w:spacing w:after="0"/>
        <w:rPr>
          <w:b/>
          <w:lang w:val="ru-RU"/>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6231"/>
      </w:tblGrid>
      <w:tr w:rsidR="004D6D65" w14:paraId="05CF6A26" w14:textId="77777777" w:rsidTr="00A85797">
        <w:tc>
          <w:tcPr>
            <w:tcW w:w="3397" w:type="dxa"/>
          </w:tcPr>
          <w:p w14:paraId="458FC41F" w14:textId="77777777" w:rsidR="004D6D65" w:rsidRDefault="004D6D65" w:rsidP="00C934A1">
            <w:pPr>
              <w:spacing w:after="0"/>
              <w:jc w:val="both"/>
              <w:rPr>
                <w:b/>
                <w:lang w:val="ru-RU"/>
              </w:rPr>
            </w:pPr>
          </w:p>
        </w:tc>
        <w:tc>
          <w:tcPr>
            <w:tcW w:w="6231" w:type="dxa"/>
          </w:tcPr>
          <w:p w14:paraId="14CA5E65" w14:textId="77777777" w:rsidR="004D6D65" w:rsidRPr="004D6D65" w:rsidRDefault="004D6D65" w:rsidP="00C934A1">
            <w:pPr>
              <w:spacing w:after="0"/>
              <w:jc w:val="both"/>
              <w:rPr>
                <w:b/>
                <w:sz w:val="24"/>
                <w:szCs w:val="24"/>
                <w:lang w:val="ru-RU"/>
              </w:rPr>
            </w:pPr>
            <w:r w:rsidRPr="004D6D65">
              <w:rPr>
                <w:b/>
                <w:sz w:val="24"/>
                <w:szCs w:val="24"/>
                <w:lang w:val="ru-RU"/>
              </w:rPr>
              <w:t>Затверджено</w:t>
            </w:r>
          </w:p>
          <w:p w14:paraId="3293F5A6" w14:textId="77777777" w:rsidR="004D6D65" w:rsidRPr="004D6D65" w:rsidRDefault="004D6D65" w:rsidP="00C934A1">
            <w:pPr>
              <w:spacing w:after="0"/>
              <w:jc w:val="both"/>
              <w:rPr>
                <w:bCs/>
                <w:sz w:val="24"/>
                <w:szCs w:val="24"/>
                <w:lang w:val="ru-RU"/>
              </w:rPr>
            </w:pPr>
            <w:r w:rsidRPr="004D6D65">
              <w:rPr>
                <w:bCs/>
                <w:sz w:val="24"/>
                <w:szCs w:val="24"/>
                <w:lang w:val="ru-RU"/>
              </w:rPr>
              <w:t>Розробником Міністерством у справах ветеранів України,</w:t>
            </w:r>
          </w:p>
          <w:p w14:paraId="7143BA8B" w14:textId="77777777" w:rsidR="004D6D65" w:rsidRDefault="004D6D65" w:rsidP="00C934A1">
            <w:pPr>
              <w:spacing w:after="0"/>
              <w:jc w:val="both"/>
              <w:rPr>
                <w:bCs/>
                <w:sz w:val="24"/>
                <w:szCs w:val="24"/>
                <w:lang w:val="ru-RU"/>
              </w:rPr>
            </w:pPr>
            <w:r w:rsidRPr="004D6D65">
              <w:rPr>
                <w:bCs/>
                <w:sz w:val="24"/>
                <w:szCs w:val="24"/>
                <w:lang w:val="ru-RU"/>
              </w:rPr>
              <w:t>ЄДРПОУ 42657144</w:t>
            </w:r>
          </w:p>
          <w:p w14:paraId="041F21E8" w14:textId="77777777" w:rsidR="004D6D65" w:rsidRPr="004D6D65" w:rsidRDefault="004D6D65" w:rsidP="00C934A1">
            <w:pPr>
              <w:spacing w:after="0"/>
              <w:jc w:val="both"/>
              <w:rPr>
                <w:bCs/>
                <w:sz w:val="24"/>
                <w:szCs w:val="24"/>
                <w:lang w:val="ru-RU"/>
              </w:rPr>
            </w:pPr>
          </w:p>
          <w:p w14:paraId="4E584D26" w14:textId="77777777" w:rsidR="004D6D65" w:rsidRPr="004D6D65" w:rsidRDefault="004D6D65" w:rsidP="00C934A1">
            <w:pPr>
              <w:spacing w:after="0"/>
              <w:jc w:val="both"/>
              <w:rPr>
                <w:bCs/>
                <w:sz w:val="24"/>
                <w:szCs w:val="24"/>
                <w:lang w:val="ru-RU"/>
              </w:rPr>
            </w:pPr>
            <w:r w:rsidRPr="004D6D65">
              <w:rPr>
                <w:bCs/>
                <w:sz w:val="24"/>
                <w:szCs w:val="24"/>
                <w:lang w:val="ru-RU"/>
              </w:rPr>
              <w:t>Професійний стандарт розроблено та затверджено згідно</w:t>
            </w:r>
          </w:p>
          <w:p w14:paraId="57D70971" w14:textId="5B87432D" w:rsidR="004D6D65" w:rsidRDefault="004D6D65" w:rsidP="00C934A1">
            <w:pPr>
              <w:spacing w:after="0"/>
              <w:jc w:val="both"/>
              <w:rPr>
                <w:bCs/>
                <w:sz w:val="24"/>
                <w:szCs w:val="24"/>
                <w:lang w:val="ru-RU"/>
              </w:rPr>
            </w:pPr>
            <w:r w:rsidRPr="004D6D65">
              <w:rPr>
                <w:bCs/>
                <w:sz w:val="24"/>
                <w:szCs w:val="24"/>
                <w:lang w:val="ru-RU"/>
              </w:rPr>
              <w:t>з вимогами статті 4</w:t>
            </w:r>
            <w:r w:rsidRPr="004D6D65">
              <w:rPr>
                <w:bCs/>
                <w:sz w:val="24"/>
                <w:szCs w:val="24"/>
                <w:vertAlign w:val="superscript"/>
                <w:lang w:val="ru-RU"/>
              </w:rPr>
              <w:t>2</w:t>
            </w:r>
            <w:r w:rsidRPr="004D6D65">
              <w:rPr>
                <w:bCs/>
                <w:sz w:val="24"/>
                <w:szCs w:val="24"/>
                <w:lang w:val="ru-RU"/>
              </w:rPr>
              <w:t xml:space="preserve"> Кодексу законів про працю України на</w:t>
            </w:r>
            <w:r>
              <w:rPr>
                <w:bCs/>
                <w:sz w:val="24"/>
                <w:szCs w:val="24"/>
                <w:lang w:val="ru-RU"/>
              </w:rPr>
              <w:t xml:space="preserve"> </w:t>
            </w:r>
            <w:r w:rsidRPr="004D6D65">
              <w:rPr>
                <w:bCs/>
                <w:sz w:val="24"/>
                <w:szCs w:val="24"/>
                <w:lang w:val="ru-RU"/>
              </w:rPr>
              <w:t>підставі:</w:t>
            </w:r>
          </w:p>
          <w:p w14:paraId="366051A4" w14:textId="77777777" w:rsidR="00A85797" w:rsidRPr="004D6D65" w:rsidRDefault="00A85797" w:rsidP="00C934A1">
            <w:pPr>
              <w:spacing w:after="0"/>
              <w:jc w:val="both"/>
              <w:rPr>
                <w:bCs/>
                <w:sz w:val="24"/>
                <w:szCs w:val="24"/>
                <w:lang w:val="ru-RU"/>
              </w:rPr>
            </w:pPr>
          </w:p>
          <w:p w14:paraId="520BEB69" w14:textId="7ADB4856" w:rsidR="004D6D65" w:rsidRPr="004D6D65" w:rsidRDefault="004D6D65" w:rsidP="00C934A1">
            <w:pPr>
              <w:spacing w:after="0"/>
              <w:jc w:val="both"/>
              <w:rPr>
                <w:bCs/>
                <w:sz w:val="24"/>
                <w:szCs w:val="24"/>
                <w:lang w:val="ru-RU"/>
              </w:rPr>
            </w:pPr>
            <w:r w:rsidRPr="004D6D65">
              <w:rPr>
                <w:bCs/>
                <w:sz w:val="24"/>
                <w:szCs w:val="24"/>
                <w:lang w:val="ru-RU"/>
              </w:rPr>
              <w:t>-</w:t>
            </w:r>
            <w:r w:rsidR="002F2C89">
              <w:rPr>
                <w:bCs/>
                <w:sz w:val="24"/>
                <w:szCs w:val="24"/>
                <w:lang w:val="ru-RU"/>
              </w:rPr>
              <w:t> </w:t>
            </w:r>
            <w:r w:rsidRPr="004D6D65">
              <w:rPr>
                <w:bCs/>
                <w:sz w:val="24"/>
                <w:szCs w:val="24"/>
                <w:lang w:val="ru-RU"/>
              </w:rPr>
              <w:t xml:space="preserve">висновку Національного агентства кваліфікацій, </w:t>
            </w:r>
            <w:r w:rsidR="00C934A1">
              <w:rPr>
                <w:bCs/>
                <w:sz w:val="24"/>
                <w:szCs w:val="24"/>
                <w:lang w:val="ru-RU"/>
              </w:rPr>
              <w:t xml:space="preserve">                           </w:t>
            </w:r>
            <w:r w:rsidRPr="004D6D65">
              <w:rPr>
                <w:bCs/>
                <w:sz w:val="24"/>
                <w:szCs w:val="24"/>
                <w:lang w:val="ru-RU"/>
              </w:rPr>
              <w:t>схваленого</w:t>
            </w:r>
            <w:r>
              <w:rPr>
                <w:bCs/>
                <w:sz w:val="24"/>
                <w:szCs w:val="24"/>
                <w:lang w:val="ru-RU"/>
              </w:rPr>
              <w:t xml:space="preserve"> </w:t>
            </w:r>
            <w:r w:rsidRPr="004D6D65">
              <w:rPr>
                <w:bCs/>
                <w:sz w:val="24"/>
                <w:szCs w:val="24"/>
                <w:lang w:val="ru-RU"/>
              </w:rPr>
              <w:t xml:space="preserve">рішенням Агентства № </w:t>
            </w:r>
            <w:r>
              <w:rPr>
                <w:bCs/>
                <w:sz w:val="24"/>
                <w:szCs w:val="24"/>
                <w:lang w:val="ru-RU"/>
              </w:rPr>
              <w:t>______</w:t>
            </w:r>
            <w:r w:rsidRPr="004D6D65">
              <w:rPr>
                <w:bCs/>
                <w:sz w:val="24"/>
                <w:szCs w:val="24"/>
                <w:lang w:val="ru-RU"/>
              </w:rPr>
              <w:t xml:space="preserve"> від </w:t>
            </w:r>
            <w:r>
              <w:rPr>
                <w:bCs/>
                <w:sz w:val="24"/>
                <w:szCs w:val="24"/>
                <w:lang w:val="ru-RU"/>
              </w:rPr>
              <w:t>__________</w:t>
            </w:r>
          </w:p>
          <w:p w14:paraId="5F1CD10A" w14:textId="1D8D5365" w:rsidR="00A85797" w:rsidRPr="00A85797" w:rsidRDefault="004D6D65" w:rsidP="00C934A1">
            <w:pPr>
              <w:spacing w:after="0"/>
              <w:jc w:val="both"/>
              <w:rPr>
                <w:bCs/>
                <w:sz w:val="24"/>
                <w:szCs w:val="24"/>
                <w:lang w:val="ru-RU"/>
              </w:rPr>
            </w:pPr>
            <w:r w:rsidRPr="004D6D65">
              <w:rPr>
                <w:bCs/>
                <w:sz w:val="24"/>
                <w:szCs w:val="24"/>
                <w:lang w:val="ru-RU"/>
              </w:rPr>
              <w:t>(відповідно до</w:t>
            </w:r>
            <w:r>
              <w:rPr>
                <w:bCs/>
                <w:sz w:val="24"/>
                <w:szCs w:val="24"/>
                <w:lang w:val="ru-RU"/>
              </w:rPr>
              <w:t xml:space="preserve"> </w:t>
            </w:r>
            <w:r w:rsidRPr="004D6D65">
              <w:rPr>
                <w:bCs/>
                <w:sz w:val="24"/>
                <w:szCs w:val="24"/>
                <w:lang w:val="ru-RU"/>
              </w:rPr>
              <w:t xml:space="preserve">протоколу засідання Агентства № </w:t>
            </w:r>
            <w:r>
              <w:rPr>
                <w:bCs/>
                <w:sz w:val="24"/>
                <w:szCs w:val="24"/>
                <w:lang w:val="ru-RU"/>
              </w:rPr>
              <w:t>_____</w:t>
            </w:r>
            <w:r w:rsidRPr="004D6D65">
              <w:rPr>
                <w:bCs/>
                <w:sz w:val="24"/>
                <w:szCs w:val="24"/>
                <w:lang w:val="ru-RU"/>
              </w:rPr>
              <w:t xml:space="preserve"> </w:t>
            </w:r>
            <w:r w:rsidR="002F2C89">
              <w:rPr>
                <w:bCs/>
                <w:sz w:val="24"/>
                <w:szCs w:val="24"/>
                <w:lang w:val="ru-RU"/>
              </w:rPr>
              <w:t xml:space="preserve">  </w:t>
            </w:r>
            <w:r w:rsidRPr="004D6D65">
              <w:rPr>
                <w:bCs/>
                <w:sz w:val="24"/>
                <w:szCs w:val="24"/>
                <w:lang w:val="ru-RU"/>
              </w:rPr>
              <w:t>від</w:t>
            </w:r>
            <w:r>
              <w:rPr>
                <w:bCs/>
                <w:sz w:val="24"/>
                <w:szCs w:val="24"/>
                <w:lang w:val="ru-RU"/>
              </w:rPr>
              <w:t xml:space="preserve"> ___________</w:t>
            </w:r>
            <w:r w:rsidRPr="004D6D65">
              <w:rPr>
                <w:bCs/>
                <w:sz w:val="24"/>
                <w:szCs w:val="24"/>
                <w:lang w:val="ru-RU"/>
              </w:rPr>
              <w:t>) про дотримання під час підготовки проєкту</w:t>
            </w:r>
            <w:r w:rsidR="00A85797">
              <w:rPr>
                <w:bCs/>
                <w:sz w:val="24"/>
                <w:szCs w:val="24"/>
                <w:lang w:val="ru-RU"/>
              </w:rPr>
              <w:t xml:space="preserve"> </w:t>
            </w:r>
            <w:r w:rsidRPr="004D6D65">
              <w:rPr>
                <w:bCs/>
                <w:sz w:val="24"/>
                <w:szCs w:val="24"/>
                <w:lang w:val="ru-RU"/>
              </w:rPr>
              <w:t xml:space="preserve">професійного стандарту вимог Порядку </w:t>
            </w:r>
            <w:r w:rsidR="00C934A1">
              <w:rPr>
                <w:bCs/>
                <w:sz w:val="24"/>
                <w:szCs w:val="24"/>
                <w:lang w:val="ru-RU"/>
              </w:rPr>
              <w:t xml:space="preserve">                     </w:t>
            </w:r>
            <w:r w:rsidRPr="004D6D65">
              <w:rPr>
                <w:bCs/>
                <w:sz w:val="24"/>
                <w:szCs w:val="24"/>
                <w:lang w:val="ru-RU"/>
              </w:rPr>
              <w:t>роз</w:t>
            </w:r>
            <w:r w:rsidR="00C934A1">
              <w:rPr>
                <w:bCs/>
                <w:sz w:val="24"/>
                <w:szCs w:val="24"/>
                <w:lang w:val="ru-RU"/>
              </w:rPr>
              <w:t>роб</w:t>
            </w:r>
            <w:r w:rsidRPr="004D6D65">
              <w:rPr>
                <w:bCs/>
                <w:sz w:val="24"/>
                <w:szCs w:val="24"/>
                <w:lang w:val="ru-RU"/>
              </w:rPr>
              <w:t>лення, введення</w:t>
            </w:r>
            <w:r w:rsidR="00A85797">
              <w:rPr>
                <w:bCs/>
                <w:sz w:val="24"/>
                <w:szCs w:val="24"/>
                <w:lang w:val="ru-RU"/>
              </w:rPr>
              <w:t xml:space="preserve"> </w:t>
            </w:r>
            <w:r w:rsidRPr="004D6D65">
              <w:rPr>
                <w:bCs/>
                <w:sz w:val="24"/>
                <w:szCs w:val="24"/>
                <w:lang w:val="ru-RU"/>
              </w:rPr>
              <w:t>в дію та перегляду професійних ста</w:t>
            </w:r>
            <w:r w:rsidR="00C934A1">
              <w:rPr>
                <w:bCs/>
                <w:sz w:val="24"/>
                <w:szCs w:val="24"/>
                <w:lang w:val="ru-RU"/>
              </w:rPr>
              <w:t>н</w:t>
            </w:r>
            <w:r w:rsidRPr="004D6D65">
              <w:rPr>
                <w:bCs/>
                <w:sz w:val="24"/>
                <w:szCs w:val="24"/>
                <w:lang w:val="ru-RU"/>
              </w:rPr>
              <w:t>дартів,</w:t>
            </w:r>
            <w:r w:rsidR="00A85797">
              <w:rPr>
                <w:bCs/>
                <w:sz w:val="24"/>
                <w:szCs w:val="24"/>
                <w:lang w:val="ru-RU"/>
              </w:rPr>
              <w:t xml:space="preserve"> </w:t>
            </w:r>
            <w:r w:rsidRPr="004D6D65">
              <w:rPr>
                <w:bCs/>
                <w:sz w:val="24"/>
                <w:szCs w:val="24"/>
                <w:lang w:val="ru-RU"/>
              </w:rPr>
              <w:t>затвердженого</w:t>
            </w:r>
            <w:r w:rsidR="00A85797">
              <w:rPr>
                <w:bCs/>
                <w:sz w:val="24"/>
                <w:szCs w:val="24"/>
                <w:lang w:val="ru-RU"/>
              </w:rPr>
              <w:t xml:space="preserve"> </w:t>
            </w:r>
            <w:r w:rsidRPr="004D6D65">
              <w:rPr>
                <w:bCs/>
                <w:sz w:val="24"/>
                <w:szCs w:val="24"/>
                <w:lang w:val="ru-RU"/>
              </w:rPr>
              <w:t>постановою Кабінету Міністрів України від 31.05.2017</w:t>
            </w:r>
            <w:r w:rsidR="00A85797">
              <w:rPr>
                <w:bCs/>
                <w:sz w:val="24"/>
                <w:szCs w:val="24"/>
                <w:lang w:val="ru-RU"/>
              </w:rPr>
              <w:t xml:space="preserve"> </w:t>
            </w:r>
            <w:r w:rsidRPr="004D6D65">
              <w:rPr>
                <w:bCs/>
                <w:sz w:val="24"/>
                <w:szCs w:val="24"/>
                <w:lang w:val="ru-RU"/>
              </w:rPr>
              <w:t>№ 373 (</w:t>
            </w:r>
            <w:r w:rsidR="00A85797">
              <w:rPr>
                <w:bCs/>
                <w:sz w:val="24"/>
                <w:szCs w:val="24"/>
                <w:lang w:val="ru-RU"/>
              </w:rPr>
              <w:t>і</w:t>
            </w:r>
            <w:r w:rsidR="00A85797" w:rsidRPr="00A85797">
              <w:rPr>
                <w:bCs/>
                <w:sz w:val="24"/>
                <w:szCs w:val="24"/>
                <w:lang w:val="ru-RU"/>
              </w:rPr>
              <w:t xml:space="preserve">з змінами, внесеними згідно з </w:t>
            </w:r>
            <w:r w:rsidR="00A85797">
              <w:rPr>
                <w:bCs/>
                <w:sz w:val="24"/>
                <w:szCs w:val="24"/>
                <w:lang w:val="ru-RU"/>
              </w:rPr>
              <w:t>п</w:t>
            </w:r>
            <w:r w:rsidR="00A85797" w:rsidRPr="00A85797">
              <w:rPr>
                <w:bCs/>
                <w:sz w:val="24"/>
                <w:szCs w:val="24"/>
                <w:lang w:val="ru-RU"/>
              </w:rPr>
              <w:t>останов</w:t>
            </w:r>
            <w:r w:rsidR="00A85797">
              <w:rPr>
                <w:bCs/>
                <w:sz w:val="24"/>
                <w:szCs w:val="24"/>
                <w:lang w:val="ru-RU"/>
              </w:rPr>
              <w:t>ою</w:t>
            </w:r>
          </w:p>
          <w:p w14:paraId="312FE50C" w14:textId="17F0B5AF" w:rsidR="004D6D65" w:rsidRDefault="00A85797" w:rsidP="00C934A1">
            <w:pPr>
              <w:spacing w:after="0"/>
              <w:jc w:val="both"/>
              <w:rPr>
                <w:bCs/>
                <w:sz w:val="24"/>
                <w:szCs w:val="24"/>
                <w:lang w:val="ru-RU"/>
              </w:rPr>
            </w:pPr>
            <w:r w:rsidRPr="00A85797">
              <w:rPr>
                <w:bCs/>
                <w:sz w:val="24"/>
                <w:szCs w:val="24"/>
                <w:lang w:val="ru-RU"/>
              </w:rPr>
              <w:t>Кабінету Міністрів України</w:t>
            </w:r>
            <w:r>
              <w:rPr>
                <w:bCs/>
                <w:sz w:val="24"/>
                <w:szCs w:val="24"/>
                <w:lang w:val="ru-RU"/>
              </w:rPr>
              <w:t xml:space="preserve"> </w:t>
            </w:r>
            <w:r w:rsidR="004D6D65" w:rsidRPr="004D6D65">
              <w:rPr>
                <w:bCs/>
                <w:sz w:val="24"/>
                <w:szCs w:val="24"/>
                <w:lang w:val="ru-RU"/>
              </w:rPr>
              <w:t xml:space="preserve">від </w:t>
            </w:r>
            <w:r>
              <w:rPr>
                <w:bCs/>
                <w:sz w:val="24"/>
                <w:szCs w:val="24"/>
                <w:lang w:val="ru-RU"/>
              </w:rPr>
              <w:t>08</w:t>
            </w:r>
            <w:r w:rsidR="004D6D65" w:rsidRPr="004D6D65">
              <w:rPr>
                <w:bCs/>
                <w:sz w:val="24"/>
                <w:szCs w:val="24"/>
                <w:lang w:val="ru-RU"/>
              </w:rPr>
              <w:t xml:space="preserve"> </w:t>
            </w:r>
            <w:r>
              <w:rPr>
                <w:bCs/>
                <w:sz w:val="24"/>
                <w:szCs w:val="24"/>
                <w:lang w:val="ru-RU"/>
              </w:rPr>
              <w:t>липня</w:t>
            </w:r>
            <w:r w:rsidR="004D6D65" w:rsidRPr="004D6D65">
              <w:rPr>
                <w:bCs/>
                <w:sz w:val="24"/>
                <w:szCs w:val="24"/>
                <w:lang w:val="ru-RU"/>
              </w:rPr>
              <w:t xml:space="preserve"> 202</w:t>
            </w:r>
            <w:r>
              <w:rPr>
                <w:bCs/>
                <w:sz w:val="24"/>
                <w:szCs w:val="24"/>
                <w:lang w:val="ru-RU"/>
              </w:rPr>
              <w:t>6</w:t>
            </w:r>
            <w:r w:rsidR="004D6D65" w:rsidRPr="004D6D65">
              <w:rPr>
                <w:bCs/>
                <w:sz w:val="24"/>
                <w:szCs w:val="24"/>
                <w:lang w:val="ru-RU"/>
              </w:rPr>
              <w:t xml:space="preserve"> року № </w:t>
            </w:r>
            <w:r>
              <w:rPr>
                <w:bCs/>
                <w:sz w:val="24"/>
                <w:szCs w:val="24"/>
                <w:lang w:val="ru-RU"/>
              </w:rPr>
              <w:t>894</w:t>
            </w:r>
            <w:r w:rsidR="004D6D65" w:rsidRPr="004D6D65">
              <w:rPr>
                <w:bCs/>
                <w:sz w:val="24"/>
                <w:szCs w:val="24"/>
                <w:lang w:val="ru-RU"/>
              </w:rPr>
              <w:t>)</w:t>
            </w:r>
            <w:r>
              <w:rPr>
                <w:bCs/>
                <w:sz w:val="24"/>
                <w:szCs w:val="24"/>
                <w:lang w:val="ru-RU"/>
              </w:rPr>
              <w:t>;</w:t>
            </w:r>
          </w:p>
          <w:p w14:paraId="4F5E5399" w14:textId="77777777" w:rsidR="00A85797" w:rsidRPr="004D6D65" w:rsidRDefault="00A85797" w:rsidP="00C934A1">
            <w:pPr>
              <w:spacing w:after="0"/>
              <w:jc w:val="both"/>
              <w:rPr>
                <w:bCs/>
                <w:sz w:val="24"/>
                <w:szCs w:val="24"/>
                <w:lang w:val="ru-RU"/>
              </w:rPr>
            </w:pPr>
          </w:p>
          <w:p w14:paraId="1572CA17" w14:textId="467AA1EE" w:rsidR="004D6D65" w:rsidRPr="004D6D65" w:rsidRDefault="004D6D65" w:rsidP="00C934A1">
            <w:pPr>
              <w:spacing w:after="0"/>
              <w:jc w:val="both"/>
              <w:rPr>
                <w:bCs/>
                <w:sz w:val="24"/>
                <w:szCs w:val="24"/>
                <w:lang w:val="ru-RU"/>
              </w:rPr>
            </w:pPr>
            <w:r w:rsidRPr="004D6D65">
              <w:rPr>
                <w:bCs/>
                <w:sz w:val="24"/>
                <w:szCs w:val="24"/>
                <w:lang w:val="ru-RU"/>
              </w:rPr>
              <w:t>-</w:t>
            </w:r>
            <w:r w:rsidR="002F2C89">
              <w:rPr>
                <w:bCs/>
                <w:sz w:val="24"/>
                <w:szCs w:val="24"/>
                <w:lang w:val="ru-RU"/>
              </w:rPr>
              <w:t> </w:t>
            </w:r>
            <w:r w:rsidRPr="004D6D65">
              <w:rPr>
                <w:bCs/>
                <w:sz w:val="24"/>
                <w:szCs w:val="24"/>
                <w:lang w:val="ru-RU"/>
              </w:rPr>
              <w:t>висновку Спільного представницького органу</w:t>
            </w:r>
          </w:p>
          <w:p w14:paraId="3763AC22" w14:textId="5D60E0FC" w:rsidR="004D6D65" w:rsidRPr="002F2C89" w:rsidRDefault="004D6D65" w:rsidP="00C934A1">
            <w:pPr>
              <w:spacing w:after="0"/>
              <w:jc w:val="both"/>
              <w:rPr>
                <w:bCs/>
                <w:sz w:val="24"/>
                <w:szCs w:val="24"/>
                <w:lang w:val="ru-RU"/>
              </w:rPr>
            </w:pPr>
            <w:r w:rsidRPr="004D6D65">
              <w:rPr>
                <w:bCs/>
                <w:sz w:val="24"/>
                <w:szCs w:val="24"/>
                <w:lang w:val="ru-RU"/>
              </w:rPr>
              <w:t>репрезентативних всеукраїнських об’єднань профспілок на</w:t>
            </w:r>
            <w:r w:rsidR="002F2C89">
              <w:rPr>
                <w:bCs/>
                <w:sz w:val="24"/>
                <w:szCs w:val="24"/>
                <w:lang w:val="ru-RU"/>
              </w:rPr>
              <w:t xml:space="preserve"> </w:t>
            </w:r>
            <w:r w:rsidRPr="004D6D65">
              <w:rPr>
                <w:bCs/>
                <w:sz w:val="24"/>
                <w:szCs w:val="24"/>
                <w:lang w:val="ru-RU"/>
              </w:rPr>
              <w:t xml:space="preserve">національному рівні від </w:t>
            </w:r>
            <w:r w:rsidR="00A85797">
              <w:rPr>
                <w:bCs/>
                <w:sz w:val="24"/>
                <w:szCs w:val="24"/>
                <w:lang w:val="ru-RU"/>
              </w:rPr>
              <w:t>_________</w:t>
            </w:r>
            <w:r w:rsidRPr="004D6D65">
              <w:rPr>
                <w:bCs/>
                <w:sz w:val="24"/>
                <w:szCs w:val="24"/>
                <w:lang w:val="ru-RU"/>
              </w:rPr>
              <w:t xml:space="preserve"> № </w:t>
            </w:r>
            <w:r w:rsidR="00A85797">
              <w:rPr>
                <w:bCs/>
                <w:sz w:val="24"/>
                <w:szCs w:val="24"/>
                <w:lang w:val="ru-RU"/>
              </w:rPr>
              <w:t>____</w:t>
            </w:r>
            <w:r w:rsidR="002F2C89">
              <w:rPr>
                <w:bCs/>
                <w:sz w:val="24"/>
                <w:szCs w:val="24"/>
                <w:lang w:val="ru-RU"/>
              </w:rPr>
              <w:t>__</w:t>
            </w:r>
            <w:r w:rsidR="00A85797">
              <w:rPr>
                <w:bCs/>
                <w:sz w:val="24"/>
                <w:szCs w:val="24"/>
                <w:lang w:val="ru-RU"/>
              </w:rPr>
              <w:t>_________</w:t>
            </w:r>
            <w:r w:rsidRPr="004D6D65">
              <w:rPr>
                <w:bCs/>
                <w:lang w:val="ru-RU"/>
              </w:rPr>
              <w:t xml:space="preserve">   </w:t>
            </w:r>
          </w:p>
        </w:tc>
      </w:tr>
    </w:tbl>
    <w:p w14:paraId="4C6109B8" w14:textId="77777777" w:rsidR="004D6D65" w:rsidRDefault="004D6D65" w:rsidP="002F2C89">
      <w:pPr>
        <w:spacing w:after="0"/>
        <w:rPr>
          <w:b/>
          <w:lang w:val="ru-RU"/>
        </w:rPr>
      </w:pPr>
    </w:p>
    <w:p w14:paraId="4429CC78" w14:textId="77777777" w:rsidR="002F2C89" w:rsidRDefault="002F2C89" w:rsidP="002F2C89">
      <w:pPr>
        <w:spacing w:after="0"/>
        <w:rPr>
          <w:b/>
          <w:lang w:val="ru-RU"/>
        </w:rPr>
      </w:pPr>
    </w:p>
    <w:p w14:paraId="2EE1420C" w14:textId="77777777" w:rsidR="004D6D65" w:rsidRDefault="004D6D65" w:rsidP="002F2C89">
      <w:pPr>
        <w:spacing w:after="0"/>
        <w:rPr>
          <w:b/>
          <w:lang w:val="ru-RU"/>
        </w:rPr>
      </w:pPr>
    </w:p>
    <w:p w14:paraId="76CC4A2B" w14:textId="77777777" w:rsidR="002F2C89" w:rsidRDefault="002F2C89" w:rsidP="004D6D65">
      <w:pPr>
        <w:rPr>
          <w:b/>
          <w:lang w:val="ru-RU"/>
        </w:rPr>
      </w:pPr>
    </w:p>
    <w:p w14:paraId="08BEFC7F" w14:textId="77777777" w:rsidR="002F2C89" w:rsidRDefault="002F2C89" w:rsidP="004D6D65">
      <w:pPr>
        <w:rPr>
          <w:b/>
          <w:lang w:val="ru-RU"/>
        </w:rPr>
      </w:pPr>
    </w:p>
    <w:p w14:paraId="0B567BC4" w14:textId="77777777" w:rsidR="002F2C89" w:rsidRDefault="002F2C89" w:rsidP="004D6D65">
      <w:pPr>
        <w:rPr>
          <w:b/>
          <w:lang w:val="ru-RU"/>
        </w:rPr>
      </w:pPr>
    </w:p>
    <w:p w14:paraId="4C367662" w14:textId="17059C3F" w:rsidR="00F907D5" w:rsidRPr="00E05826" w:rsidRDefault="00527A1E" w:rsidP="002F2C89">
      <w:pPr>
        <w:spacing w:after="0"/>
        <w:ind w:firstLine="567"/>
        <w:rPr>
          <w:lang w:val="ru-RU"/>
        </w:rPr>
      </w:pPr>
      <w:r w:rsidRPr="00E05826">
        <w:rPr>
          <w:b/>
          <w:lang w:val="ru-RU"/>
        </w:rPr>
        <w:lastRenderedPageBreak/>
        <w:t>1. Назва професійного стандарту</w:t>
      </w:r>
      <w:r w:rsidR="00905829">
        <w:rPr>
          <w:b/>
          <w:lang w:val="ru-RU"/>
        </w:rPr>
        <w:t>.</w:t>
      </w:r>
    </w:p>
    <w:p w14:paraId="5D04FFEC" w14:textId="77777777" w:rsidR="00E05826" w:rsidRDefault="00527A1E" w:rsidP="002F2C89">
      <w:pPr>
        <w:spacing w:after="0"/>
        <w:ind w:firstLine="567"/>
        <w:jc w:val="both"/>
        <w:rPr>
          <w:lang w:val="ru-RU"/>
        </w:rPr>
      </w:pPr>
      <w:r w:rsidRPr="00E05826">
        <w:rPr>
          <w:lang w:val="ru-RU"/>
        </w:rPr>
        <w:t>Фахівець із супроводу ветеранів війни та демобілізованих осіб.</w:t>
      </w:r>
    </w:p>
    <w:p w14:paraId="6B866A3D" w14:textId="77777777" w:rsidR="002F2C89" w:rsidRDefault="002F2C89" w:rsidP="002F2C89">
      <w:pPr>
        <w:spacing w:after="0"/>
        <w:ind w:firstLine="567"/>
        <w:jc w:val="both"/>
        <w:rPr>
          <w:lang w:val="ru-RU"/>
        </w:rPr>
      </w:pPr>
    </w:p>
    <w:p w14:paraId="2989DD25" w14:textId="66A2BA7C" w:rsidR="002F2C89" w:rsidRPr="009508B1" w:rsidRDefault="00527A1E" w:rsidP="009508B1">
      <w:pPr>
        <w:spacing w:after="0"/>
        <w:ind w:firstLine="567"/>
        <w:jc w:val="both"/>
        <w:rPr>
          <w:b/>
          <w:lang w:val="ru-RU"/>
        </w:rPr>
      </w:pPr>
      <w:r w:rsidRPr="00E05826">
        <w:rPr>
          <w:b/>
          <w:lang w:val="ru-RU"/>
        </w:rPr>
        <w:t>2. Загальні відомості про професійний стандарт</w:t>
      </w:r>
      <w:r w:rsidR="002F2C89">
        <w:rPr>
          <w:b/>
          <w:lang w:val="ru-RU"/>
        </w:rPr>
        <w:t>:</w:t>
      </w:r>
    </w:p>
    <w:p w14:paraId="70704681" w14:textId="6D53C916" w:rsidR="00F907D5" w:rsidRPr="002F2C89" w:rsidRDefault="002F2C89" w:rsidP="00CE6872">
      <w:pPr>
        <w:pStyle w:val="ae"/>
        <w:numPr>
          <w:ilvl w:val="0"/>
          <w:numId w:val="12"/>
        </w:numPr>
        <w:spacing w:after="0"/>
        <w:ind w:left="0" w:firstLine="567"/>
        <w:jc w:val="both"/>
        <w:rPr>
          <w:b/>
          <w:lang w:val="ru-RU"/>
        </w:rPr>
      </w:pPr>
      <w:r w:rsidRPr="002F2C89">
        <w:rPr>
          <w:b/>
          <w:lang w:val="ru-RU"/>
        </w:rPr>
        <w:t>назва галуз</w:t>
      </w:r>
      <w:r w:rsidR="00CE6872">
        <w:rPr>
          <w:b/>
          <w:lang w:val="ru-RU"/>
        </w:rPr>
        <w:t>ей</w:t>
      </w:r>
      <w:r w:rsidRPr="002F2C89">
        <w:rPr>
          <w:b/>
          <w:lang w:val="ru-RU"/>
        </w:rPr>
        <w:t xml:space="preserve"> професійної діяльності для розроблення професійних стандартів</w:t>
      </w:r>
      <w:r w:rsidR="00CE6872">
        <w:rPr>
          <w:b/>
          <w:lang w:val="ru-RU"/>
        </w:rPr>
        <w:t>:</w:t>
      </w:r>
    </w:p>
    <w:p w14:paraId="181AC4CB" w14:textId="0BD90A7B" w:rsidR="002F2C89" w:rsidRPr="00A00E29" w:rsidRDefault="007B6765" w:rsidP="002F2C89">
      <w:pPr>
        <w:spacing w:after="0"/>
        <w:jc w:val="both"/>
        <w:rPr>
          <w:color w:val="auto"/>
          <w:lang w:val="ru-RU"/>
        </w:rPr>
      </w:pPr>
      <w:r w:rsidRPr="00A00E29">
        <w:rPr>
          <w:color w:val="auto"/>
          <w:lang w:val="ru-RU"/>
        </w:rPr>
        <w:t>Послуги та торгівля</w:t>
      </w:r>
    </w:p>
    <w:p w14:paraId="28835206" w14:textId="7684AAFC" w:rsidR="00F907D5" w:rsidRPr="00A00E29" w:rsidRDefault="004B55C8" w:rsidP="00114CFE">
      <w:pPr>
        <w:pStyle w:val="ae"/>
        <w:numPr>
          <w:ilvl w:val="0"/>
          <w:numId w:val="12"/>
        </w:numPr>
        <w:spacing w:after="0"/>
        <w:jc w:val="both"/>
        <w:rPr>
          <w:b/>
          <w:color w:val="auto"/>
          <w:lang w:val="ru-RU"/>
        </w:rPr>
      </w:pPr>
      <w:r w:rsidRPr="00A00E29">
        <w:rPr>
          <w:b/>
          <w:color w:val="auto"/>
          <w:lang w:val="ru-RU"/>
        </w:rPr>
        <w:t>назва професійної кваліфікації:</w:t>
      </w:r>
    </w:p>
    <w:p w14:paraId="50BD3B10" w14:textId="2073C596" w:rsidR="00114CFE" w:rsidRPr="00A00E29" w:rsidRDefault="00114CFE" w:rsidP="009508B1">
      <w:pPr>
        <w:spacing w:after="0"/>
        <w:ind w:firstLine="567"/>
        <w:jc w:val="both"/>
        <w:rPr>
          <w:color w:val="auto"/>
          <w:lang w:val="ru-RU"/>
        </w:rPr>
      </w:pPr>
      <w:r w:rsidRPr="00A00E29">
        <w:rPr>
          <w:color w:val="auto"/>
          <w:lang w:val="ru-RU"/>
        </w:rPr>
        <w:t>Фахівець із супроводу ветеранів війни та демобілізованих осіб;</w:t>
      </w:r>
    </w:p>
    <w:p w14:paraId="69825B60" w14:textId="6A72DA14" w:rsidR="00F907D5" w:rsidRPr="00A00E29" w:rsidRDefault="00527A1E" w:rsidP="002F2C89">
      <w:pPr>
        <w:spacing w:after="0"/>
        <w:ind w:firstLine="567"/>
        <w:jc w:val="both"/>
        <w:rPr>
          <w:color w:val="auto"/>
          <w:lang w:val="ru-RU"/>
        </w:rPr>
      </w:pPr>
      <w:r w:rsidRPr="00A00E29">
        <w:rPr>
          <w:b/>
          <w:color w:val="auto"/>
          <w:lang w:val="ru-RU"/>
        </w:rPr>
        <w:t xml:space="preserve">3) </w:t>
      </w:r>
      <w:r w:rsidR="004B55C8" w:rsidRPr="00A00E29">
        <w:rPr>
          <w:b/>
          <w:color w:val="auto"/>
          <w:lang w:val="ru-RU"/>
        </w:rPr>
        <w:t>р</w:t>
      </w:r>
      <w:r w:rsidRPr="00A00E29">
        <w:rPr>
          <w:b/>
          <w:color w:val="auto"/>
          <w:lang w:val="ru-RU"/>
        </w:rPr>
        <w:t>івень професійн</w:t>
      </w:r>
      <w:r w:rsidR="00834506" w:rsidRPr="00A00E29">
        <w:rPr>
          <w:b/>
          <w:color w:val="auto"/>
          <w:lang w:val="ru-RU"/>
        </w:rPr>
        <w:t>их</w:t>
      </w:r>
      <w:r w:rsidRPr="00A00E29">
        <w:rPr>
          <w:b/>
          <w:color w:val="auto"/>
          <w:lang w:val="ru-RU"/>
        </w:rPr>
        <w:t xml:space="preserve"> кваліфікаці</w:t>
      </w:r>
      <w:r w:rsidR="00834506" w:rsidRPr="00A00E29">
        <w:rPr>
          <w:b/>
          <w:color w:val="auto"/>
          <w:lang w:val="ru-RU"/>
        </w:rPr>
        <w:t>й</w:t>
      </w:r>
      <w:r w:rsidRPr="00A00E29">
        <w:rPr>
          <w:b/>
          <w:color w:val="auto"/>
          <w:lang w:val="ru-RU"/>
        </w:rPr>
        <w:t xml:space="preserve"> згідно з Національною рамкою кваліфікацій і Європейською рамкою кваліфікацій</w:t>
      </w:r>
      <w:r w:rsidR="004B55C8" w:rsidRPr="00A00E29">
        <w:rPr>
          <w:b/>
          <w:color w:val="auto"/>
          <w:lang w:val="ru-RU"/>
        </w:rPr>
        <w:t>:</w:t>
      </w:r>
    </w:p>
    <w:p w14:paraId="6D40E649" w14:textId="77777777" w:rsidR="00905829" w:rsidRPr="00A00E29" w:rsidRDefault="00834506" w:rsidP="00905829">
      <w:pPr>
        <w:spacing w:after="0"/>
        <w:ind w:firstLine="567"/>
        <w:jc w:val="both"/>
        <w:rPr>
          <w:color w:val="auto"/>
          <w:lang w:val="ru-RU"/>
        </w:rPr>
      </w:pPr>
      <w:r w:rsidRPr="00A00E29">
        <w:rPr>
          <w:color w:val="auto"/>
          <w:lang w:val="ru-RU"/>
        </w:rPr>
        <w:t>Національн</w:t>
      </w:r>
      <w:r w:rsidR="004B55C8" w:rsidRPr="00A00E29">
        <w:rPr>
          <w:color w:val="auto"/>
          <w:lang w:val="ru-RU"/>
        </w:rPr>
        <w:t>а рамка кваліфікацій (НРК) – 6 рівень;</w:t>
      </w:r>
    </w:p>
    <w:p w14:paraId="48F86078" w14:textId="4C68D85B" w:rsidR="00F907D5" w:rsidRPr="00A00E29" w:rsidRDefault="00527A1E" w:rsidP="00905829">
      <w:pPr>
        <w:spacing w:after="0"/>
        <w:ind w:firstLine="567"/>
        <w:jc w:val="both"/>
        <w:rPr>
          <w:color w:val="auto"/>
          <w:lang w:val="uk-UA"/>
        </w:rPr>
      </w:pPr>
      <w:r w:rsidRPr="00A00E29">
        <w:rPr>
          <w:color w:val="auto"/>
          <w:lang w:val="ru-RU"/>
        </w:rPr>
        <w:t>Європейськ</w:t>
      </w:r>
      <w:r w:rsidR="004B55C8" w:rsidRPr="00A00E29">
        <w:rPr>
          <w:color w:val="auto"/>
          <w:lang w:val="ru-RU"/>
        </w:rPr>
        <w:t>а</w:t>
      </w:r>
      <w:r w:rsidRPr="00A00E29">
        <w:rPr>
          <w:color w:val="auto"/>
          <w:lang w:val="ru-RU"/>
        </w:rPr>
        <w:t xml:space="preserve"> рамк</w:t>
      </w:r>
      <w:r w:rsidR="004B55C8" w:rsidRPr="00A00E29">
        <w:rPr>
          <w:color w:val="auto"/>
          <w:lang w:val="ru-RU"/>
        </w:rPr>
        <w:t>а</w:t>
      </w:r>
      <w:r w:rsidRPr="00A00E29">
        <w:rPr>
          <w:color w:val="auto"/>
          <w:lang w:val="ru-RU"/>
        </w:rPr>
        <w:t xml:space="preserve"> кваліфікацій</w:t>
      </w:r>
      <w:r w:rsidR="004B55C8" w:rsidRPr="00A00E29">
        <w:rPr>
          <w:color w:val="auto"/>
          <w:lang w:val="ru-RU"/>
        </w:rPr>
        <w:t xml:space="preserve"> (ЄРК/</w:t>
      </w:r>
      <w:r w:rsidR="004B55C8" w:rsidRPr="00A00E29">
        <w:rPr>
          <w:color w:val="auto"/>
        </w:rPr>
        <w:t xml:space="preserve">EQF) – </w:t>
      </w:r>
      <w:r w:rsidR="004B55C8" w:rsidRPr="00A00E29">
        <w:rPr>
          <w:color w:val="auto"/>
          <w:lang w:val="uk-UA"/>
        </w:rPr>
        <w:t>6 рівень;</w:t>
      </w:r>
    </w:p>
    <w:p w14:paraId="69EE3434" w14:textId="1A8EB5AB" w:rsidR="007B6765" w:rsidRPr="00A00E29" w:rsidRDefault="007B6765" w:rsidP="007B6765">
      <w:pPr>
        <w:spacing w:after="0"/>
        <w:ind w:firstLine="567"/>
        <w:jc w:val="both"/>
        <w:rPr>
          <w:color w:val="auto"/>
          <w:lang w:val="ru-RU"/>
        </w:rPr>
      </w:pPr>
      <w:r w:rsidRPr="00A00E29">
        <w:rPr>
          <w:color w:val="auto"/>
          <w:lang w:val="ru-RU"/>
        </w:rPr>
        <w:t>Національна рамка кваліфікацій (НРК) – 7 рівень;</w:t>
      </w:r>
    </w:p>
    <w:p w14:paraId="02CEC4DB" w14:textId="146FC81D" w:rsidR="004B55C8" w:rsidRPr="00A00E29" w:rsidRDefault="007B6765" w:rsidP="009508B1">
      <w:pPr>
        <w:spacing w:after="0"/>
        <w:ind w:firstLine="567"/>
        <w:jc w:val="both"/>
        <w:rPr>
          <w:color w:val="auto"/>
          <w:lang w:val="ru-RU"/>
        </w:rPr>
      </w:pPr>
      <w:r w:rsidRPr="00A00E29">
        <w:rPr>
          <w:color w:val="auto"/>
          <w:lang w:val="ru-RU"/>
        </w:rPr>
        <w:t>Європейська рамка кваліфікацій (ЄРК/EQF) – 7 рівень;</w:t>
      </w:r>
    </w:p>
    <w:p w14:paraId="7B99B953" w14:textId="353EAD11" w:rsidR="00F907D5" w:rsidRPr="00A00E29" w:rsidRDefault="00527A1E" w:rsidP="002F2C89">
      <w:pPr>
        <w:spacing w:after="0"/>
        <w:ind w:firstLine="567"/>
        <w:jc w:val="both"/>
        <w:rPr>
          <w:color w:val="auto"/>
          <w:lang w:val="ru-RU"/>
        </w:rPr>
      </w:pPr>
      <w:r w:rsidRPr="00A00E29">
        <w:rPr>
          <w:b/>
          <w:color w:val="auto"/>
          <w:lang w:val="ru-RU"/>
        </w:rPr>
        <w:t xml:space="preserve">4) </w:t>
      </w:r>
      <w:r w:rsidR="004B55C8" w:rsidRPr="00A00E29">
        <w:rPr>
          <w:b/>
          <w:color w:val="auto"/>
          <w:lang w:val="ru-RU"/>
        </w:rPr>
        <w:t>к</w:t>
      </w:r>
      <w:r w:rsidRPr="00A00E29">
        <w:rPr>
          <w:b/>
          <w:color w:val="auto"/>
          <w:lang w:val="ru-RU"/>
        </w:rPr>
        <w:t xml:space="preserve">од професії (виду занять) згідно з міжнародною стандартною </w:t>
      </w:r>
      <w:r w:rsidR="00905829" w:rsidRPr="00A00E29">
        <w:rPr>
          <w:b/>
          <w:color w:val="auto"/>
          <w:lang w:val="ru-RU"/>
        </w:rPr>
        <w:t xml:space="preserve">          </w:t>
      </w:r>
      <w:r w:rsidRPr="00A00E29">
        <w:rPr>
          <w:b/>
          <w:color w:val="auto"/>
          <w:lang w:val="ru-RU"/>
        </w:rPr>
        <w:t>класифікацією видів занять (</w:t>
      </w:r>
      <w:r w:rsidRPr="00A00E29">
        <w:rPr>
          <w:b/>
          <w:color w:val="auto"/>
        </w:rPr>
        <w:t>ISCO</w:t>
      </w:r>
      <w:r w:rsidRPr="00A00E29">
        <w:rPr>
          <w:b/>
          <w:color w:val="auto"/>
          <w:lang w:val="ru-RU"/>
        </w:rPr>
        <w:t>)</w:t>
      </w:r>
      <w:r w:rsidR="004B55C8" w:rsidRPr="00A00E29">
        <w:rPr>
          <w:b/>
          <w:color w:val="auto"/>
          <w:lang w:val="ru-RU"/>
        </w:rPr>
        <w:t>, що відображається в Єдиному реєстрі</w:t>
      </w:r>
      <w:r w:rsidR="00BF7E2B" w:rsidRPr="00A00E29">
        <w:rPr>
          <w:b/>
          <w:color w:val="auto"/>
          <w:lang w:val="ru-RU"/>
        </w:rPr>
        <w:t xml:space="preserve"> </w:t>
      </w:r>
      <w:r w:rsidR="004B55C8" w:rsidRPr="00A00E29">
        <w:rPr>
          <w:b/>
          <w:color w:val="auto"/>
          <w:lang w:val="ru-RU"/>
        </w:rPr>
        <w:t>кваліфікацій – Класифікаторі професій:</w:t>
      </w:r>
    </w:p>
    <w:p w14:paraId="7D54D5AB" w14:textId="5F90917E" w:rsidR="00834506" w:rsidRPr="00A00E29" w:rsidRDefault="00A00E29" w:rsidP="009508B1">
      <w:pPr>
        <w:spacing w:after="0"/>
        <w:ind w:firstLine="567"/>
        <w:jc w:val="both"/>
        <w:rPr>
          <w:color w:val="auto"/>
          <w:lang w:val="ru-RU"/>
        </w:rPr>
      </w:pPr>
      <w:r w:rsidRPr="00A00E29">
        <w:rPr>
          <w:color w:val="auto"/>
          <w:lang w:val="ru-RU"/>
        </w:rPr>
        <w:t>2635 (</w:t>
      </w:r>
      <w:r w:rsidR="00012D60" w:rsidRPr="00A00E29">
        <w:rPr>
          <w:color w:val="auto"/>
          <w:lang w:val="ru-RU"/>
        </w:rPr>
        <w:t>2</w:t>
      </w:r>
      <w:r w:rsidR="00BF7E2B" w:rsidRPr="00A00E29">
        <w:rPr>
          <w:color w:val="auto"/>
          <w:lang w:val="ru-RU"/>
        </w:rPr>
        <w:t>446.2</w:t>
      </w:r>
      <w:r w:rsidRPr="00A00E29">
        <w:rPr>
          <w:color w:val="auto"/>
          <w:lang w:val="ru-RU"/>
        </w:rPr>
        <w:t xml:space="preserve"> – код згідно з Національним класифікатором України </w:t>
      </w:r>
      <w:r w:rsidR="002264BF">
        <w:rPr>
          <w:color w:val="auto"/>
          <w:lang w:val="ru-RU"/>
        </w:rPr>
        <w:t xml:space="preserve">                           </w:t>
      </w:r>
      <w:r w:rsidRPr="00A00E29">
        <w:rPr>
          <w:color w:val="auto"/>
          <w:lang w:val="ru-RU"/>
        </w:rPr>
        <w:t xml:space="preserve">ДК 003:2010 “Класифікатор професій”) </w:t>
      </w:r>
      <w:r w:rsidR="00834506" w:rsidRPr="00A00E29">
        <w:rPr>
          <w:color w:val="auto"/>
          <w:lang w:val="ru-RU"/>
        </w:rPr>
        <w:t>;</w:t>
      </w:r>
    </w:p>
    <w:p w14:paraId="4B95767D" w14:textId="285CF584" w:rsidR="00F907D5" w:rsidRPr="00A00E29" w:rsidRDefault="00527A1E" w:rsidP="002F2C89">
      <w:pPr>
        <w:spacing w:after="0"/>
        <w:ind w:firstLine="567"/>
        <w:jc w:val="both"/>
        <w:rPr>
          <w:color w:val="auto"/>
          <w:lang w:val="ru-RU"/>
        </w:rPr>
      </w:pPr>
      <w:r w:rsidRPr="00A00E29">
        <w:rPr>
          <w:b/>
          <w:color w:val="auto"/>
          <w:lang w:val="ru-RU"/>
        </w:rPr>
        <w:t xml:space="preserve">5) </w:t>
      </w:r>
      <w:r w:rsidR="00834506" w:rsidRPr="00A00E29">
        <w:rPr>
          <w:b/>
          <w:color w:val="auto"/>
          <w:lang w:val="ru-RU"/>
        </w:rPr>
        <w:t>н</w:t>
      </w:r>
      <w:r w:rsidRPr="00A00E29">
        <w:rPr>
          <w:b/>
          <w:color w:val="auto"/>
          <w:lang w:val="ru-RU"/>
        </w:rPr>
        <w:t>азва професії (виду занять) з урахуванням міжнародної стандартної класифікації видів занять (</w:t>
      </w:r>
      <w:r w:rsidRPr="00A00E29">
        <w:rPr>
          <w:b/>
          <w:color w:val="auto"/>
        </w:rPr>
        <w:t>ISCO</w:t>
      </w:r>
      <w:r w:rsidRPr="00A00E29">
        <w:rPr>
          <w:b/>
          <w:color w:val="auto"/>
          <w:lang w:val="ru-RU"/>
        </w:rPr>
        <w:t>)</w:t>
      </w:r>
      <w:r w:rsidR="00834506" w:rsidRPr="00A00E29">
        <w:rPr>
          <w:b/>
          <w:color w:val="auto"/>
          <w:lang w:val="ru-RU"/>
        </w:rPr>
        <w:t>:</w:t>
      </w:r>
    </w:p>
    <w:p w14:paraId="139DAAC5" w14:textId="42250C41" w:rsidR="00535682" w:rsidRPr="00A00E29" w:rsidRDefault="00535682" w:rsidP="009508B1">
      <w:pPr>
        <w:spacing w:after="0"/>
        <w:ind w:firstLine="567"/>
        <w:jc w:val="both"/>
        <w:rPr>
          <w:color w:val="auto"/>
          <w:lang w:val="uk-UA"/>
        </w:rPr>
      </w:pPr>
      <w:r w:rsidRPr="00A00E29">
        <w:rPr>
          <w:color w:val="auto"/>
          <w:lang w:val="uk-UA"/>
        </w:rPr>
        <w:t>Фахівець із супроводу ветеранів війни та демобілізованих осіб;</w:t>
      </w:r>
    </w:p>
    <w:p w14:paraId="6369AA49" w14:textId="21F47C1B" w:rsidR="00F907D5" w:rsidRPr="00A00E29" w:rsidRDefault="00527A1E" w:rsidP="002F2C89">
      <w:pPr>
        <w:spacing w:after="0"/>
        <w:ind w:firstLine="567"/>
        <w:jc w:val="both"/>
        <w:rPr>
          <w:color w:val="auto"/>
          <w:lang w:val="ru-RU"/>
        </w:rPr>
      </w:pPr>
      <w:r w:rsidRPr="00A00E29">
        <w:rPr>
          <w:b/>
          <w:color w:val="auto"/>
          <w:lang w:val="uk-UA"/>
        </w:rPr>
        <w:t xml:space="preserve">6) </w:t>
      </w:r>
      <w:r w:rsidR="00905829" w:rsidRPr="00A00E29">
        <w:rPr>
          <w:b/>
          <w:color w:val="auto"/>
          <w:lang w:val="uk-UA"/>
        </w:rPr>
        <w:t>к</w:t>
      </w:r>
      <w:r w:rsidRPr="00A00E29">
        <w:rPr>
          <w:b/>
          <w:color w:val="auto"/>
          <w:lang w:val="uk-UA"/>
        </w:rPr>
        <w:t xml:space="preserve">од професійної кваліфікації згідно з класифікацією </w:t>
      </w:r>
      <w:r w:rsidR="00905829" w:rsidRPr="00A00E29">
        <w:rPr>
          <w:b/>
          <w:color w:val="auto"/>
          <w:lang w:val="uk-UA"/>
        </w:rPr>
        <w:t xml:space="preserve">європейських навичок, компетентностей, кваліфікацій та професій </w:t>
      </w:r>
      <w:r w:rsidRPr="00A00E29">
        <w:rPr>
          <w:b/>
          <w:color w:val="auto"/>
        </w:rPr>
        <w:t>ESCO</w:t>
      </w:r>
      <w:r w:rsidR="00905829" w:rsidRPr="00A00E29">
        <w:rPr>
          <w:b/>
          <w:color w:val="auto"/>
          <w:lang w:val="uk-UA"/>
        </w:rPr>
        <w:t xml:space="preserve"> (за наявності)</w:t>
      </w:r>
      <w:r w:rsidR="00535682" w:rsidRPr="00A00E29">
        <w:rPr>
          <w:b/>
          <w:color w:val="auto"/>
          <w:lang w:val="ru-RU"/>
        </w:rPr>
        <w:t>:</w:t>
      </w:r>
    </w:p>
    <w:p w14:paraId="481535F4" w14:textId="77777777" w:rsidR="007B6765" w:rsidRPr="00A00E29" w:rsidRDefault="007B6765" w:rsidP="002F2C89">
      <w:pPr>
        <w:spacing w:after="0"/>
        <w:ind w:firstLine="567"/>
        <w:jc w:val="both"/>
        <w:rPr>
          <w:color w:val="auto"/>
          <w:lang w:val="ru-RU"/>
        </w:rPr>
      </w:pPr>
      <w:r w:rsidRPr="00A00E29">
        <w:rPr>
          <w:color w:val="auto"/>
          <w:lang w:val="ru-RU"/>
        </w:rPr>
        <w:t>2635.3.19</w:t>
      </w:r>
    </w:p>
    <w:p w14:paraId="6563A6DA" w14:textId="74C86D47" w:rsidR="00F907D5" w:rsidRPr="00A00E29" w:rsidRDefault="00527A1E" w:rsidP="002F2C89">
      <w:pPr>
        <w:spacing w:after="0"/>
        <w:ind w:firstLine="567"/>
        <w:jc w:val="both"/>
        <w:rPr>
          <w:color w:val="auto"/>
          <w:lang w:val="ru-RU"/>
        </w:rPr>
      </w:pPr>
      <w:r w:rsidRPr="00A00E29">
        <w:rPr>
          <w:b/>
          <w:color w:val="auto"/>
          <w:lang w:val="ru-RU"/>
        </w:rPr>
        <w:t xml:space="preserve">7) </w:t>
      </w:r>
      <w:r w:rsidR="00535682" w:rsidRPr="00A00E29">
        <w:rPr>
          <w:b/>
          <w:color w:val="auto"/>
          <w:lang w:val="ru-RU"/>
        </w:rPr>
        <w:t>н</w:t>
      </w:r>
      <w:r w:rsidRPr="00A00E29">
        <w:rPr>
          <w:b/>
          <w:color w:val="auto"/>
          <w:lang w:val="ru-RU"/>
        </w:rPr>
        <w:t>азви типових посад, які може займати особа за професійною кваліфікацією</w:t>
      </w:r>
      <w:r w:rsidR="00535682" w:rsidRPr="00A00E29">
        <w:rPr>
          <w:b/>
          <w:color w:val="auto"/>
          <w:lang w:val="ru-RU"/>
        </w:rPr>
        <w:t>:</w:t>
      </w:r>
    </w:p>
    <w:p w14:paraId="5941331B" w14:textId="3729CB23" w:rsidR="00535682" w:rsidRPr="00A00E29" w:rsidRDefault="00535682" w:rsidP="00535682">
      <w:pPr>
        <w:spacing w:after="0"/>
        <w:ind w:firstLine="567"/>
        <w:jc w:val="both"/>
        <w:rPr>
          <w:color w:val="auto"/>
          <w:lang w:val="ru-RU"/>
        </w:rPr>
      </w:pPr>
      <w:r w:rsidRPr="00A00E29">
        <w:rPr>
          <w:color w:val="auto"/>
          <w:lang w:val="ru-RU"/>
        </w:rPr>
        <w:t xml:space="preserve">Фахівець із супроводу ветеранів війни та демобілізованих осіб,                                          </w:t>
      </w:r>
      <w:r w:rsidR="00A00E29" w:rsidRPr="00A00E29">
        <w:rPr>
          <w:color w:val="auto"/>
          <w:lang w:val="ru-RU"/>
        </w:rPr>
        <w:t>трудові функції:</w:t>
      </w:r>
      <w:r w:rsidR="00A00E29" w:rsidRPr="00A00E29">
        <w:rPr>
          <w:color w:val="auto"/>
        </w:rPr>
        <w:t xml:space="preserve"> </w:t>
      </w:r>
      <w:r w:rsidR="00A00E29" w:rsidRPr="00A00E29">
        <w:rPr>
          <w:color w:val="auto"/>
          <w:lang w:val="ru-RU"/>
        </w:rPr>
        <w:t>А, Б, В, Г, Е, З</w:t>
      </w:r>
      <w:r w:rsidRPr="00A00E29">
        <w:rPr>
          <w:color w:val="auto"/>
          <w:lang w:val="ru-RU"/>
        </w:rPr>
        <w:t xml:space="preserve">. </w:t>
      </w:r>
    </w:p>
    <w:p w14:paraId="355289F2" w14:textId="77777777" w:rsidR="00535682" w:rsidRPr="00A00E29" w:rsidRDefault="00535682" w:rsidP="00535682">
      <w:pPr>
        <w:spacing w:after="0"/>
        <w:ind w:firstLine="567"/>
        <w:jc w:val="both"/>
        <w:rPr>
          <w:color w:val="auto"/>
          <w:lang w:val="ru-RU"/>
        </w:rPr>
      </w:pPr>
      <w:r w:rsidRPr="00A00E29">
        <w:rPr>
          <w:color w:val="auto"/>
          <w:lang w:val="ru-RU"/>
        </w:rPr>
        <w:t>Фахівець із супроводу ветеранів війни та демобілізованих осіб II категорії,</w:t>
      </w:r>
    </w:p>
    <w:p w14:paraId="3A82DB69" w14:textId="2D893B42" w:rsidR="00535682" w:rsidRPr="00A00E29" w:rsidRDefault="00A00E29" w:rsidP="00535682">
      <w:pPr>
        <w:spacing w:after="0"/>
        <w:jc w:val="both"/>
        <w:rPr>
          <w:color w:val="auto"/>
          <w:lang w:val="ru-RU"/>
        </w:rPr>
      </w:pPr>
      <w:r w:rsidRPr="00A00E29">
        <w:rPr>
          <w:color w:val="auto"/>
          <w:lang w:val="ru-RU"/>
        </w:rPr>
        <w:t>трудові функції:</w:t>
      </w:r>
      <w:r w:rsidRPr="00A00E29">
        <w:rPr>
          <w:color w:val="auto"/>
        </w:rPr>
        <w:t xml:space="preserve"> </w:t>
      </w:r>
      <w:r w:rsidRPr="00A00E29">
        <w:rPr>
          <w:color w:val="auto"/>
          <w:lang w:val="ru-RU"/>
        </w:rPr>
        <w:t>А, Б, В, Г, Д, Е, Є, Ж, З</w:t>
      </w:r>
      <w:r w:rsidR="00535682" w:rsidRPr="00A00E29">
        <w:rPr>
          <w:color w:val="auto"/>
          <w:lang w:val="ru-RU"/>
        </w:rPr>
        <w:t>.</w:t>
      </w:r>
    </w:p>
    <w:p w14:paraId="49282475" w14:textId="77777777" w:rsidR="00535682" w:rsidRPr="00A00E29" w:rsidRDefault="00535682" w:rsidP="00535682">
      <w:pPr>
        <w:spacing w:after="0"/>
        <w:ind w:firstLine="567"/>
        <w:jc w:val="both"/>
        <w:rPr>
          <w:color w:val="auto"/>
          <w:lang w:val="ru-RU"/>
        </w:rPr>
      </w:pPr>
      <w:r w:rsidRPr="00A00E29">
        <w:rPr>
          <w:color w:val="auto"/>
          <w:lang w:val="ru-RU"/>
        </w:rPr>
        <w:t>Фахівець із супроводу ветеранів війни та демобілізованих осіб I категорії,</w:t>
      </w:r>
    </w:p>
    <w:p w14:paraId="240B8A20" w14:textId="23D1D711" w:rsidR="00535682" w:rsidRPr="00A00E29" w:rsidRDefault="00A00E29" w:rsidP="00535682">
      <w:pPr>
        <w:spacing w:after="0"/>
        <w:jc w:val="both"/>
        <w:rPr>
          <w:color w:val="auto"/>
          <w:lang w:val="ru-RU"/>
        </w:rPr>
      </w:pPr>
      <w:r w:rsidRPr="00A00E29">
        <w:rPr>
          <w:color w:val="auto"/>
          <w:lang w:val="ru-RU"/>
        </w:rPr>
        <w:t>трудові функції:</w:t>
      </w:r>
      <w:r w:rsidRPr="00A00E29">
        <w:rPr>
          <w:color w:val="auto"/>
        </w:rPr>
        <w:t xml:space="preserve"> </w:t>
      </w:r>
      <w:r w:rsidRPr="00A00E29">
        <w:rPr>
          <w:color w:val="auto"/>
          <w:lang w:val="ru-RU"/>
        </w:rPr>
        <w:t>А, Б, В, Г, Д, Е, Є, Ж, З, И</w:t>
      </w:r>
      <w:r w:rsidR="00535682" w:rsidRPr="00A00E29">
        <w:rPr>
          <w:color w:val="auto"/>
          <w:lang w:val="ru-RU"/>
        </w:rPr>
        <w:t>.</w:t>
      </w:r>
    </w:p>
    <w:p w14:paraId="69BEBD7F" w14:textId="77777777" w:rsidR="00535682" w:rsidRPr="00A00E29" w:rsidRDefault="00535682" w:rsidP="00535682">
      <w:pPr>
        <w:spacing w:after="0"/>
        <w:ind w:firstLine="567"/>
        <w:jc w:val="both"/>
        <w:rPr>
          <w:color w:val="auto"/>
          <w:lang w:val="ru-RU"/>
        </w:rPr>
      </w:pPr>
      <w:r w:rsidRPr="00A00E29">
        <w:rPr>
          <w:color w:val="auto"/>
          <w:lang w:val="ru-RU"/>
        </w:rPr>
        <w:t>Провідний фахівець із супроводу ветеранів війни та демобілізованих осіб,</w:t>
      </w:r>
    </w:p>
    <w:p w14:paraId="2726AB51" w14:textId="5A04F9AF" w:rsidR="00535682" w:rsidRPr="00A00E29" w:rsidRDefault="00A00E29" w:rsidP="00535682">
      <w:pPr>
        <w:spacing w:after="0"/>
        <w:jc w:val="both"/>
        <w:rPr>
          <w:color w:val="auto"/>
          <w:lang w:val="ru-RU"/>
        </w:rPr>
      </w:pPr>
      <w:r w:rsidRPr="00A00E29">
        <w:rPr>
          <w:color w:val="auto"/>
          <w:lang w:val="ru-RU"/>
        </w:rPr>
        <w:t>трудові функції:</w:t>
      </w:r>
      <w:r w:rsidRPr="00A00E29">
        <w:rPr>
          <w:color w:val="auto"/>
        </w:rPr>
        <w:t xml:space="preserve"> </w:t>
      </w:r>
      <w:r w:rsidRPr="00A00E29">
        <w:rPr>
          <w:color w:val="auto"/>
          <w:lang w:val="ru-RU"/>
        </w:rPr>
        <w:t>А, Б, В, Г, Д, Е, Є, Ж, З, И, І, Ї</w:t>
      </w:r>
      <w:r w:rsidR="00AF01E7" w:rsidRPr="00A00E29">
        <w:rPr>
          <w:color w:val="auto"/>
          <w:lang w:val="ru-RU"/>
        </w:rPr>
        <w:t>.</w:t>
      </w:r>
    </w:p>
    <w:p w14:paraId="3A88A3E2" w14:textId="77777777" w:rsidR="00AF01E7" w:rsidRPr="00A00E29" w:rsidRDefault="00AF01E7" w:rsidP="00535682">
      <w:pPr>
        <w:spacing w:after="0"/>
        <w:jc w:val="both"/>
        <w:rPr>
          <w:color w:val="auto"/>
          <w:lang w:val="ru-RU"/>
        </w:rPr>
      </w:pPr>
    </w:p>
    <w:p w14:paraId="486AB507" w14:textId="46C9D534" w:rsidR="00F907D5" w:rsidRPr="00A00E29" w:rsidRDefault="00527A1E" w:rsidP="002F2C89">
      <w:pPr>
        <w:spacing w:after="0"/>
        <w:ind w:firstLine="567"/>
        <w:jc w:val="both"/>
        <w:rPr>
          <w:b/>
          <w:color w:val="auto"/>
          <w:lang w:val="ru-RU"/>
        </w:rPr>
      </w:pPr>
      <w:r w:rsidRPr="00A00E29">
        <w:rPr>
          <w:b/>
          <w:color w:val="auto"/>
          <w:lang w:val="ru-RU"/>
        </w:rPr>
        <w:t>3. Мінімальний рівень освіти для здобуття професійної кваліфікації</w:t>
      </w:r>
      <w:r w:rsidR="00AF01E7" w:rsidRPr="00A00E29">
        <w:rPr>
          <w:b/>
          <w:color w:val="auto"/>
          <w:lang w:val="ru-RU"/>
        </w:rPr>
        <w:t>.</w:t>
      </w:r>
    </w:p>
    <w:p w14:paraId="651F95B4" w14:textId="050159DE" w:rsidR="00535682" w:rsidRPr="00A00E29" w:rsidRDefault="00AF01E7" w:rsidP="00535682">
      <w:pPr>
        <w:spacing w:after="0"/>
        <w:jc w:val="both"/>
        <w:rPr>
          <w:bCs/>
          <w:color w:val="auto"/>
          <w:lang w:val="ru-RU"/>
        </w:rPr>
      </w:pPr>
      <w:r w:rsidRPr="00A00E29">
        <w:rPr>
          <w:bCs/>
          <w:color w:val="auto"/>
          <w:lang w:val="ru-RU"/>
        </w:rPr>
        <w:t>П</w:t>
      </w:r>
      <w:r w:rsidR="00535682" w:rsidRPr="00A00E29">
        <w:rPr>
          <w:bCs/>
          <w:color w:val="auto"/>
          <w:lang w:val="ru-RU"/>
        </w:rPr>
        <w:t>ерший (бакалаврський) рівень вищої освіти</w:t>
      </w:r>
      <w:r w:rsidRPr="00A00E29">
        <w:rPr>
          <w:bCs/>
          <w:color w:val="auto"/>
          <w:lang w:val="ru-RU"/>
        </w:rPr>
        <w:t>.</w:t>
      </w:r>
    </w:p>
    <w:p w14:paraId="3CD849A9" w14:textId="77777777" w:rsidR="00535682" w:rsidRPr="00E243DE" w:rsidRDefault="00535682" w:rsidP="00535682">
      <w:pPr>
        <w:spacing w:after="0"/>
        <w:jc w:val="both"/>
        <w:rPr>
          <w:bCs/>
          <w:color w:val="00B050"/>
          <w:lang w:val="ru-RU"/>
        </w:rPr>
      </w:pPr>
    </w:p>
    <w:p w14:paraId="57DB6275" w14:textId="3B49E117" w:rsidR="00AF01E7" w:rsidRDefault="00527A1E" w:rsidP="00905829">
      <w:pPr>
        <w:spacing w:after="0"/>
        <w:ind w:firstLine="567"/>
        <w:jc w:val="both"/>
        <w:rPr>
          <w:b/>
          <w:lang w:val="ru-RU"/>
        </w:rPr>
      </w:pPr>
      <w:r w:rsidRPr="00E05826">
        <w:rPr>
          <w:b/>
          <w:lang w:val="ru-RU"/>
        </w:rPr>
        <w:t>4. Підтвердження результату здобуття професійної кваліфікації</w:t>
      </w:r>
      <w:r w:rsidR="00AF01E7">
        <w:rPr>
          <w:b/>
          <w:lang w:val="ru-RU"/>
        </w:rPr>
        <w:t>.</w:t>
      </w:r>
    </w:p>
    <w:p w14:paraId="0C9972FC" w14:textId="2D802EB7" w:rsidR="00AF01E7" w:rsidRPr="00AF01E7" w:rsidRDefault="00AF01E7" w:rsidP="002F2C89">
      <w:pPr>
        <w:spacing w:after="0"/>
        <w:ind w:firstLine="567"/>
        <w:jc w:val="both"/>
        <w:rPr>
          <w:bCs/>
          <w:lang w:val="ru-RU"/>
        </w:rPr>
      </w:pPr>
      <w:r w:rsidRPr="00AF01E7">
        <w:rPr>
          <w:bCs/>
          <w:lang w:val="ru-RU"/>
        </w:rPr>
        <w:t>Здобуття професійної кваліфікації може підтверджуватися:</w:t>
      </w:r>
    </w:p>
    <w:p w14:paraId="09619D1B" w14:textId="6B762EB0" w:rsidR="0089429C" w:rsidRPr="008C22CC" w:rsidRDefault="00AF01E7" w:rsidP="008C22CC">
      <w:pPr>
        <w:spacing w:after="0"/>
        <w:ind w:firstLine="567"/>
        <w:jc w:val="both"/>
        <w:rPr>
          <w:lang w:val="ru-RU"/>
        </w:rPr>
      </w:pPr>
      <w:r>
        <w:rPr>
          <w:bCs/>
          <w:lang w:val="ru-RU"/>
        </w:rPr>
        <w:t>д</w:t>
      </w:r>
      <w:r w:rsidR="0089429C" w:rsidRPr="00AF01E7">
        <w:rPr>
          <w:bCs/>
          <w:lang w:val="ru-RU"/>
        </w:rPr>
        <w:t>иплом</w:t>
      </w:r>
      <w:r>
        <w:rPr>
          <w:bCs/>
          <w:lang w:val="ru-RU"/>
        </w:rPr>
        <w:t>ом</w:t>
      </w:r>
      <w:r w:rsidR="0089429C" w:rsidRPr="00AF01E7">
        <w:rPr>
          <w:bCs/>
          <w:lang w:val="ru-RU"/>
        </w:rPr>
        <w:t xml:space="preserve"> бакалавра із записом про професійну кваліфікацію</w:t>
      </w:r>
      <w:r w:rsidR="0089429C" w:rsidRPr="008C22CC">
        <w:rPr>
          <w:lang w:val="ru-RU"/>
        </w:rPr>
        <w:t xml:space="preserve"> </w:t>
      </w:r>
      <w:r w:rsidR="008D1693" w:rsidRPr="008D1693">
        <w:rPr>
          <w:lang w:val="ru-RU"/>
        </w:rPr>
        <w:t>“</w:t>
      </w:r>
      <w:r w:rsidR="0089429C" w:rsidRPr="008C22CC">
        <w:rPr>
          <w:lang w:val="ru-RU"/>
        </w:rPr>
        <w:t>Фахівець із супроводу ветеранів війни та демобілізованих осіб</w:t>
      </w:r>
      <w:r w:rsidR="008D1693" w:rsidRPr="008D1693">
        <w:rPr>
          <w:lang w:val="ru-RU"/>
        </w:rPr>
        <w:t>”</w:t>
      </w:r>
      <w:r w:rsidR="0089429C" w:rsidRPr="008C22CC">
        <w:rPr>
          <w:lang w:val="ru-RU"/>
        </w:rPr>
        <w:t>;</w:t>
      </w:r>
    </w:p>
    <w:p w14:paraId="00D4D3FA" w14:textId="31C533B0" w:rsidR="0089429C" w:rsidRPr="00A00E29" w:rsidRDefault="00AF01E7" w:rsidP="008C22CC">
      <w:pPr>
        <w:spacing w:after="0"/>
        <w:ind w:firstLine="567"/>
        <w:jc w:val="both"/>
        <w:rPr>
          <w:color w:val="auto"/>
          <w:lang w:val="ru-RU"/>
        </w:rPr>
      </w:pPr>
      <w:r w:rsidRPr="00A00E29">
        <w:rPr>
          <w:color w:val="auto"/>
          <w:lang w:val="ru-RU"/>
        </w:rPr>
        <w:lastRenderedPageBreak/>
        <w:t>д</w:t>
      </w:r>
      <w:r w:rsidR="0089429C" w:rsidRPr="00A00E29">
        <w:rPr>
          <w:color w:val="auto"/>
          <w:lang w:val="ru-RU"/>
        </w:rPr>
        <w:t>иплом</w:t>
      </w:r>
      <w:r w:rsidRPr="00A00E29">
        <w:rPr>
          <w:color w:val="auto"/>
          <w:lang w:val="ru-RU"/>
        </w:rPr>
        <w:t>ом</w:t>
      </w:r>
      <w:r w:rsidR="0089429C" w:rsidRPr="00A00E29">
        <w:rPr>
          <w:color w:val="auto"/>
          <w:lang w:val="ru-RU"/>
        </w:rPr>
        <w:t xml:space="preserve"> магістра із записом про професійну кваліфікацію </w:t>
      </w:r>
      <w:r w:rsidR="008D1693" w:rsidRPr="00A00E29">
        <w:rPr>
          <w:color w:val="auto"/>
          <w:lang w:val="ru-RU"/>
        </w:rPr>
        <w:t>“</w:t>
      </w:r>
      <w:r w:rsidR="0089429C" w:rsidRPr="00A00E29">
        <w:rPr>
          <w:color w:val="auto"/>
          <w:lang w:val="ru-RU"/>
        </w:rPr>
        <w:t>Провідний фахівець із супроводу ветеранів війни та демобілізованих осіб</w:t>
      </w:r>
      <w:r w:rsidR="008D1693" w:rsidRPr="00A00E29">
        <w:rPr>
          <w:color w:val="auto"/>
          <w:lang w:val="ru-RU"/>
        </w:rPr>
        <w:t>”</w:t>
      </w:r>
      <w:r w:rsidR="0089429C" w:rsidRPr="00A00E29">
        <w:rPr>
          <w:color w:val="auto"/>
          <w:lang w:val="ru-RU"/>
        </w:rPr>
        <w:t>;</w:t>
      </w:r>
    </w:p>
    <w:p w14:paraId="7FD4E184" w14:textId="1B2A9CDE" w:rsidR="0089429C" w:rsidRPr="00A00E29" w:rsidRDefault="00AF01E7" w:rsidP="008C22CC">
      <w:pPr>
        <w:spacing w:after="0"/>
        <w:ind w:firstLine="567"/>
        <w:jc w:val="both"/>
        <w:rPr>
          <w:color w:val="auto"/>
          <w:lang w:val="ru-RU"/>
        </w:rPr>
      </w:pPr>
      <w:r w:rsidRPr="00A00E29">
        <w:rPr>
          <w:color w:val="auto"/>
          <w:lang w:val="ru-RU"/>
        </w:rPr>
        <w:t>с</w:t>
      </w:r>
      <w:r w:rsidR="0089429C" w:rsidRPr="00A00E29">
        <w:rPr>
          <w:color w:val="auto"/>
          <w:lang w:val="ru-RU"/>
        </w:rPr>
        <w:t>ертифікат</w:t>
      </w:r>
      <w:r w:rsidRPr="00A00E29">
        <w:rPr>
          <w:color w:val="auto"/>
          <w:lang w:val="ru-RU"/>
        </w:rPr>
        <w:t>ом</w:t>
      </w:r>
      <w:r w:rsidR="0089429C" w:rsidRPr="00A00E29">
        <w:rPr>
          <w:color w:val="auto"/>
          <w:lang w:val="ru-RU"/>
        </w:rPr>
        <w:t xml:space="preserve"> про присвоєння/підтвердження професійної кваліфікації </w:t>
      </w:r>
      <w:r w:rsidR="008D1693" w:rsidRPr="00A00E29">
        <w:rPr>
          <w:color w:val="auto"/>
          <w:lang w:val="ru-RU"/>
        </w:rPr>
        <w:t>“</w:t>
      </w:r>
      <w:r w:rsidR="0089429C" w:rsidRPr="00A00E29">
        <w:rPr>
          <w:color w:val="auto"/>
          <w:lang w:val="ru-RU"/>
        </w:rPr>
        <w:t>Фахівець із супроводу ветеранів війни та демобілізованих осіб</w:t>
      </w:r>
      <w:r w:rsidR="008D1693" w:rsidRPr="00A00E29">
        <w:rPr>
          <w:color w:val="auto"/>
          <w:lang w:val="ru-RU"/>
        </w:rPr>
        <w:t>”</w:t>
      </w:r>
      <w:r w:rsidR="0089429C" w:rsidRPr="00A00E29">
        <w:rPr>
          <w:color w:val="auto"/>
          <w:lang w:val="ru-RU"/>
        </w:rPr>
        <w:t xml:space="preserve">, виданий </w:t>
      </w:r>
      <w:r w:rsidR="00905829" w:rsidRPr="00A00E29">
        <w:rPr>
          <w:color w:val="auto"/>
          <w:lang w:val="ru-RU"/>
        </w:rPr>
        <w:t xml:space="preserve">                  </w:t>
      </w:r>
      <w:r w:rsidR="009508B1" w:rsidRPr="00A00E29">
        <w:rPr>
          <w:color w:val="auto"/>
          <w:lang w:val="ru-RU"/>
        </w:rPr>
        <w:t>суб’єктом присвоєння</w:t>
      </w:r>
      <w:r w:rsidR="00C113FF" w:rsidRPr="00A00E29">
        <w:rPr>
          <w:color w:val="auto"/>
          <w:lang w:val="ru-RU"/>
        </w:rPr>
        <w:t>/підтвердження кваліфікації</w:t>
      </w:r>
      <w:r w:rsidR="009508B1" w:rsidRPr="00A00E29">
        <w:rPr>
          <w:color w:val="auto"/>
          <w:lang w:val="ru-RU"/>
        </w:rPr>
        <w:t xml:space="preserve"> </w:t>
      </w:r>
      <w:r w:rsidR="0089429C" w:rsidRPr="00A00E29">
        <w:rPr>
          <w:color w:val="auto"/>
          <w:lang w:val="ru-RU"/>
        </w:rPr>
        <w:t>;</w:t>
      </w:r>
    </w:p>
    <w:p w14:paraId="24DC7649" w14:textId="0FC39B72" w:rsidR="0089429C" w:rsidRPr="00A00E29" w:rsidRDefault="00AF01E7" w:rsidP="008C22CC">
      <w:pPr>
        <w:spacing w:after="0"/>
        <w:ind w:firstLine="567"/>
        <w:jc w:val="both"/>
        <w:rPr>
          <w:color w:val="auto"/>
          <w:lang w:val="ru-RU"/>
        </w:rPr>
      </w:pPr>
      <w:r w:rsidRPr="00A00E29">
        <w:rPr>
          <w:color w:val="auto"/>
          <w:lang w:val="ru-RU"/>
        </w:rPr>
        <w:t>с</w:t>
      </w:r>
      <w:r w:rsidR="0089429C" w:rsidRPr="00A00E29">
        <w:rPr>
          <w:color w:val="auto"/>
          <w:lang w:val="ru-RU"/>
        </w:rPr>
        <w:t>ертифікат</w:t>
      </w:r>
      <w:r w:rsidRPr="00A00E29">
        <w:rPr>
          <w:color w:val="auto"/>
          <w:lang w:val="ru-RU"/>
        </w:rPr>
        <w:t>ом</w:t>
      </w:r>
      <w:r w:rsidR="0089429C" w:rsidRPr="00A00E29">
        <w:rPr>
          <w:color w:val="auto"/>
          <w:lang w:val="ru-RU"/>
        </w:rPr>
        <w:t xml:space="preserve"> про присвоєння/підтвердження професійної кваліфікації </w:t>
      </w:r>
      <w:r w:rsidR="008D1693" w:rsidRPr="00A00E29">
        <w:rPr>
          <w:color w:val="auto"/>
          <w:lang w:val="ru-RU"/>
        </w:rPr>
        <w:t>“</w:t>
      </w:r>
      <w:r w:rsidR="0089429C" w:rsidRPr="00A00E29">
        <w:rPr>
          <w:color w:val="auto"/>
          <w:lang w:val="ru-RU"/>
        </w:rPr>
        <w:t>Фахівець із супроводу ветеранів війни та демобілізованих осіб ІІ категорії</w:t>
      </w:r>
      <w:r w:rsidR="008D1693" w:rsidRPr="00A00E29">
        <w:rPr>
          <w:color w:val="auto"/>
          <w:lang w:val="ru-RU"/>
        </w:rPr>
        <w:t>”</w:t>
      </w:r>
      <w:r w:rsidR="0089429C" w:rsidRPr="00A00E29">
        <w:rPr>
          <w:color w:val="auto"/>
          <w:lang w:val="ru-RU"/>
        </w:rPr>
        <w:t xml:space="preserve">, </w:t>
      </w:r>
      <w:r w:rsidR="00905829" w:rsidRPr="00A00E29">
        <w:rPr>
          <w:color w:val="auto"/>
          <w:lang w:val="ru-RU"/>
        </w:rPr>
        <w:t xml:space="preserve">                  </w:t>
      </w:r>
      <w:r w:rsidR="0089429C" w:rsidRPr="00A00E29">
        <w:rPr>
          <w:color w:val="auto"/>
          <w:lang w:val="ru-RU"/>
        </w:rPr>
        <w:t xml:space="preserve">виданий </w:t>
      </w:r>
      <w:r w:rsidR="00C113FF" w:rsidRPr="00A00E29">
        <w:rPr>
          <w:color w:val="auto"/>
          <w:lang w:val="ru-RU"/>
        </w:rPr>
        <w:t>суб’єктом присвоєння/підтвердження кваліфікації</w:t>
      </w:r>
      <w:r w:rsidR="0089429C" w:rsidRPr="00A00E29">
        <w:rPr>
          <w:color w:val="auto"/>
          <w:lang w:val="ru-RU"/>
        </w:rPr>
        <w:t>;</w:t>
      </w:r>
    </w:p>
    <w:p w14:paraId="38B29660" w14:textId="6E6C08A0" w:rsidR="0089429C" w:rsidRPr="00A00E29" w:rsidRDefault="00AF01E7" w:rsidP="008C22CC">
      <w:pPr>
        <w:spacing w:after="0"/>
        <w:ind w:firstLine="567"/>
        <w:jc w:val="both"/>
        <w:rPr>
          <w:color w:val="auto"/>
          <w:lang w:val="ru-RU"/>
        </w:rPr>
      </w:pPr>
      <w:r w:rsidRPr="00A00E29">
        <w:rPr>
          <w:color w:val="auto"/>
          <w:lang w:val="ru-RU"/>
        </w:rPr>
        <w:t>с</w:t>
      </w:r>
      <w:r w:rsidR="0089429C" w:rsidRPr="00A00E29">
        <w:rPr>
          <w:color w:val="auto"/>
          <w:lang w:val="ru-RU"/>
        </w:rPr>
        <w:t>ертифікат</w:t>
      </w:r>
      <w:r w:rsidRPr="00A00E29">
        <w:rPr>
          <w:color w:val="auto"/>
          <w:lang w:val="ru-RU"/>
        </w:rPr>
        <w:t>ом</w:t>
      </w:r>
      <w:r w:rsidR="0089429C" w:rsidRPr="00A00E29">
        <w:rPr>
          <w:color w:val="auto"/>
          <w:lang w:val="ru-RU"/>
        </w:rPr>
        <w:t xml:space="preserve"> про присвоєння/підтвердження професійної кваліфікації </w:t>
      </w:r>
      <w:r w:rsidR="008D1693" w:rsidRPr="00A00E29">
        <w:rPr>
          <w:color w:val="auto"/>
          <w:lang w:val="ru-RU"/>
        </w:rPr>
        <w:t>“</w:t>
      </w:r>
      <w:r w:rsidR="0089429C" w:rsidRPr="00A00E29">
        <w:rPr>
          <w:color w:val="auto"/>
          <w:lang w:val="ru-RU"/>
        </w:rPr>
        <w:t>Фахівець із супроводу ветеранів війни та демобілізованих осіб І категорії</w:t>
      </w:r>
      <w:r w:rsidR="008D1693" w:rsidRPr="00A00E29">
        <w:rPr>
          <w:color w:val="auto"/>
          <w:lang w:val="ru-RU"/>
        </w:rPr>
        <w:t>”</w:t>
      </w:r>
      <w:r w:rsidR="0089429C" w:rsidRPr="00A00E29">
        <w:rPr>
          <w:color w:val="auto"/>
          <w:lang w:val="ru-RU"/>
        </w:rPr>
        <w:t xml:space="preserve">, </w:t>
      </w:r>
      <w:r w:rsidR="00905829" w:rsidRPr="00A00E29">
        <w:rPr>
          <w:color w:val="auto"/>
          <w:lang w:val="ru-RU"/>
        </w:rPr>
        <w:t xml:space="preserve">                  </w:t>
      </w:r>
      <w:r w:rsidR="0089429C" w:rsidRPr="00A00E29">
        <w:rPr>
          <w:color w:val="auto"/>
          <w:lang w:val="ru-RU"/>
        </w:rPr>
        <w:t xml:space="preserve">виданий </w:t>
      </w:r>
      <w:r w:rsidR="00C113FF" w:rsidRPr="00A00E29">
        <w:rPr>
          <w:color w:val="auto"/>
          <w:lang w:val="ru-RU"/>
        </w:rPr>
        <w:t>суб’єктом присвоєння/підтвердження кваліфікації</w:t>
      </w:r>
      <w:r w:rsidR="0089429C" w:rsidRPr="00A00E29">
        <w:rPr>
          <w:color w:val="auto"/>
          <w:lang w:val="ru-RU"/>
        </w:rPr>
        <w:t>;</w:t>
      </w:r>
    </w:p>
    <w:p w14:paraId="6F0A7D78" w14:textId="04D2C30D" w:rsidR="008C22CC" w:rsidRPr="00A00E29" w:rsidRDefault="00AF01E7" w:rsidP="008C22CC">
      <w:pPr>
        <w:spacing w:after="0"/>
        <w:ind w:firstLine="567"/>
        <w:jc w:val="both"/>
        <w:rPr>
          <w:color w:val="auto"/>
          <w:szCs w:val="28"/>
          <w:lang w:val="uk-UA"/>
        </w:rPr>
      </w:pPr>
      <w:r w:rsidRPr="00A00E29">
        <w:rPr>
          <w:color w:val="auto"/>
          <w:lang w:val="ru-RU"/>
        </w:rPr>
        <w:t>с</w:t>
      </w:r>
      <w:r w:rsidR="0089429C" w:rsidRPr="00A00E29">
        <w:rPr>
          <w:color w:val="auto"/>
          <w:lang w:val="ru-RU"/>
        </w:rPr>
        <w:t>ертифікат</w:t>
      </w:r>
      <w:r w:rsidRPr="00A00E29">
        <w:rPr>
          <w:color w:val="auto"/>
          <w:lang w:val="ru-RU"/>
        </w:rPr>
        <w:t>ом</w:t>
      </w:r>
      <w:r w:rsidR="0089429C" w:rsidRPr="00A00E29">
        <w:rPr>
          <w:color w:val="auto"/>
          <w:lang w:val="ru-RU"/>
        </w:rPr>
        <w:t xml:space="preserve"> про присвоєння/підтвердження професійної кваліфікації</w:t>
      </w:r>
      <w:r w:rsidR="0089429C" w:rsidRPr="00A00E29">
        <w:rPr>
          <w:color w:val="auto"/>
          <w:szCs w:val="28"/>
          <w:lang w:val="uk-UA"/>
        </w:rPr>
        <w:t xml:space="preserve"> </w:t>
      </w:r>
      <w:r w:rsidR="008D1693" w:rsidRPr="00A00E29">
        <w:rPr>
          <w:color w:val="auto"/>
          <w:lang w:val="ru-RU"/>
        </w:rPr>
        <w:t>“</w:t>
      </w:r>
      <w:r w:rsidR="0089429C" w:rsidRPr="00A00E29">
        <w:rPr>
          <w:color w:val="auto"/>
          <w:szCs w:val="28"/>
          <w:lang w:val="uk-UA"/>
        </w:rPr>
        <w:t>Провідний</w:t>
      </w:r>
      <w:r w:rsidR="008C22CC" w:rsidRPr="00A00E29">
        <w:rPr>
          <w:color w:val="auto"/>
          <w:szCs w:val="28"/>
          <w:lang w:val="uk-UA"/>
        </w:rPr>
        <w:t xml:space="preserve"> </w:t>
      </w:r>
      <w:r w:rsidR="0089429C" w:rsidRPr="00A00E29">
        <w:rPr>
          <w:color w:val="auto"/>
          <w:szCs w:val="28"/>
          <w:lang w:val="uk-UA"/>
        </w:rPr>
        <w:t>фахівець із супроводу ветеранів війни та демобілізованих осіб</w:t>
      </w:r>
      <w:r w:rsidR="008D1693" w:rsidRPr="00A00E29">
        <w:rPr>
          <w:color w:val="auto"/>
          <w:lang w:val="ru-RU"/>
        </w:rPr>
        <w:t>”</w:t>
      </w:r>
      <w:r w:rsidR="0089429C" w:rsidRPr="00A00E29">
        <w:rPr>
          <w:color w:val="auto"/>
          <w:szCs w:val="28"/>
          <w:lang w:val="uk-UA"/>
        </w:rPr>
        <w:t xml:space="preserve">, </w:t>
      </w:r>
      <w:r w:rsidR="00905829" w:rsidRPr="00A00E29">
        <w:rPr>
          <w:color w:val="auto"/>
          <w:szCs w:val="28"/>
          <w:lang w:val="uk-UA"/>
        </w:rPr>
        <w:t xml:space="preserve">                </w:t>
      </w:r>
      <w:r w:rsidR="0089429C" w:rsidRPr="00A00E29">
        <w:rPr>
          <w:color w:val="auto"/>
          <w:szCs w:val="28"/>
          <w:lang w:val="uk-UA"/>
        </w:rPr>
        <w:t xml:space="preserve">виданий </w:t>
      </w:r>
      <w:r w:rsidR="00C113FF" w:rsidRPr="00A00E29">
        <w:rPr>
          <w:color w:val="auto"/>
          <w:szCs w:val="28"/>
          <w:lang w:val="uk-UA"/>
        </w:rPr>
        <w:t>суб’єктом присвоєння/підтвердження кваліфікації</w:t>
      </w:r>
      <w:r w:rsidR="0089429C" w:rsidRPr="00A00E29">
        <w:rPr>
          <w:color w:val="auto"/>
          <w:szCs w:val="28"/>
          <w:lang w:val="uk-UA"/>
        </w:rPr>
        <w:t>;</w:t>
      </w:r>
    </w:p>
    <w:p w14:paraId="47076359" w14:textId="7D912788" w:rsidR="0089429C" w:rsidRPr="00A00E29" w:rsidRDefault="000078AA" w:rsidP="008C22CC">
      <w:pPr>
        <w:spacing w:after="0"/>
        <w:ind w:firstLine="567"/>
        <w:jc w:val="both"/>
        <w:rPr>
          <w:color w:val="auto"/>
          <w:szCs w:val="28"/>
          <w:lang w:val="uk-UA"/>
        </w:rPr>
      </w:pPr>
      <w:r w:rsidRPr="00A00E29">
        <w:rPr>
          <w:color w:val="auto"/>
          <w:szCs w:val="28"/>
          <w:lang w:val="uk-UA"/>
        </w:rPr>
        <w:t>с</w:t>
      </w:r>
      <w:r w:rsidR="0089429C" w:rsidRPr="00A00E29">
        <w:rPr>
          <w:color w:val="auto"/>
          <w:szCs w:val="28"/>
          <w:lang w:val="uk-UA"/>
        </w:rPr>
        <w:t>ертифікат</w:t>
      </w:r>
      <w:r w:rsidRPr="00A00E29">
        <w:rPr>
          <w:color w:val="auto"/>
          <w:szCs w:val="28"/>
          <w:lang w:val="uk-UA"/>
        </w:rPr>
        <w:t>ом</w:t>
      </w:r>
      <w:r w:rsidR="0089429C" w:rsidRPr="00A00E29">
        <w:rPr>
          <w:color w:val="auto"/>
          <w:szCs w:val="28"/>
          <w:lang w:val="uk-UA"/>
        </w:rPr>
        <w:t xml:space="preserve"> про визнання професійної або часткової професійної </w:t>
      </w:r>
      <w:r w:rsidR="00905829" w:rsidRPr="00A00E29">
        <w:rPr>
          <w:color w:val="auto"/>
          <w:szCs w:val="28"/>
          <w:lang w:val="uk-UA"/>
        </w:rPr>
        <w:t xml:space="preserve">               </w:t>
      </w:r>
      <w:r w:rsidR="0089429C" w:rsidRPr="00A00E29">
        <w:rPr>
          <w:color w:val="auto"/>
          <w:szCs w:val="28"/>
          <w:lang w:val="uk-UA"/>
        </w:rPr>
        <w:t>кваліфікації</w:t>
      </w:r>
      <w:r w:rsidR="008C22CC" w:rsidRPr="00A00E29">
        <w:rPr>
          <w:color w:val="auto"/>
          <w:szCs w:val="28"/>
          <w:lang w:val="uk-UA"/>
        </w:rPr>
        <w:t xml:space="preserve"> </w:t>
      </w:r>
      <w:r w:rsidR="0089429C" w:rsidRPr="00A00E29">
        <w:rPr>
          <w:color w:val="auto"/>
          <w:szCs w:val="28"/>
          <w:lang w:val="uk-UA"/>
        </w:rPr>
        <w:t>(щодо професійних кваліфікацій, здобутих у інших країнах, крім країн-агресорів)</w:t>
      </w:r>
      <w:r w:rsidR="00C113FF" w:rsidRPr="00A00E29">
        <w:rPr>
          <w:color w:val="auto"/>
          <w:szCs w:val="28"/>
          <w:lang w:val="uk-UA"/>
        </w:rPr>
        <w:t>, виданий суб’єктом присвоєння/підтвердження кваліфікації.</w:t>
      </w:r>
    </w:p>
    <w:p w14:paraId="51615D24" w14:textId="5BEEC270" w:rsidR="008C22CC" w:rsidRPr="00E243DE" w:rsidRDefault="009C420B" w:rsidP="008C22CC">
      <w:pPr>
        <w:spacing w:after="0"/>
        <w:ind w:firstLine="567"/>
        <w:jc w:val="both"/>
        <w:rPr>
          <w:color w:val="00B050"/>
          <w:szCs w:val="28"/>
          <w:lang w:val="uk-UA"/>
        </w:rPr>
      </w:pPr>
      <w:r w:rsidRPr="00E243DE">
        <w:rPr>
          <w:color w:val="00B050"/>
          <w:szCs w:val="28"/>
          <w:lang w:val="uk-UA"/>
        </w:rPr>
        <w:t xml:space="preserve"> </w:t>
      </w:r>
    </w:p>
    <w:p w14:paraId="5811DA44" w14:textId="71A61F99" w:rsidR="00F907D5" w:rsidRDefault="00527A1E" w:rsidP="002F2C89">
      <w:pPr>
        <w:spacing w:after="0"/>
        <w:ind w:firstLine="567"/>
        <w:jc w:val="both"/>
        <w:rPr>
          <w:b/>
          <w:lang w:val="ru-RU"/>
        </w:rPr>
      </w:pPr>
      <w:r w:rsidRPr="00E05826">
        <w:rPr>
          <w:b/>
          <w:lang w:val="ru-RU"/>
        </w:rPr>
        <w:t>5. Підвищення професійної кваліфікації (здобуття наступного рівня професійної кваліфікації, якщо це передбачено професійним стандартом)</w:t>
      </w:r>
      <w:r w:rsidR="000078AA">
        <w:rPr>
          <w:b/>
          <w:lang w:val="ru-RU"/>
        </w:rPr>
        <w:t xml:space="preserve"> </w:t>
      </w:r>
      <w:r w:rsidR="009C420B">
        <w:rPr>
          <w:b/>
          <w:lang w:val="ru-RU"/>
        </w:rPr>
        <w:t>(</w:t>
      </w:r>
      <w:r w:rsidR="000078AA">
        <w:rPr>
          <w:b/>
          <w:lang w:val="ru-RU"/>
        </w:rPr>
        <w:t>за потреби зазначається попередній рівень професійної кваліфікації, досвід  роботи для здобуття наступного рівня професійної кваліфікації).</w:t>
      </w:r>
    </w:p>
    <w:p w14:paraId="67C8A54A" w14:textId="77777777" w:rsidR="00915641" w:rsidRDefault="00915641" w:rsidP="00915641">
      <w:pPr>
        <w:spacing w:after="0"/>
        <w:jc w:val="both"/>
        <w:rPr>
          <w:b/>
          <w:lang w:val="ru-RU"/>
        </w:rPr>
      </w:pPr>
    </w:p>
    <w:tbl>
      <w:tblPr>
        <w:tblStyle w:val="aff2"/>
        <w:tblW w:w="0" w:type="auto"/>
        <w:tblLook w:val="04A0" w:firstRow="1" w:lastRow="0" w:firstColumn="1" w:lastColumn="0" w:noHBand="0" w:noVBand="1"/>
      </w:tblPr>
      <w:tblGrid>
        <w:gridCol w:w="2547"/>
        <w:gridCol w:w="425"/>
        <w:gridCol w:w="1985"/>
        <w:gridCol w:w="1275"/>
        <w:gridCol w:w="993"/>
        <w:gridCol w:w="2403"/>
      </w:tblGrid>
      <w:tr w:rsidR="00915641" w:rsidRPr="000638A5" w14:paraId="6931E3F2" w14:textId="77777777" w:rsidTr="00C3140D">
        <w:tc>
          <w:tcPr>
            <w:tcW w:w="2972" w:type="dxa"/>
            <w:gridSpan w:val="2"/>
          </w:tcPr>
          <w:p w14:paraId="2A4D9416" w14:textId="5AFB150B" w:rsidR="00915641" w:rsidRPr="000638A5" w:rsidRDefault="00915641" w:rsidP="000638A5">
            <w:pPr>
              <w:spacing w:after="0"/>
              <w:jc w:val="center"/>
              <w:rPr>
                <w:b/>
                <w:sz w:val="24"/>
                <w:szCs w:val="24"/>
                <w:lang w:val="ru-RU"/>
              </w:rPr>
            </w:pPr>
            <w:r w:rsidRPr="000638A5">
              <w:rPr>
                <w:b/>
                <w:sz w:val="24"/>
                <w:szCs w:val="24"/>
                <w:lang w:val="ru-RU"/>
              </w:rPr>
              <w:t>Освіта</w:t>
            </w:r>
          </w:p>
        </w:tc>
        <w:tc>
          <w:tcPr>
            <w:tcW w:w="3260" w:type="dxa"/>
            <w:gridSpan w:val="2"/>
          </w:tcPr>
          <w:p w14:paraId="7D36E5EE" w14:textId="1E529BC3" w:rsidR="00915641" w:rsidRPr="000638A5" w:rsidRDefault="00915641" w:rsidP="000638A5">
            <w:pPr>
              <w:spacing w:after="0"/>
              <w:jc w:val="center"/>
              <w:rPr>
                <w:b/>
                <w:sz w:val="24"/>
                <w:szCs w:val="24"/>
                <w:lang w:val="ru-RU"/>
              </w:rPr>
            </w:pPr>
            <w:r w:rsidRPr="000638A5">
              <w:rPr>
                <w:b/>
                <w:sz w:val="24"/>
                <w:szCs w:val="24"/>
                <w:lang w:val="ru-RU"/>
              </w:rPr>
              <w:t>Стаж роботи</w:t>
            </w:r>
          </w:p>
        </w:tc>
        <w:tc>
          <w:tcPr>
            <w:tcW w:w="3396" w:type="dxa"/>
            <w:gridSpan w:val="2"/>
          </w:tcPr>
          <w:p w14:paraId="13689F33" w14:textId="7554B2D8" w:rsidR="000638A5" w:rsidRDefault="000638A5" w:rsidP="000638A5">
            <w:pPr>
              <w:spacing w:after="0"/>
              <w:jc w:val="center"/>
              <w:rPr>
                <w:b/>
                <w:sz w:val="24"/>
                <w:szCs w:val="24"/>
                <w:lang w:val="ru-RU"/>
              </w:rPr>
            </w:pPr>
            <w:r>
              <w:rPr>
                <w:b/>
                <w:sz w:val="24"/>
                <w:szCs w:val="24"/>
                <w:lang w:val="ru-RU"/>
              </w:rPr>
              <w:t xml:space="preserve">Документ </w:t>
            </w:r>
          </w:p>
          <w:p w14:paraId="2C56C803" w14:textId="1274422A" w:rsidR="000638A5" w:rsidRDefault="000638A5" w:rsidP="000638A5">
            <w:pPr>
              <w:spacing w:after="0"/>
              <w:jc w:val="center"/>
              <w:rPr>
                <w:b/>
                <w:sz w:val="24"/>
                <w:szCs w:val="24"/>
                <w:lang w:val="ru-RU"/>
              </w:rPr>
            </w:pPr>
            <w:r>
              <w:rPr>
                <w:b/>
                <w:sz w:val="24"/>
                <w:szCs w:val="24"/>
                <w:lang w:val="ru-RU"/>
              </w:rPr>
              <w:t>про присвоєння/</w:t>
            </w:r>
          </w:p>
          <w:p w14:paraId="3E1FE8C7" w14:textId="081F1AE0" w:rsidR="00915641" w:rsidRPr="000638A5" w:rsidRDefault="000638A5" w:rsidP="000638A5">
            <w:pPr>
              <w:spacing w:after="0"/>
              <w:jc w:val="center"/>
              <w:rPr>
                <w:b/>
                <w:sz w:val="24"/>
                <w:szCs w:val="24"/>
                <w:lang w:val="ru-RU"/>
              </w:rPr>
            </w:pPr>
            <w:r>
              <w:rPr>
                <w:b/>
                <w:sz w:val="24"/>
                <w:szCs w:val="24"/>
                <w:lang w:val="ru-RU"/>
              </w:rPr>
              <w:t>підтвердження професійної кваліфікації</w:t>
            </w:r>
          </w:p>
        </w:tc>
      </w:tr>
      <w:tr w:rsidR="000638A5" w:rsidRPr="000638A5" w14:paraId="48E094C1" w14:textId="77777777" w:rsidTr="00C3140D">
        <w:tc>
          <w:tcPr>
            <w:tcW w:w="9628" w:type="dxa"/>
            <w:gridSpan w:val="6"/>
          </w:tcPr>
          <w:p w14:paraId="5B20E3E2" w14:textId="77777777" w:rsidR="00C3140D" w:rsidRPr="00C3140D" w:rsidRDefault="00C3140D" w:rsidP="000638A5">
            <w:pPr>
              <w:spacing w:after="0"/>
              <w:jc w:val="center"/>
              <w:rPr>
                <w:b/>
                <w:sz w:val="8"/>
                <w:szCs w:val="8"/>
                <w:lang w:val="ru-RU"/>
              </w:rPr>
            </w:pPr>
          </w:p>
          <w:p w14:paraId="230E5A9B" w14:textId="6C8F93AA" w:rsidR="000638A5" w:rsidRDefault="000638A5" w:rsidP="000638A5">
            <w:pPr>
              <w:spacing w:after="0"/>
              <w:jc w:val="center"/>
              <w:rPr>
                <w:b/>
                <w:sz w:val="24"/>
                <w:szCs w:val="24"/>
                <w:lang w:val="ru-RU"/>
              </w:rPr>
            </w:pPr>
            <w:r>
              <w:rPr>
                <w:b/>
                <w:sz w:val="24"/>
                <w:szCs w:val="24"/>
                <w:lang w:val="ru-RU"/>
              </w:rPr>
              <w:t>Фахівець із супроводу ветеранів війни та демобілізованих осіб</w:t>
            </w:r>
          </w:p>
          <w:p w14:paraId="401B260D" w14:textId="77777777" w:rsidR="000638A5" w:rsidRDefault="000638A5" w:rsidP="000638A5">
            <w:pPr>
              <w:spacing w:after="0"/>
              <w:jc w:val="center"/>
              <w:rPr>
                <w:b/>
                <w:sz w:val="24"/>
                <w:szCs w:val="24"/>
                <w:lang w:val="ru-RU"/>
              </w:rPr>
            </w:pPr>
            <w:r>
              <w:rPr>
                <w:b/>
                <w:sz w:val="24"/>
                <w:szCs w:val="24"/>
                <w:lang w:val="ru-RU"/>
              </w:rPr>
              <w:t>ІІ кваліфікаційної категорії</w:t>
            </w:r>
          </w:p>
          <w:p w14:paraId="7283E477" w14:textId="01368163" w:rsidR="00C3140D" w:rsidRPr="00C3140D" w:rsidRDefault="00C3140D" w:rsidP="000638A5">
            <w:pPr>
              <w:spacing w:after="0"/>
              <w:jc w:val="center"/>
              <w:rPr>
                <w:b/>
                <w:sz w:val="8"/>
                <w:szCs w:val="8"/>
                <w:lang w:val="ru-RU"/>
              </w:rPr>
            </w:pPr>
          </w:p>
        </w:tc>
      </w:tr>
      <w:tr w:rsidR="00915641" w:rsidRPr="000638A5" w14:paraId="2F2E69AE" w14:textId="77777777" w:rsidTr="00C3140D">
        <w:tc>
          <w:tcPr>
            <w:tcW w:w="2972" w:type="dxa"/>
            <w:gridSpan w:val="2"/>
          </w:tcPr>
          <w:p w14:paraId="6AB77CC3" w14:textId="47D0FA0A" w:rsidR="00915641" w:rsidRPr="00484F7F" w:rsidRDefault="000638A5" w:rsidP="00915641">
            <w:pPr>
              <w:spacing w:after="0"/>
              <w:jc w:val="both"/>
              <w:rPr>
                <w:bCs/>
                <w:color w:val="auto"/>
                <w:sz w:val="24"/>
                <w:szCs w:val="24"/>
                <w:lang w:val="ru-RU"/>
              </w:rPr>
            </w:pPr>
            <w:r w:rsidRPr="00484F7F">
              <w:rPr>
                <w:bCs/>
                <w:color w:val="auto"/>
                <w:sz w:val="24"/>
                <w:szCs w:val="24"/>
                <w:lang w:val="ru-RU"/>
              </w:rPr>
              <w:t xml:space="preserve">Наявність освіти                        першого (бакалаврського) рівня вищої освіти </w:t>
            </w:r>
            <w:r w:rsidR="00A8143A">
              <w:rPr>
                <w:bCs/>
                <w:color w:val="auto"/>
                <w:sz w:val="24"/>
                <w:szCs w:val="24"/>
                <w:lang w:val="ru-RU"/>
              </w:rPr>
              <w:t xml:space="preserve">                          </w:t>
            </w:r>
            <w:r w:rsidRPr="00484F7F">
              <w:rPr>
                <w:bCs/>
                <w:color w:val="auto"/>
                <w:sz w:val="24"/>
                <w:szCs w:val="24"/>
                <w:lang w:val="ru-RU"/>
              </w:rPr>
              <w:t>незалежно від галузей знань та спеціальностей.</w:t>
            </w:r>
          </w:p>
        </w:tc>
        <w:tc>
          <w:tcPr>
            <w:tcW w:w="3260" w:type="dxa"/>
            <w:gridSpan w:val="2"/>
          </w:tcPr>
          <w:p w14:paraId="1C3A3E14" w14:textId="520AC0D6" w:rsidR="00C3140D" w:rsidRPr="00484F7F" w:rsidRDefault="000638A5" w:rsidP="00C3140D">
            <w:pPr>
              <w:widowControl w:val="0"/>
              <w:suppressAutoHyphens/>
              <w:autoSpaceDE w:val="0"/>
              <w:autoSpaceDN w:val="0"/>
              <w:spacing w:after="0"/>
              <w:ind w:left="57" w:right="57"/>
              <w:jc w:val="both"/>
              <w:rPr>
                <w:color w:val="auto"/>
                <w:sz w:val="24"/>
                <w:szCs w:val="24"/>
                <w:lang w:val="uk-UA"/>
              </w:rPr>
            </w:pPr>
            <w:r w:rsidRPr="00484F7F">
              <w:rPr>
                <w:color w:val="auto"/>
                <w:sz w:val="24"/>
                <w:szCs w:val="24"/>
                <w:lang w:val="uk-UA"/>
              </w:rPr>
              <w:t>О</w:t>
            </w:r>
            <w:r w:rsidRPr="00484F7F">
              <w:rPr>
                <w:color w:val="auto"/>
                <w:sz w:val="24"/>
                <w:szCs w:val="24"/>
              </w:rPr>
              <w:t xml:space="preserve">дин рік на посаді </w:t>
            </w:r>
            <w:r w:rsidRPr="00484F7F">
              <w:rPr>
                <w:color w:val="auto"/>
                <w:sz w:val="24"/>
                <w:szCs w:val="24"/>
                <w:lang w:val="uk-UA"/>
              </w:rPr>
              <w:t>ф</w:t>
            </w:r>
            <w:r w:rsidRPr="00484F7F">
              <w:rPr>
                <w:color w:val="auto"/>
                <w:sz w:val="24"/>
                <w:szCs w:val="24"/>
              </w:rPr>
              <w:t xml:space="preserve">ахівця із супроводу ветеранів війни та демобілізованих осіб, або </w:t>
            </w:r>
            <w:r w:rsidRPr="00484F7F">
              <w:rPr>
                <w:color w:val="auto"/>
                <w:sz w:val="24"/>
                <w:szCs w:val="24"/>
                <w:lang w:val="uk-UA"/>
              </w:rPr>
              <w:t xml:space="preserve">один рік </w:t>
            </w:r>
            <w:r w:rsidRPr="00484F7F">
              <w:rPr>
                <w:color w:val="auto"/>
                <w:sz w:val="24"/>
                <w:szCs w:val="24"/>
              </w:rPr>
              <w:t>у сферах соціальної роботи, освіти, охорони здоров’я, права, психології, безпеки та оборони, або досвід військової служби.</w:t>
            </w:r>
          </w:p>
        </w:tc>
        <w:tc>
          <w:tcPr>
            <w:tcW w:w="3396" w:type="dxa"/>
            <w:gridSpan w:val="2"/>
          </w:tcPr>
          <w:p w14:paraId="27DC0130" w14:textId="78FEFA63" w:rsidR="000638A5" w:rsidRPr="00484F7F" w:rsidRDefault="000638A5" w:rsidP="000638A5">
            <w:pPr>
              <w:widowControl w:val="0"/>
              <w:suppressAutoHyphens/>
              <w:autoSpaceDE w:val="0"/>
              <w:autoSpaceDN w:val="0"/>
              <w:spacing w:after="0"/>
              <w:ind w:left="57" w:right="57"/>
              <w:jc w:val="both"/>
              <w:rPr>
                <w:color w:val="auto"/>
                <w:sz w:val="24"/>
                <w:szCs w:val="24"/>
                <w:lang w:val="uk-UA"/>
              </w:rPr>
            </w:pPr>
            <w:r w:rsidRPr="00484F7F">
              <w:rPr>
                <w:color w:val="auto"/>
                <w:sz w:val="24"/>
                <w:szCs w:val="24"/>
                <w:lang w:val="uk-UA"/>
              </w:rPr>
              <w:t>Сертифікат про присвоєння/ підтвердження професійної кваліфікації: “Фахівець із супроводу ветеранів війни та демобілізованих осіб                                     ІІ кваліфікаційної категорії”.</w:t>
            </w:r>
          </w:p>
          <w:p w14:paraId="016C34B3" w14:textId="77777777" w:rsidR="00915641" w:rsidRPr="00484F7F" w:rsidRDefault="00915641" w:rsidP="00915641">
            <w:pPr>
              <w:spacing w:after="0"/>
              <w:jc w:val="both"/>
              <w:rPr>
                <w:b/>
                <w:color w:val="auto"/>
                <w:sz w:val="24"/>
                <w:szCs w:val="24"/>
                <w:lang w:val="ru-RU"/>
              </w:rPr>
            </w:pPr>
          </w:p>
        </w:tc>
      </w:tr>
      <w:tr w:rsidR="000638A5" w:rsidRPr="000638A5" w14:paraId="51026635" w14:textId="77777777" w:rsidTr="00C3140D">
        <w:tc>
          <w:tcPr>
            <w:tcW w:w="9628" w:type="dxa"/>
            <w:gridSpan w:val="6"/>
          </w:tcPr>
          <w:p w14:paraId="1B04AD81" w14:textId="77777777" w:rsidR="00C3140D" w:rsidRPr="00484F7F" w:rsidRDefault="00C3140D" w:rsidP="000638A5">
            <w:pPr>
              <w:spacing w:after="0"/>
              <w:jc w:val="center"/>
              <w:rPr>
                <w:b/>
                <w:color w:val="auto"/>
                <w:sz w:val="8"/>
                <w:szCs w:val="8"/>
                <w:lang w:val="ru-RU"/>
              </w:rPr>
            </w:pPr>
          </w:p>
          <w:p w14:paraId="3FA03601" w14:textId="17D32A26" w:rsidR="000638A5" w:rsidRPr="00484F7F" w:rsidRDefault="000638A5" w:rsidP="000638A5">
            <w:pPr>
              <w:spacing w:after="0"/>
              <w:jc w:val="center"/>
              <w:rPr>
                <w:b/>
                <w:color w:val="auto"/>
                <w:sz w:val="24"/>
                <w:szCs w:val="24"/>
                <w:lang w:val="ru-RU"/>
              </w:rPr>
            </w:pPr>
            <w:r w:rsidRPr="00484F7F">
              <w:rPr>
                <w:b/>
                <w:color w:val="auto"/>
                <w:sz w:val="24"/>
                <w:szCs w:val="24"/>
                <w:lang w:val="ru-RU"/>
              </w:rPr>
              <w:t>Фахівець із супроводу ветеранів війни та демобілізованих осіб</w:t>
            </w:r>
          </w:p>
          <w:p w14:paraId="73886154" w14:textId="77777777" w:rsidR="000638A5" w:rsidRPr="00484F7F" w:rsidRDefault="000638A5" w:rsidP="000638A5">
            <w:pPr>
              <w:spacing w:after="0"/>
              <w:jc w:val="center"/>
              <w:rPr>
                <w:b/>
                <w:color w:val="auto"/>
                <w:sz w:val="24"/>
                <w:szCs w:val="24"/>
                <w:lang w:val="ru-RU"/>
              </w:rPr>
            </w:pPr>
            <w:r w:rsidRPr="00484F7F">
              <w:rPr>
                <w:b/>
                <w:color w:val="auto"/>
                <w:sz w:val="24"/>
                <w:szCs w:val="24"/>
                <w:lang w:val="ru-RU"/>
              </w:rPr>
              <w:t>І кваліфікаційної категорії</w:t>
            </w:r>
          </w:p>
          <w:p w14:paraId="370EE20A" w14:textId="08DA0DE9" w:rsidR="00C3140D" w:rsidRPr="00484F7F" w:rsidRDefault="00C3140D" w:rsidP="000638A5">
            <w:pPr>
              <w:spacing w:after="0"/>
              <w:jc w:val="center"/>
              <w:rPr>
                <w:b/>
                <w:color w:val="auto"/>
                <w:sz w:val="8"/>
                <w:szCs w:val="8"/>
                <w:lang w:val="ru-RU"/>
              </w:rPr>
            </w:pPr>
          </w:p>
        </w:tc>
      </w:tr>
      <w:tr w:rsidR="00915641" w:rsidRPr="000638A5" w14:paraId="2E355B2C" w14:textId="77777777" w:rsidTr="00C3140D">
        <w:tc>
          <w:tcPr>
            <w:tcW w:w="2972" w:type="dxa"/>
            <w:gridSpan w:val="2"/>
          </w:tcPr>
          <w:p w14:paraId="6417F185" w14:textId="787C21EB" w:rsidR="00915641" w:rsidRPr="00484F7F" w:rsidRDefault="000638A5" w:rsidP="00915641">
            <w:pPr>
              <w:spacing w:after="0"/>
              <w:jc w:val="both"/>
              <w:rPr>
                <w:b/>
                <w:color w:val="auto"/>
                <w:sz w:val="24"/>
                <w:szCs w:val="24"/>
                <w:lang w:val="ru-RU"/>
              </w:rPr>
            </w:pPr>
            <w:r w:rsidRPr="00484F7F">
              <w:rPr>
                <w:bCs/>
                <w:color w:val="auto"/>
                <w:sz w:val="24"/>
                <w:szCs w:val="24"/>
                <w:lang w:val="ru-RU"/>
              </w:rPr>
              <w:t>Наявність освіти                        першого (бакалаврського) рівня вищої освіти незалежно від галузей знань та спеціальностей.</w:t>
            </w:r>
          </w:p>
        </w:tc>
        <w:tc>
          <w:tcPr>
            <w:tcW w:w="3260" w:type="dxa"/>
            <w:gridSpan w:val="2"/>
          </w:tcPr>
          <w:p w14:paraId="744D0BAE" w14:textId="0761BCBB" w:rsidR="00C3140D" w:rsidRPr="00484F7F" w:rsidRDefault="00C3140D" w:rsidP="00C3140D">
            <w:pPr>
              <w:widowControl w:val="0"/>
              <w:suppressAutoHyphens/>
              <w:autoSpaceDE w:val="0"/>
              <w:autoSpaceDN w:val="0"/>
              <w:spacing w:after="0"/>
              <w:ind w:left="57" w:right="57"/>
              <w:jc w:val="both"/>
              <w:rPr>
                <w:bCs/>
                <w:color w:val="auto"/>
                <w:sz w:val="24"/>
                <w:szCs w:val="24"/>
                <w:lang w:val="ru-RU"/>
              </w:rPr>
            </w:pPr>
            <w:r w:rsidRPr="00484F7F">
              <w:rPr>
                <w:bCs/>
                <w:color w:val="auto"/>
                <w:sz w:val="24"/>
                <w:szCs w:val="24"/>
                <w:lang w:val="ru-RU"/>
              </w:rPr>
              <w:t xml:space="preserve">Два роки на посаді Фахівця із супроводу ветеранів війни та демобілізованих осіб (незалежно від категорії), або два роки у сферах соціальної роботи, освіти, охорони здоров’я, права, психології, безпеки та </w:t>
            </w:r>
            <w:r w:rsidRPr="00484F7F">
              <w:rPr>
                <w:bCs/>
                <w:color w:val="auto"/>
                <w:sz w:val="24"/>
                <w:szCs w:val="24"/>
                <w:lang w:val="ru-RU"/>
              </w:rPr>
              <w:lastRenderedPageBreak/>
              <w:t>оборони.</w:t>
            </w:r>
          </w:p>
          <w:p w14:paraId="0599553C" w14:textId="77777777" w:rsidR="00915641" w:rsidRPr="00484F7F" w:rsidRDefault="00915641" w:rsidP="00915641">
            <w:pPr>
              <w:spacing w:after="0"/>
              <w:jc w:val="both"/>
              <w:rPr>
                <w:b/>
                <w:color w:val="auto"/>
                <w:sz w:val="24"/>
                <w:szCs w:val="24"/>
                <w:lang w:val="ru-RU"/>
              </w:rPr>
            </w:pPr>
          </w:p>
        </w:tc>
        <w:tc>
          <w:tcPr>
            <w:tcW w:w="3396" w:type="dxa"/>
            <w:gridSpan w:val="2"/>
          </w:tcPr>
          <w:p w14:paraId="6B3D75CC" w14:textId="207C08B5" w:rsidR="00C3140D" w:rsidRPr="00484F7F" w:rsidRDefault="00C3140D" w:rsidP="00C3140D">
            <w:pPr>
              <w:widowControl w:val="0"/>
              <w:suppressAutoHyphens/>
              <w:autoSpaceDE w:val="0"/>
              <w:autoSpaceDN w:val="0"/>
              <w:spacing w:after="0"/>
              <w:ind w:left="57" w:right="57"/>
              <w:jc w:val="both"/>
              <w:rPr>
                <w:color w:val="auto"/>
                <w:sz w:val="24"/>
                <w:szCs w:val="24"/>
              </w:rPr>
            </w:pPr>
            <w:r w:rsidRPr="00484F7F">
              <w:rPr>
                <w:color w:val="auto"/>
                <w:sz w:val="24"/>
                <w:szCs w:val="24"/>
              </w:rPr>
              <w:lastRenderedPageBreak/>
              <w:t>Сертифікат про присвоєння/</w:t>
            </w:r>
            <w:r w:rsidRPr="00484F7F">
              <w:rPr>
                <w:color w:val="auto"/>
                <w:sz w:val="24"/>
                <w:szCs w:val="24"/>
                <w:lang w:val="uk-UA"/>
              </w:rPr>
              <w:t xml:space="preserve"> </w:t>
            </w:r>
            <w:r w:rsidRPr="00484F7F">
              <w:rPr>
                <w:color w:val="auto"/>
                <w:sz w:val="24"/>
                <w:szCs w:val="24"/>
              </w:rPr>
              <w:t xml:space="preserve">підтвердження професійної                   кваліфікації: “Фахівець із супроводу ветеранів війни та демобілізованих осіб </w:t>
            </w:r>
            <w:r w:rsidRPr="00484F7F">
              <w:rPr>
                <w:color w:val="auto"/>
                <w:sz w:val="24"/>
                <w:szCs w:val="24"/>
                <w:lang w:val="uk-UA"/>
              </w:rPr>
              <w:t xml:space="preserve">                                  </w:t>
            </w:r>
            <w:r w:rsidRPr="00484F7F">
              <w:rPr>
                <w:color w:val="auto"/>
                <w:sz w:val="24"/>
                <w:szCs w:val="24"/>
              </w:rPr>
              <w:t>І кваліфікаційної категорії”.</w:t>
            </w:r>
          </w:p>
          <w:p w14:paraId="2FDD07C6" w14:textId="77777777" w:rsidR="00C3140D" w:rsidRPr="00484F7F" w:rsidRDefault="00C3140D" w:rsidP="00C3140D">
            <w:pPr>
              <w:widowControl w:val="0"/>
              <w:suppressAutoHyphens/>
              <w:autoSpaceDE w:val="0"/>
              <w:autoSpaceDN w:val="0"/>
              <w:spacing w:after="0"/>
              <w:ind w:left="57" w:right="57" w:firstLine="284"/>
              <w:jc w:val="both"/>
              <w:rPr>
                <w:b/>
                <w:bCs/>
                <w:color w:val="auto"/>
                <w:sz w:val="8"/>
                <w:szCs w:val="8"/>
              </w:rPr>
            </w:pPr>
          </w:p>
          <w:p w14:paraId="66679112" w14:textId="77777777" w:rsidR="00915641" w:rsidRPr="00484F7F" w:rsidRDefault="00915641" w:rsidP="00915641">
            <w:pPr>
              <w:spacing w:after="0"/>
              <w:jc w:val="both"/>
              <w:rPr>
                <w:b/>
                <w:color w:val="auto"/>
                <w:sz w:val="24"/>
                <w:szCs w:val="24"/>
                <w:lang w:val="ru-RU"/>
              </w:rPr>
            </w:pPr>
          </w:p>
        </w:tc>
      </w:tr>
      <w:tr w:rsidR="00415D42" w:rsidRPr="00390D8D" w14:paraId="2BB3400E" w14:textId="77777777" w:rsidTr="00415D42">
        <w:trPr>
          <w:trHeight w:val="273"/>
        </w:trPr>
        <w:tc>
          <w:tcPr>
            <w:tcW w:w="9628" w:type="dxa"/>
            <w:gridSpan w:val="6"/>
          </w:tcPr>
          <w:p w14:paraId="7FC4EE5C" w14:textId="77777777" w:rsidR="00415D42" w:rsidRPr="00484F7F" w:rsidRDefault="00415D42" w:rsidP="00390D8D">
            <w:pPr>
              <w:spacing w:after="0"/>
              <w:jc w:val="center"/>
              <w:rPr>
                <w:b/>
                <w:color w:val="auto"/>
                <w:sz w:val="8"/>
                <w:szCs w:val="8"/>
                <w:lang w:val="ru-RU"/>
              </w:rPr>
            </w:pPr>
          </w:p>
          <w:p w14:paraId="3618E2B7" w14:textId="77777777" w:rsidR="00415D42" w:rsidRPr="00484F7F" w:rsidRDefault="00415D42" w:rsidP="00390D8D">
            <w:pPr>
              <w:spacing w:after="0"/>
              <w:jc w:val="center"/>
              <w:rPr>
                <w:b/>
                <w:color w:val="auto"/>
                <w:sz w:val="24"/>
                <w:szCs w:val="24"/>
                <w:lang w:val="ru-RU"/>
              </w:rPr>
            </w:pPr>
            <w:r w:rsidRPr="00484F7F">
              <w:rPr>
                <w:b/>
                <w:color w:val="auto"/>
                <w:sz w:val="24"/>
                <w:szCs w:val="24"/>
                <w:lang w:val="ru-RU"/>
              </w:rPr>
              <w:t>Провідний фахівець із супроводу ветеранів війни та демобілізованих осіб</w:t>
            </w:r>
          </w:p>
          <w:p w14:paraId="73D0C8C6" w14:textId="2BEB5FBF" w:rsidR="00415D42" w:rsidRPr="00484F7F" w:rsidRDefault="00415D42" w:rsidP="00390D8D">
            <w:pPr>
              <w:spacing w:after="0"/>
              <w:jc w:val="center"/>
              <w:rPr>
                <w:b/>
                <w:color w:val="auto"/>
                <w:sz w:val="8"/>
                <w:szCs w:val="8"/>
                <w:lang w:val="ru-RU"/>
              </w:rPr>
            </w:pPr>
          </w:p>
        </w:tc>
      </w:tr>
      <w:tr w:rsidR="00C3140D" w:rsidRPr="00390D8D" w14:paraId="683A2285" w14:textId="77777777" w:rsidTr="001B0239">
        <w:trPr>
          <w:trHeight w:val="1113"/>
        </w:trPr>
        <w:tc>
          <w:tcPr>
            <w:tcW w:w="4957" w:type="dxa"/>
            <w:gridSpan w:val="3"/>
          </w:tcPr>
          <w:p w14:paraId="2E372599" w14:textId="16E1069D" w:rsidR="00C3140D" w:rsidRPr="00484F7F" w:rsidRDefault="00390D8D" w:rsidP="00390D8D">
            <w:pPr>
              <w:spacing w:after="0"/>
              <w:jc w:val="center"/>
              <w:rPr>
                <w:b/>
                <w:color w:val="auto"/>
                <w:sz w:val="24"/>
                <w:szCs w:val="24"/>
                <w:lang w:val="ru-RU"/>
              </w:rPr>
            </w:pPr>
            <w:r w:rsidRPr="00484F7F">
              <w:rPr>
                <w:b/>
                <w:color w:val="auto"/>
                <w:sz w:val="24"/>
                <w:szCs w:val="24"/>
                <w:lang w:val="ru-RU"/>
              </w:rPr>
              <w:t>Освіта</w:t>
            </w:r>
          </w:p>
        </w:tc>
        <w:tc>
          <w:tcPr>
            <w:tcW w:w="2268" w:type="dxa"/>
            <w:gridSpan w:val="2"/>
          </w:tcPr>
          <w:p w14:paraId="14AA28C4" w14:textId="7EE3FC9B" w:rsidR="00C3140D" w:rsidRPr="00484F7F" w:rsidRDefault="00390D8D" w:rsidP="00390D8D">
            <w:pPr>
              <w:spacing w:after="0"/>
              <w:jc w:val="center"/>
              <w:rPr>
                <w:b/>
                <w:color w:val="auto"/>
                <w:sz w:val="24"/>
                <w:szCs w:val="24"/>
                <w:lang w:val="ru-RU"/>
              </w:rPr>
            </w:pPr>
            <w:r w:rsidRPr="00484F7F">
              <w:rPr>
                <w:b/>
                <w:color w:val="auto"/>
                <w:sz w:val="24"/>
                <w:szCs w:val="24"/>
                <w:lang w:val="ru-RU"/>
              </w:rPr>
              <w:t>Стаж роботи</w:t>
            </w:r>
          </w:p>
        </w:tc>
        <w:tc>
          <w:tcPr>
            <w:tcW w:w="2403" w:type="dxa"/>
          </w:tcPr>
          <w:p w14:paraId="5C77EC20" w14:textId="7670F1C9" w:rsidR="00390D8D" w:rsidRPr="00484F7F" w:rsidRDefault="00390D8D" w:rsidP="00390D8D">
            <w:pPr>
              <w:spacing w:after="0"/>
              <w:jc w:val="center"/>
              <w:rPr>
                <w:b/>
                <w:color w:val="auto"/>
                <w:sz w:val="24"/>
                <w:szCs w:val="24"/>
                <w:lang w:val="ru-RU"/>
              </w:rPr>
            </w:pPr>
            <w:r w:rsidRPr="00484F7F">
              <w:rPr>
                <w:b/>
                <w:color w:val="auto"/>
                <w:sz w:val="24"/>
                <w:szCs w:val="24"/>
                <w:lang w:val="ru-RU"/>
              </w:rPr>
              <w:t>Документ</w:t>
            </w:r>
          </w:p>
          <w:p w14:paraId="7FAA7BE9" w14:textId="77777777" w:rsidR="00390D8D" w:rsidRPr="00484F7F" w:rsidRDefault="00390D8D" w:rsidP="00390D8D">
            <w:pPr>
              <w:spacing w:after="0"/>
              <w:jc w:val="center"/>
              <w:rPr>
                <w:b/>
                <w:color w:val="auto"/>
                <w:sz w:val="24"/>
                <w:szCs w:val="24"/>
                <w:lang w:val="ru-RU"/>
              </w:rPr>
            </w:pPr>
            <w:r w:rsidRPr="00484F7F">
              <w:rPr>
                <w:b/>
                <w:color w:val="auto"/>
                <w:sz w:val="24"/>
                <w:szCs w:val="24"/>
                <w:lang w:val="ru-RU"/>
              </w:rPr>
              <w:t>про присвоєння/</w:t>
            </w:r>
          </w:p>
          <w:p w14:paraId="5EEA93EF" w14:textId="4A609640" w:rsidR="00C3140D" w:rsidRPr="00484F7F" w:rsidRDefault="00390D8D" w:rsidP="00390D8D">
            <w:pPr>
              <w:spacing w:after="0"/>
              <w:jc w:val="center"/>
              <w:rPr>
                <w:b/>
                <w:color w:val="auto"/>
                <w:sz w:val="24"/>
                <w:szCs w:val="24"/>
                <w:lang w:val="ru-RU"/>
              </w:rPr>
            </w:pPr>
            <w:r w:rsidRPr="00484F7F">
              <w:rPr>
                <w:b/>
                <w:color w:val="auto"/>
                <w:sz w:val="24"/>
                <w:szCs w:val="24"/>
                <w:lang w:val="ru-RU"/>
              </w:rPr>
              <w:t>підтвердження професійної кваліфікації</w:t>
            </w:r>
          </w:p>
        </w:tc>
      </w:tr>
      <w:tr w:rsidR="001B0239" w:rsidRPr="00390D8D" w14:paraId="62756A96" w14:textId="77777777" w:rsidTr="001B0239">
        <w:trPr>
          <w:trHeight w:val="986"/>
        </w:trPr>
        <w:tc>
          <w:tcPr>
            <w:tcW w:w="4957" w:type="dxa"/>
            <w:gridSpan w:val="3"/>
          </w:tcPr>
          <w:p w14:paraId="2BF35934" w14:textId="17E6F3B3" w:rsidR="001B0239" w:rsidRPr="00484F7F" w:rsidRDefault="001B0239" w:rsidP="00390D8D">
            <w:pPr>
              <w:spacing w:after="0"/>
              <w:jc w:val="center"/>
              <w:rPr>
                <w:b/>
                <w:color w:val="auto"/>
                <w:sz w:val="24"/>
                <w:szCs w:val="24"/>
                <w:lang w:val="ru-RU"/>
              </w:rPr>
            </w:pPr>
            <w:r w:rsidRPr="00484F7F">
              <w:rPr>
                <w:color w:val="auto"/>
                <w:sz w:val="24"/>
                <w:szCs w:val="24"/>
              </w:rPr>
              <w:t>Наявність освіти другого (магістерського) рівня вищої освіти, відповідно до:</w:t>
            </w:r>
          </w:p>
        </w:tc>
        <w:tc>
          <w:tcPr>
            <w:tcW w:w="2268" w:type="dxa"/>
            <w:gridSpan w:val="2"/>
            <w:vMerge w:val="restart"/>
          </w:tcPr>
          <w:p w14:paraId="5A623E3E" w14:textId="57A52A4C" w:rsidR="001B0239" w:rsidRPr="00A8143A" w:rsidRDefault="001B0239" w:rsidP="001B0239">
            <w:pPr>
              <w:widowControl w:val="0"/>
              <w:suppressAutoHyphens/>
              <w:autoSpaceDE w:val="0"/>
              <w:autoSpaceDN w:val="0"/>
              <w:spacing w:after="0"/>
              <w:ind w:left="57" w:right="57"/>
              <w:jc w:val="both"/>
              <w:rPr>
                <w:rFonts w:eastAsia="Calibri"/>
                <w:color w:val="auto"/>
                <w:kern w:val="3"/>
                <w:sz w:val="24"/>
                <w:szCs w:val="24"/>
                <w:lang w:val="uk-UA"/>
              </w:rPr>
            </w:pPr>
            <w:r w:rsidRPr="00A8143A">
              <w:rPr>
                <w:color w:val="auto"/>
                <w:sz w:val="24"/>
                <w:szCs w:val="24"/>
                <w:lang w:val="uk-UA"/>
              </w:rPr>
              <w:t>О</w:t>
            </w:r>
            <w:r w:rsidRPr="00A8143A">
              <w:rPr>
                <w:color w:val="auto"/>
                <w:sz w:val="24"/>
                <w:szCs w:val="24"/>
              </w:rPr>
              <w:t xml:space="preserve">дин рік на посаді Фахівця із супроводу ветеранів війни та демобілізованих осіб </w:t>
            </w:r>
            <w:r w:rsidRPr="00A8143A">
              <w:rPr>
                <w:color w:val="auto"/>
                <w:sz w:val="24"/>
                <w:szCs w:val="24"/>
                <w:lang w:val="uk-UA"/>
              </w:rPr>
              <w:t xml:space="preserve">(незалежно від категорії) </w:t>
            </w:r>
            <w:r w:rsidRPr="00A8143A">
              <w:rPr>
                <w:color w:val="auto"/>
                <w:sz w:val="24"/>
                <w:szCs w:val="24"/>
              </w:rPr>
              <w:t>або один рік у сферах соціальної роботи,</w:t>
            </w:r>
            <w:r w:rsidRPr="00A8143A">
              <w:rPr>
                <w:color w:val="auto"/>
                <w:sz w:val="24"/>
                <w:szCs w:val="24"/>
                <w:lang w:val="uk-UA"/>
              </w:rPr>
              <w:t xml:space="preserve"> о</w:t>
            </w:r>
            <w:r w:rsidRPr="00A8143A">
              <w:rPr>
                <w:color w:val="auto"/>
                <w:sz w:val="24"/>
                <w:szCs w:val="24"/>
              </w:rPr>
              <w:t>світи, охорони здоров’я,</w:t>
            </w:r>
            <w:r w:rsidR="00A8143A">
              <w:rPr>
                <w:color w:val="auto"/>
                <w:sz w:val="24"/>
                <w:szCs w:val="24"/>
                <w:lang w:val="uk-UA"/>
              </w:rPr>
              <w:t xml:space="preserve"> </w:t>
            </w:r>
            <w:r w:rsidRPr="00A8143A">
              <w:rPr>
                <w:color w:val="auto"/>
                <w:sz w:val="24"/>
                <w:szCs w:val="24"/>
              </w:rPr>
              <w:t>права, психології, безпеки та оборони, публічного управління та адміністрування або досвід військової служби.</w:t>
            </w:r>
          </w:p>
          <w:p w14:paraId="31B1DDEF" w14:textId="77777777" w:rsidR="001B0239" w:rsidRPr="00A8143A" w:rsidRDefault="001B0239" w:rsidP="00915641">
            <w:pPr>
              <w:spacing w:after="0"/>
              <w:jc w:val="both"/>
              <w:rPr>
                <w:b/>
                <w:color w:val="auto"/>
                <w:sz w:val="24"/>
                <w:szCs w:val="24"/>
                <w:lang w:val="ru-RU"/>
              </w:rPr>
            </w:pPr>
          </w:p>
        </w:tc>
        <w:tc>
          <w:tcPr>
            <w:tcW w:w="2403" w:type="dxa"/>
            <w:vMerge w:val="restart"/>
          </w:tcPr>
          <w:p w14:paraId="2A4CE18B" w14:textId="6D88B80A" w:rsidR="001B0239" w:rsidRPr="00484F7F" w:rsidRDefault="001B0239" w:rsidP="00915641">
            <w:pPr>
              <w:spacing w:after="0"/>
              <w:jc w:val="both"/>
              <w:rPr>
                <w:bCs/>
                <w:color w:val="auto"/>
                <w:sz w:val="24"/>
                <w:szCs w:val="24"/>
                <w:lang w:val="ru-RU"/>
              </w:rPr>
            </w:pPr>
            <w:r w:rsidRPr="00484F7F">
              <w:rPr>
                <w:bCs/>
                <w:color w:val="auto"/>
                <w:sz w:val="24"/>
                <w:szCs w:val="24"/>
                <w:lang w:val="ru-RU"/>
              </w:rPr>
              <w:t>Сертифікат про                            присвоєння/             підтвердження                професійної                   кваліфікації: “Провідний фахівець із супроводу                         ветеранів війни та            демобілізованих осіб”.</w:t>
            </w:r>
          </w:p>
        </w:tc>
      </w:tr>
      <w:tr w:rsidR="001B0239" w:rsidRPr="00390D8D" w14:paraId="260FFC19" w14:textId="77777777" w:rsidTr="001B0239">
        <w:trPr>
          <w:trHeight w:val="135"/>
        </w:trPr>
        <w:tc>
          <w:tcPr>
            <w:tcW w:w="2547" w:type="dxa"/>
          </w:tcPr>
          <w:p w14:paraId="10F5CBC5" w14:textId="52E14BF8" w:rsidR="001B0239" w:rsidRPr="00390D8D" w:rsidRDefault="001B0239" w:rsidP="00915641">
            <w:pPr>
              <w:spacing w:after="0"/>
              <w:jc w:val="both"/>
              <w:rPr>
                <w:b/>
                <w:color w:val="auto"/>
                <w:sz w:val="24"/>
                <w:szCs w:val="24"/>
                <w:lang w:val="ru-RU"/>
              </w:rPr>
            </w:pPr>
            <w:r w:rsidRPr="00390D8D">
              <w:rPr>
                <w:color w:val="auto"/>
                <w:sz w:val="24"/>
                <w:szCs w:val="24"/>
              </w:rPr>
              <w:t>галузі (-ей) знань:</w:t>
            </w:r>
          </w:p>
        </w:tc>
        <w:tc>
          <w:tcPr>
            <w:tcW w:w="2410" w:type="dxa"/>
            <w:gridSpan w:val="2"/>
          </w:tcPr>
          <w:p w14:paraId="4096F0D9" w14:textId="4BBE4D9D" w:rsidR="001B0239" w:rsidRPr="00390D8D" w:rsidRDefault="001B0239" w:rsidP="00915641">
            <w:pPr>
              <w:spacing w:after="0"/>
              <w:jc w:val="both"/>
              <w:rPr>
                <w:bCs/>
                <w:color w:val="auto"/>
                <w:sz w:val="24"/>
                <w:szCs w:val="24"/>
                <w:lang w:val="ru-RU"/>
              </w:rPr>
            </w:pPr>
            <w:r w:rsidRPr="00390D8D">
              <w:rPr>
                <w:bCs/>
                <w:color w:val="auto"/>
                <w:sz w:val="24"/>
                <w:szCs w:val="24"/>
                <w:lang w:val="ru-RU"/>
              </w:rPr>
              <w:t>спеціальності (-ей):</w:t>
            </w:r>
          </w:p>
        </w:tc>
        <w:tc>
          <w:tcPr>
            <w:tcW w:w="2268" w:type="dxa"/>
            <w:gridSpan w:val="2"/>
            <w:vMerge/>
          </w:tcPr>
          <w:p w14:paraId="79A29C14" w14:textId="77777777" w:rsidR="001B0239" w:rsidRPr="00390D8D" w:rsidRDefault="001B0239" w:rsidP="00915641">
            <w:pPr>
              <w:spacing w:after="0"/>
              <w:jc w:val="both"/>
              <w:rPr>
                <w:b/>
                <w:sz w:val="24"/>
                <w:szCs w:val="24"/>
                <w:lang w:val="ru-RU"/>
              </w:rPr>
            </w:pPr>
          </w:p>
        </w:tc>
        <w:tc>
          <w:tcPr>
            <w:tcW w:w="2403" w:type="dxa"/>
            <w:vMerge/>
          </w:tcPr>
          <w:p w14:paraId="61376AFB" w14:textId="6BE37B15" w:rsidR="001B0239" w:rsidRPr="00390D8D" w:rsidRDefault="001B0239" w:rsidP="00915641">
            <w:pPr>
              <w:spacing w:after="0"/>
              <w:jc w:val="both"/>
              <w:rPr>
                <w:b/>
                <w:sz w:val="24"/>
                <w:szCs w:val="24"/>
                <w:lang w:val="ru-RU"/>
              </w:rPr>
            </w:pPr>
          </w:p>
        </w:tc>
      </w:tr>
      <w:tr w:rsidR="001B0239" w:rsidRPr="00390D8D" w14:paraId="05E8AE99" w14:textId="77777777" w:rsidTr="001B0239">
        <w:trPr>
          <w:trHeight w:val="135"/>
        </w:trPr>
        <w:tc>
          <w:tcPr>
            <w:tcW w:w="2547" w:type="dxa"/>
            <w:tcBorders>
              <w:top w:val="single" w:sz="4" w:space="0" w:color="000000"/>
              <w:right w:val="single" w:sz="4" w:space="0" w:color="000000"/>
            </w:tcBorders>
          </w:tcPr>
          <w:p w14:paraId="7D3AC45B" w14:textId="22466CC9" w:rsidR="001B0239" w:rsidRPr="00390D8D" w:rsidRDefault="001B0239" w:rsidP="001B0239">
            <w:pPr>
              <w:spacing w:after="0"/>
              <w:rPr>
                <w:color w:val="auto"/>
                <w:sz w:val="24"/>
                <w:szCs w:val="24"/>
              </w:rPr>
            </w:pPr>
            <w:r w:rsidRPr="001B0239">
              <w:rPr>
                <w:b/>
                <w:bCs/>
                <w:color w:val="auto"/>
                <w:sz w:val="24"/>
                <w:szCs w:val="24"/>
              </w:rPr>
              <w:t xml:space="preserve">А </w:t>
            </w:r>
            <w:r w:rsidRPr="00390D8D">
              <w:rPr>
                <w:color w:val="auto"/>
                <w:sz w:val="24"/>
                <w:szCs w:val="24"/>
              </w:rPr>
              <w:t>“Освіта</w:t>
            </w:r>
            <w:r w:rsidRPr="00390D8D">
              <w:rPr>
                <w:color w:val="auto"/>
                <w:sz w:val="24"/>
                <w:szCs w:val="24"/>
                <w:lang w:val="ru-RU"/>
              </w:rPr>
              <w:t>”</w:t>
            </w:r>
          </w:p>
        </w:tc>
        <w:tc>
          <w:tcPr>
            <w:tcW w:w="2410" w:type="dxa"/>
            <w:gridSpan w:val="2"/>
            <w:tcBorders>
              <w:top w:val="single" w:sz="4" w:space="0" w:color="000000"/>
              <w:left w:val="single" w:sz="4" w:space="0" w:color="000000"/>
              <w:right w:val="single" w:sz="4" w:space="0" w:color="000000"/>
            </w:tcBorders>
          </w:tcPr>
          <w:p w14:paraId="528BE1E6" w14:textId="2C47B340" w:rsidR="001B0239" w:rsidRPr="001B0239" w:rsidRDefault="001B0239" w:rsidP="001B0239">
            <w:pPr>
              <w:spacing w:after="0"/>
              <w:jc w:val="both"/>
              <w:rPr>
                <w:bCs/>
                <w:color w:val="auto"/>
                <w:sz w:val="24"/>
                <w:szCs w:val="24"/>
                <w:lang w:val="ru-RU"/>
              </w:rPr>
            </w:pPr>
            <w:r w:rsidRPr="001B0239">
              <w:rPr>
                <w:color w:val="auto"/>
                <w:sz w:val="24"/>
                <w:szCs w:val="24"/>
              </w:rPr>
              <w:t>усі спеціальності</w:t>
            </w:r>
          </w:p>
        </w:tc>
        <w:tc>
          <w:tcPr>
            <w:tcW w:w="2268" w:type="dxa"/>
            <w:gridSpan w:val="2"/>
            <w:vMerge/>
          </w:tcPr>
          <w:p w14:paraId="5B6624B9" w14:textId="77777777" w:rsidR="001B0239" w:rsidRPr="00390D8D" w:rsidRDefault="001B0239" w:rsidP="001B0239">
            <w:pPr>
              <w:spacing w:after="0"/>
              <w:jc w:val="both"/>
              <w:rPr>
                <w:b/>
                <w:sz w:val="24"/>
                <w:szCs w:val="24"/>
                <w:lang w:val="ru-RU"/>
              </w:rPr>
            </w:pPr>
          </w:p>
        </w:tc>
        <w:tc>
          <w:tcPr>
            <w:tcW w:w="2403" w:type="dxa"/>
            <w:vMerge/>
          </w:tcPr>
          <w:p w14:paraId="789BA3D2" w14:textId="77777777" w:rsidR="001B0239" w:rsidRPr="00390D8D" w:rsidRDefault="001B0239" w:rsidP="001B0239">
            <w:pPr>
              <w:spacing w:after="0"/>
              <w:jc w:val="both"/>
              <w:rPr>
                <w:b/>
                <w:sz w:val="24"/>
                <w:szCs w:val="24"/>
                <w:lang w:val="ru-RU"/>
              </w:rPr>
            </w:pPr>
          </w:p>
        </w:tc>
      </w:tr>
      <w:tr w:rsidR="001B0239" w:rsidRPr="00390D8D" w14:paraId="224E6833" w14:textId="77777777" w:rsidTr="001B0239">
        <w:trPr>
          <w:trHeight w:val="135"/>
        </w:trPr>
        <w:tc>
          <w:tcPr>
            <w:tcW w:w="2547" w:type="dxa"/>
          </w:tcPr>
          <w:p w14:paraId="1E238905" w14:textId="02C820C8" w:rsidR="001B0239" w:rsidRPr="00390D8D" w:rsidRDefault="001B0239" w:rsidP="001B0239">
            <w:pPr>
              <w:spacing w:after="0"/>
              <w:rPr>
                <w:color w:val="auto"/>
                <w:sz w:val="24"/>
                <w:szCs w:val="24"/>
              </w:rPr>
            </w:pPr>
            <w:r w:rsidRPr="001B0239">
              <w:rPr>
                <w:b/>
                <w:bCs/>
                <w:color w:val="auto"/>
                <w:sz w:val="24"/>
                <w:szCs w:val="24"/>
              </w:rPr>
              <w:t>В </w:t>
            </w:r>
            <w:r w:rsidRPr="00390D8D">
              <w:rPr>
                <w:color w:val="auto"/>
                <w:sz w:val="24"/>
                <w:szCs w:val="24"/>
              </w:rPr>
              <w:t>“Культура, мистецтво та гуманітарні науки”</w:t>
            </w:r>
            <w:r w:rsidRPr="00390D8D">
              <w:rPr>
                <w:color w:val="auto"/>
                <w:sz w:val="24"/>
                <w:szCs w:val="24"/>
                <w:lang w:val="uk-UA"/>
              </w:rPr>
              <w:t xml:space="preserve"> </w:t>
            </w:r>
          </w:p>
        </w:tc>
        <w:tc>
          <w:tcPr>
            <w:tcW w:w="2410" w:type="dxa"/>
            <w:gridSpan w:val="2"/>
          </w:tcPr>
          <w:p w14:paraId="55B45D44" w14:textId="77777777" w:rsidR="001B0239" w:rsidRPr="001B0239" w:rsidRDefault="001B0239" w:rsidP="001B0239">
            <w:pPr>
              <w:widowControl w:val="0"/>
              <w:autoSpaceDE w:val="0"/>
              <w:spacing w:after="0"/>
              <w:ind w:right="57"/>
              <w:jc w:val="both"/>
              <w:rPr>
                <w:color w:val="auto"/>
                <w:sz w:val="24"/>
                <w:szCs w:val="24"/>
                <w:lang w:val="uk-UA"/>
              </w:rPr>
            </w:pPr>
            <w:r w:rsidRPr="001B0239">
              <w:rPr>
                <w:b/>
                <w:bCs/>
                <w:color w:val="auto"/>
                <w:sz w:val="24"/>
                <w:szCs w:val="24"/>
              </w:rPr>
              <w:t>В7</w:t>
            </w:r>
            <w:r w:rsidRPr="001B0239">
              <w:rPr>
                <w:color w:val="auto"/>
                <w:sz w:val="24"/>
                <w:szCs w:val="24"/>
              </w:rPr>
              <w:t xml:space="preserve"> “Релігієзнавство”</w:t>
            </w:r>
          </w:p>
          <w:p w14:paraId="036ACA54" w14:textId="77777777" w:rsidR="001B0239" w:rsidRPr="001B0239" w:rsidRDefault="001B0239" w:rsidP="001B0239">
            <w:pPr>
              <w:widowControl w:val="0"/>
              <w:autoSpaceDE w:val="0"/>
              <w:spacing w:after="0"/>
              <w:ind w:right="57"/>
              <w:jc w:val="both"/>
              <w:rPr>
                <w:color w:val="auto"/>
                <w:sz w:val="24"/>
                <w:szCs w:val="24"/>
                <w:lang w:val="uk-UA"/>
              </w:rPr>
            </w:pPr>
            <w:r w:rsidRPr="001B0239">
              <w:rPr>
                <w:b/>
                <w:bCs/>
                <w:color w:val="auto"/>
                <w:sz w:val="24"/>
                <w:szCs w:val="24"/>
              </w:rPr>
              <w:t xml:space="preserve">В8 </w:t>
            </w:r>
            <w:r w:rsidRPr="001B0239">
              <w:rPr>
                <w:color w:val="auto"/>
                <w:sz w:val="24"/>
                <w:szCs w:val="24"/>
              </w:rPr>
              <w:t>“Богослов’я”</w:t>
            </w:r>
            <w:r w:rsidRPr="001B0239">
              <w:rPr>
                <w:color w:val="auto"/>
                <w:sz w:val="24"/>
                <w:szCs w:val="24"/>
                <w:lang w:val="uk-UA"/>
              </w:rPr>
              <w:t xml:space="preserve"> </w:t>
            </w:r>
          </w:p>
          <w:p w14:paraId="32E0BD13" w14:textId="21C8BACF" w:rsidR="001B0239" w:rsidRPr="001B0239" w:rsidRDefault="001B0239" w:rsidP="001B0239">
            <w:pPr>
              <w:widowControl w:val="0"/>
              <w:autoSpaceDE w:val="0"/>
              <w:spacing w:after="0"/>
              <w:ind w:right="57"/>
              <w:jc w:val="both"/>
              <w:rPr>
                <w:color w:val="auto"/>
                <w:sz w:val="24"/>
                <w:szCs w:val="24"/>
              </w:rPr>
            </w:pPr>
            <w:r w:rsidRPr="001B0239">
              <w:rPr>
                <w:b/>
                <w:bCs/>
                <w:color w:val="auto"/>
                <w:sz w:val="24"/>
                <w:szCs w:val="24"/>
              </w:rPr>
              <w:t>В9</w:t>
            </w:r>
            <w:r w:rsidR="00A8143A">
              <w:rPr>
                <w:b/>
                <w:bCs/>
                <w:color w:val="auto"/>
                <w:sz w:val="24"/>
                <w:szCs w:val="24"/>
                <w:lang w:val="uk-UA"/>
              </w:rPr>
              <w:t> </w:t>
            </w:r>
            <w:r w:rsidRPr="001B0239">
              <w:rPr>
                <w:color w:val="auto"/>
                <w:sz w:val="24"/>
                <w:szCs w:val="24"/>
              </w:rPr>
              <w:t>“Історія та археологія”</w:t>
            </w:r>
          </w:p>
          <w:p w14:paraId="72C26375" w14:textId="371525B4" w:rsidR="001B0239" w:rsidRPr="001B0239" w:rsidRDefault="001B0239" w:rsidP="001B0239">
            <w:pPr>
              <w:widowControl w:val="0"/>
              <w:autoSpaceDE w:val="0"/>
              <w:spacing w:after="0"/>
              <w:ind w:right="57"/>
              <w:jc w:val="both"/>
              <w:rPr>
                <w:color w:val="auto"/>
                <w:sz w:val="24"/>
                <w:szCs w:val="24"/>
                <w:lang w:val="uk-UA"/>
              </w:rPr>
            </w:pPr>
            <w:r w:rsidRPr="001B0239">
              <w:rPr>
                <w:b/>
                <w:bCs/>
                <w:color w:val="auto"/>
                <w:sz w:val="24"/>
                <w:szCs w:val="24"/>
              </w:rPr>
              <w:t>В11</w:t>
            </w:r>
            <w:r w:rsidRPr="001B0239">
              <w:rPr>
                <w:b/>
                <w:bCs/>
                <w:color w:val="auto"/>
                <w:sz w:val="24"/>
                <w:szCs w:val="24"/>
                <w:lang w:val="uk-UA"/>
              </w:rPr>
              <w:t> </w:t>
            </w:r>
            <w:r w:rsidRPr="001B0239">
              <w:rPr>
                <w:color w:val="auto"/>
                <w:sz w:val="24"/>
                <w:szCs w:val="24"/>
              </w:rPr>
              <w:t>“</w:t>
            </w:r>
            <w:proofErr w:type="gramStart"/>
            <w:r w:rsidRPr="001B0239">
              <w:rPr>
                <w:color w:val="auto"/>
                <w:sz w:val="24"/>
                <w:szCs w:val="24"/>
              </w:rPr>
              <w:t xml:space="preserve">Філологія” </w:t>
            </w:r>
            <w:r w:rsidRPr="001B0239">
              <w:rPr>
                <w:color w:val="auto"/>
                <w:sz w:val="24"/>
                <w:szCs w:val="24"/>
                <w:lang w:val="uk-UA"/>
              </w:rPr>
              <w:t xml:space="preserve">  </w:t>
            </w:r>
            <w:proofErr w:type="gramEnd"/>
            <w:r w:rsidRPr="001B0239">
              <w:rPr>
                <w:color w:val="auto"/>
                <w:sz w:val="24"/>
                <w:szCs w:val="24"/>
                <w:lang w:val="uk-UA"/>
              </w:rPr>
              <w:t xml:space="preserve">                          </w:t>
            </w:r>
            <w:proofErr w:type="gramStart"/>
            <w:r w:rsidRPr="001B0239">
              <w:rPr>
                <w:color w:val="auto"/>
                <w:sz w:val="24"/>
                <w:szCs w:val="24"/>
                <w:lang w:val="uk-UA"/>
              </w:rPr>
              <w:t xml:space="preserve">   </w:t>
            </w:r>
            <w:r w:rsidRPr="001B0239">
              <w:rPr>
                <w:color w:val="auto"/>
                <w:sz w:val="24"/>
                <w:szCs w:val="24"/>
              </w:rPr>
              <w:t>(</w:t>
            </w:r>
            <w:proofErr w:type="gramEnd"/>
            <w:r w:rsidRPr="001B0239">
              <w:rPr>
                <w:color w:val="auto"/>
                <w:sz w:val="24"/>
                <w:szCs w:val="24"/>
              </w:rPr>
              <w:t>за спеціалізаціями)</w:t>
            </w:r>
            <w:r w:rsidRPr="001B0239">
              <w:rPr>
                <w:color w:val="auto"/>
                <w:sz w:val="24"/>
                <w:szCs w:val="24"/>
                <w:lang w:val="uk-UA"/>
              </w:rPr>
              <w:t xml:space="preserve">   </w:t>
            </w:r>
          </w:p>
          <w:p w14:paraId="544C367E" w14:textId="266E6C60" w:rsidR="001B0239" w:rsidRPr="001B0239" w:rsidRDefault="001B0239" w:rsidP="001B0239">
            <w:pPr>
              <w:spacing w:after="0"/>
              <w:jc w:val="both"/>
              <w:rPr>
                <w:bCs/>
                <w:color w:val="auto"/>
                <w:sz w:val="24"/>
                <w:szCs w:val="24"/>
                <w:lang w:val="ru-RU"/>
              </w:rPr>
            </w:pPr>
            <w:r w:rsidRPr="001B0239">
              <w:rPr>
                <w:b/>
                <w:bCs/>
                <w:color w:val="auto"/>
                <w:sz w:val="24"/>
                <w:szCs w:val="24"/>
              </w:rPr>
              <w:t>В14</w:t>
            </w:r>
            <w:r w:rsidRPr="001B0239">
              <w:rPr>
                <w:b/>
                <w:bCs/>
                <w:color w:val="auto"/>
                <w:sz w:val="24"/>
                <w:szCs w:val="24"/>
                <w:lang w:val="uk-UA"/>
              </w:rPr>
              <w:t> </w:t>
            </w:r>
            <w:r w:rsidRPr="001B0239">
              <w:rPr>
                <w:color w:val="auto"/>
                <w:sz w:val="24"/>
                <w:szCs w:val="24"/>
              </w:rPr>
              <w:t>“Організація соціокультурної діяльності”</w:t>
            </w:r>
          </w:p>
        </w:tc>
        <w:tc>
          <w:tcPr>
            <w:tcW w:w="2268" w:type="dxa"/>
            <w:gridSpan w:val="2"/>
            <w:vMerge/>
          </w:tcPr>
          <w:p w14:paraId="0AD36A06" w14:textId="77777777" w:rsidR="001B0239" w:rsidRPr="00390D8D" w:rsidRDefault="001B0239" w:rsidP="001B0239">
            <w:pPr>
              <w:spacing w:after="0"/>
              <w:jc w:val="both"/>
              <w:rPr>
                <w:b/>
                <w:sz w:val="24"/>
                <w:szCs w:val="24"/>
                <w:lang w:val="ru-RU"/>
              </w:rPr>
            </w:pPr>
          </w:p>
        </w:tc>
        <w:tc>
          <w:tcPr>
            <w:tcW w:w="2403" w:type="dxa"/>
            <w:vMerge/>
          </w:tcPr>
          <w:p w14:paraId="6B973162" w14:textId="77777777" w:rsidR="001B0239" w:rsidRPr="00390D8D" w:rsidRDefault="001B0239" w:rsidP="001B0239">
            <w:pPr>
              <w:spacing w:after="0"/>
              <w:jc w:val="both"/>
              <w:rPr>
                <w:b/>
                <w:sz w:val="24"/>
                <w:szCs w:val="24"/>
                <w:lang w:val="ru-RU"/>
              </w:rPr>
            </w:pPr>
          </w:p>
        </w:tc>
      </w:tr>
      <w:tr w:rsidR="001B0239" w:rsidRPr="00390D8D" w14:paraId="58C8EE86" w14:textId="77777777" w:rsidTr="001B0239">
        <w:trPr>
          <w:trHeight w:val="135"/>
        </w:trPr>
        <w:tc>
          <w:tcPr>
            <w:tcW w:w="2547" w:type="dxa"/>
            <w:tcBorders>
              <w:top w:val="single" w:sz="4" w:space="0" w:color="000000"/>
              <w:bottom w:val="single" w:sz="4" w:space="0" w:color="000000"/>
              <w:right w:val="single" w:sz="4" w:space="0" w:color="000000"/>
            </w:tcBorders>
          </w:tcPr>
          <w:p w14:paraId="1FD6E872" w14:textId="529E5041" w:rsidR="001B0239" w:rsidRPr="00390D8D" w:rsidRDefault="001B0239" w:rsidP="001B0239">
            <w:pPr>
              <w:spacing w:after="0"/>
              <w:rPr>
                <w:color w:val="auto"/>
                <w:sz w:val="24"/>
                <w:szCs w:val="24"/>
              </w:rPr>
            </w:pPr>
            <w:r w:rsidRPr="001B0239">
              <w:rPr>
                <w:b/>
                <w:bCs/>
                <w:color w:val="auto"/>
                <w:sz w:val="24"/>
                <w:szCs w:val="24"/>
              </w:rPr>
              <w:t>С</w:t>
            </w:r>
            <w:r w:rsidRPr="00390D8D">
              <w:rPr>
                <w:color w:val="auto"/>
                <w:sz w:val="24"/>
                <w:szCs w:val="24"/>
                <w:lang w:val="uk-UA"/>
              </w:rPr>
              <w:t> </w:t>
            </w:r>
            <w:r w:rsidRPr="00390D8D">
              <w:rPr>
                <w:color w:val="auto"/>
                <w:sz w:val="24"/>
                <w:szCs w:val="24"/>
              </w:rPr>
              <w:t>“Соціальні науки, журналістика та інформація”</w:t>
            </w:r>
          </w:p>
        </w:tc>
        <w:tc>
          <w:tcPr>
            <w:tcW w:w="2410" w:type="dxa"/>
            <w:gridSpan w:val="2"/>
            <w:tcBorders>
              <w:top w:val="single" w:sz="4" w:space="0" w:color="000000"/>
              <w:left w:val="single" w:sz="4" w:space="0" w:color="000000"/>
              <w:bottom w:val="single" w:sz="4" w:space="0" w:color="000000"/>
            </w:tcBorders>
          </w:tcPr>
          <w:p w14:paraId="754075DD" w14:textId="77777777" w:rsidR="001B0239" w:rsidRPr="001B0239" w:rsidRDefault="001B0239" w:rsidP="001B0239">
            <w:pPr>
              <w:widowControl w:val="0"/>
              <w:autoSpaceDE w:val="0"/>
              <w:spacing w:after="0"/>
              <w:ind w:right="57"/>
              <w:jc w:val="both"/>
              <w:rPr>
                <w:color w:val="auto"/>
                <w:sz w:val="24"/>
                <w:szCs w:val="24"/>
              </w:rPr>
            </w:pPr>
            <w:r w:rsidRPr="001B0239">
              <w:rPr>
                <w:b/>
                <w:bCs/>
                <w:color w:val="auto"/>
                <w:sz w:val="24"/>
                <w:szCs w:val="24"/>
              </w:rPr>
              <w:t>С1</w:t>
            </w:r>
            <w:r w:rsidRPr="001B0239">
              <w:rPr>
                <w:color w:val="auto"/>
                <w:sz w:val="24"/>
                <w:szCs w:val="24"/>
              </w:rPr>
              <w:t> “Економіка та міжнародні</w:t>
            </w:r>
            <w:r w:rsidRPr="001B0239">
              <w:rPr>
                <w:color w:val="auto"/>
                <w:sz w:val="24"/>
                <w:szCs w:val="24"/>
                <w:lang w:val="uk-UA"/>
              </w:rPr>
              <w:t xml:space="preserve"> </w:t>
            </w:r>
            <w:r w:rsidRPr="001B0239">
              <w:rPr>
                <w:color w:val="auto"/>
                <w:sz w:val="24"/>
                <w:szCs w:val="24"/>
              </w:rPr>
              <w:t>економічні відносини”</w:t>
            </w:r>
          </w:p>
          <w:p w14:paraId="44F69B11" w14:textId="77777777" w:rsidR="001B0239" w:rsidRPr="001B0239" w:rsidRDefault="001B0239" w:rsidP="001B0239">
            <w:pPr>
              <w:widowControl w:val="0"/>
              <w:autoSpaceDE w:val="0"/>
              <w:spacing w:after="0"/>
              <w:ind w:left="57" w:right="57"/>
              <w:jc w:val="both"/>
              <w:rPr>
                <w:color w:val="auto"/>
                <w:sz w:val="24"/>
                <w:szCs w:val="24"/>
              </w:rPr>
            </w:pPr>
            <w:r w:rsidRPr="001B0239">
              <w:rPr>
                <w:color w:val="auto"/>
                <w:sz w:val="24"/>
                <w:szCs w:val="24"/>
                <w:lang w:val="uk-UA"/>
              </w:rPr>
              <w:t>(</w:t>
            </w:r>
            <w:r w:rsidRPr="001B0239">
              <w:rPr>
                <w:color w:val="auto"/>
                <w:sz w:val="24"/>
                <w:szCs w:val="24"/>
              </w:rPr>
              <w:t>за спеціальностями)</w:t>
            </w:r>
          </w:p>
          <w:p w14:paraId="43A7B7B6" w14:textId="77777777" w:rsidR="001B0239" w:rsidRPr="001B0239" w:rsidRDefault="001B0239" w:rsidP="001B0239">
            <w:pPr>
              <w:widowControl w:val="0"/>
              <w:autoSpaceDE w:val="0"/>
              <w:spacing w:after="0"/>
              <w:ind w:right="57"/>
              <w:jc w:val="both"/>
              <w:rPr>
                <w:color w:val="auto"/>
                <w:sz w:val="24"/>
                <w:szCs w:val="24"/>
              </w:rPr>
            </w:pPr>
            <w:r w:rsidRPr="001B0239">
              <w:rPr>
                <w:b/>
                <w:bCs/>
                <w:color w:val="auto"/>
                <w:sz w:val="24"/>
                <w:szCs w:val="24"/>
              </w:rPr>
              <w:t xml:space="preserve">С2 </w:t>
            </w:r>
            <w:r w:rsidRPr="001B0239">
              <w:rPr>
                <w:color w:val="auto"/>
                <w:sz w:val="24"/>
                <w:szCs w:val="24"/>
              </w:rPr>
              <w:t>“Політологія”</w:t>
            </w:r>
          </w:p>
          <w:p w14:paraId="143FA779" w14:textId="2259B413" w:rsidR="001B0239" w:rsidRPr="001B0239" w:rsidRDefault="001B0239" w:rsidP="001B0239">
            <w:pPr>
              <w:widowControl w:val="0"/>
              <w:autoSpaceDE w:val="0"/>
              <w:spacing w:after="0"/>
              <w:ind w:right="57"/>
              <w:jc w:val="both"/>
              <w:rPr>
                <w:color w:val="auto"/>
                <w:sz w:val="24"/>
                <w:szCs w:val="24"/>
                <w:lang w:val="uk-UA"/>
              </w:rPr>
            </w:pPr>
            <w:r w:rsidRPr="001B0239">
              <w:rPr>
                <w:b/>
                <w:bCs/>
                <w:color w:val="auto"/>
                <w:sz w:val="24"/>
                <w:szCs w:val="24"/>
              </w:rPr>
              <w:t>С3</w:t>
            </w:r>
            <w:r w:rsidR="00A8143A">
              <w:rPr>
                <w:b/>
                <w:bCs/>
                <w:color w:val="auto"/>
                <w:sz w:val="24"/>
                <w:szCs w:val="24"/>
                <w:lang w:val="uk-UA"/>
              </w:rPr>
              <w:t> </w:t>
            </w:r>
            <w:r w:rsidRPr="001B0239">
              <w:rPr>
                <w:color w:val="auto"/>
                <w:sz w:val="24"/>
                <w:szCs w:val="24"/>
              </w:rPr>
              <w:t>“Міжнародні відносини”</w:t>
            </w:r>
          </w:p>
          <w:p w14:paraId="69088513" w14:textId="77777777" w:rsidR="001B0239" w:rsidRPr="001B0239" w:rsidRDefault="001B0239" w:rsidP="001B0239">
            <w:pPr>
              <w:widowControl w:val="0"/>
              <w:autoSpaceDE w:val="0"/>
              <w:spacing w:after="0"/>
              <w:ind w:right="57"/>
              <w:jc w:val="both"/>
              <w:rPr>
                <w:color w:val="auto"/>
                <w:sz w:val="24"/>
                <w:szCs w:val="24"/>
                <w:lang w:val="uk-UA"/>
              </w:rPr>
            </w:pPr>
            <w:r w:rsidRPr="001B0239">
              <w:rPr>
                <w:b/>
                <w:bCs/>
                <w:color w:val="auto"/>
                <w:sz w:val="24"/>
                <w:szCs w:val="24"/>
              </w:rPr>
              <w:t>С4</w:t>
            </w:r>
            <w:r w:rsidRPr="001B0239">
              <w:rPr>
                <w:color w:val="auto"/>
                <w:sz w:val="24"/>
                <w:szCs w:val="24"/>
              </w:rPr>
              <w:t xml:space="preserve"> “Психологія”</w:t>
            </w:r>
          </w:p>
          <w:p w14:paraId="06E62BFB" w14:textId="77777777" w:rsidR="001B0239" w:rsidRPr="001B0239" w:rsidRDefault="001B0239" w:rsidP="001B0239">
            <w:pPr>
              <w:widowControl w:val="0"/>
              <w:autoSpaceDE w:val="0"/>
              <w:spacing w:after="0"/>
              <w:ind w:right="57"/>
              <w:jc w:val="both"/>
              <w:rPr>
                <w:color w:val="auto"/>
                <w:sz w:val="24"/>
                <w:szCs w:val="24"/>
                <w:lang w:val="uk-UA"/>
              </w:rPr>
            </w:pPr>
            <w:r w:rsidRPr="001B0239">
              <w:rPr>
                <w:b/>
                <w:bCs/>
                <w:color w:val="auto"/>
                <w:sz w:val="24"/>
                <w:szCs w:val="24"/>
              </w:rPr>
              <w:t xml:space="preserve">С5 </w:t>
            </w:r>
            <w:r w:rsidRPr="001B0239">
              <w:rPr>
                <w:color w:val="auto"/>
                <w:sz w:val="24"/>
                <w:szCs w:val="24"/>
              </w:rPr>
              <w:t>“Соціологія”</w:t>
            </w:r>
          </w:p>
          <w:p w14:paraId="12A02DE4" w14:textId="4731FC3F" w:rsidR="001B0239" w:rsidRPr="001B0239" w:rsidRDefault="001B0239" w:rsidP="001B0239">
            <w:pPr>
              <w:spacing w:after="0"/>
              <w:jc w:val="both"/>
              <w:rPr>
                <w:bCs/>
                <w:color w:val="auto"/>
                <w:sz w:val="24"/>
                <w:szCs w:val="24"/>
                <w:lang w:val="ru-RU"/>
              </w:rPr>
            </w:pPr>
            <w:r w:rsidRPr="001B0239">
              <w:rPr>
                <w:b/>
                <w:bCs/>
                <w:color w:val="auto"/>
                <w:sz w:val="24"/>
                <w:szCs w:val="24"/>
              </w:rPr>
              <w:t>С7</w:t>
            </w:r>
            <w:r w:rsidRPr="001B0239">
              <w:rPr>
                <w:color w:val="auto"/>
                <w:sz w:val="24"/>
                <w:szCs w:val="24"/>
              </w:rPr>
              <w:t xml:space="preserve"> “Журналістика”</w:t>
            </w:r>
          </w:p>
        </w:tc>
        <w:tc>
          <w:tcPr>
            <w:tcW w:w="2268" w:type="dxa"/>
            <w:gridSpan w:val="2"/>
            <w:vMerge/>
          </w:tcPr>
          <w:p w14:paraId="260D3A74" w14:textId="77777777" w:rsidR="001B0239" w:rsidRPr="00390D8D" w:rsidRDefault="001B0239" w:rsidP="001B0239">
            <w:pPr>
              <w:spacing w:after="0"/>
              <w:jc w:val="both"/>
              <w:rPr>
                <w:b/>
                <w:sz w:val="24"/>
                <w:szCs w:val="24"/>
                <w:lang w:val="ru-RU"/>
              </w:rPr>
            </w:pPr>
          </w:p>
        </w:tc>
        <w:tc>
          <w:tcPr>
            <w:tcW w:w="2403" w:type="dxa"/>
            <w:vMerge/>
          </w:tcPr>
          <w:p w14:paraId="64883793" w14:textId="77777777" w:rsidR="001B0239" w:rsidRPr="00390D8D" w:rsidRDefault="001B0239" w:rsidP="001B0239">
            <w:pPr>
              <w:spacing w:after="0"/>
              <w:jc w:val="both"/>
              <w:rPr>
                <w:b/>
                <w:sz w:val="24"/>
                <w:szCs w:val="24"/>
                <w:lang w:val="ru-RU"/>
              </w:rPr>
            </w:pPr>
          </w:p>
        </w:tc>
      </w:tr>
      <w:tr w:rsidR="001B0239" w:rsidRPr="00390D8D" w14:paraId="6F120B3E" w14:textId="77777777" w:rsidTr="001B0239">
        <w:trPr>
          <w:trHeight w:val="135"/>
        </w:trPr>
        <w:tc>
          <w:tcPr>
            <w:tcW w:w="2547" w:type="dxa"/>
            <w:tcBorders>
              <w:top w:val="single" w:sz="4" w:space="0" w:color="000000"/>
              <w:bottom w:val="single" w:sz="4" w:space="0" w:color="000000"/>
              <w:right w:val="single" w:sz="4" w:space="0" w:color="000000"/>
            </w:tcBorders>
          </w:tcPr>
          <w:p w14:paraId="02A92794" w14:textId="1E799EEA" w:rsidR="001B0239" w:rsidRPr="00390D8D" w:rsidRDefault="001B0239" w:rsidP="001B0239">
            <w:pPr>
              <w:spacing w:after="0"/>
              <w:rPr>
                <w:color w:val="auto"/>
                <w:sz w:val="24"/>
                <w:szCs w:val="24"/>
              </w:rPr>
            </w:pPr>
            <w:r w:rsidRPr="001B0239">
              <w:rPr>
                <w:b/>
                <w:bCs/>
                <w:color w:val="auto"/>
                <w:sz w:val="24"/>
                <w:szCs w:val="24"/>
              </w:rPr>
              <w:t>D</w:t>
            </w:r>
            <w:r w:rsidRPr="001B0239">
              <w:rPr>
                <w:b/>
                <w:bCs/>
                <w:color w:val="auto"/>
                <w:sz w:val="24"/>
                <w:szCs w:val="24"/>
                <w:lang w:val="ru-RU"/>
              </w:rPr>
              <w:t xml:space="preserve"> </w:t>
            </w:r>
            <w:r w:rsidRPr="00390D8D">
              <w:rPr>
                <w:color w:val="auto"/>
                <w:sz w:val="24"/>
                <w:szCs w:val="24"/>
              </w:rPr>
              <w:t>“Бізнес, адміністрування та право”</w:t>
            </w:r>
          </w:p>
        </w:tc>
        <w:tc>
          <w:tcPr>
            <w:tcW w:w="2410" w:type="dxa"/>
            <w:gridSpan w:val="2"/>
            <w:tcBorders>
              <w:top w:val="single" w:sz="4" w:space="0" w:color="000000"/>
              <w:left w:val="single" w:sz="4" w:space="0" w:color="000000"/>
              <w:bottom w:val="single" w:sz="4" w:space="0" w:color="000000"/>
            </w:tcBorders>
          </w:tcPr>
          <w:p w14:paraId="63A6E256" w14:textId="77777777" w:rsidR="001B0239" w:rsidRPr="001B0239" w:rsidRDefault="001B0239" w:rsidP="001B0239">
            <w:pPr>
              <w:widowControl w:val="0"/>
              <w:autoSpaceDE w:val="0"/>
              <w:spacing w:after="0"/>
              <w:ind w:right="57"/>
              <w:jc w:val="both"/>
              <w:rPr>
                <w:color w:val="auto"/>
                <w:sz w:val="24"/>
                <w:szCs w:val="24"/>
                <w:lang w:val="uk-UA"/>
              </w:rPr>
            </w:pPr>
            <w:r w:rsidRPr="001B0239">
              <w:rPr>
                <w:b/>
                <w:bCs/>
                <w:color w:val="auto"/>
                <w:sz w:val="24"/>
                <w:szCs w:val="24"/>
              </w:rPr>
              <w:t>D</w:t>
            </w:r>
            <w:r w:rsidRPr="001B0239">
              <w:rPr>
                <w:b/>
                <w:bCs/>
                <w:color w:val="auto"/>
                <w:sz w:val="24"/>
                <w:szCs w:val="24"/>
                <w:lang w:val="ru-RU"/>
              </w:rPr>
              <w:t>2 </w:t>
            </w:r>
            <w:r w:rsidRPr="001B0239">
              <w:rPr>
                <w:color w:val="auto"/>
                <w:sz w:val="24"/>
                <w:szCs w:val="24"/>
              </w:rPr>
              <w:t>“Фінанси, банківська справа, страхування та фондовий ринок”</w:t>
            </w:r>
            <w:r w:rsidRPr="001B0239">
              <w:rPr>
                <w:color w:val="auto"/>
                <w:sz w:val="24"/>
                <w:szCs w:val="24"/>
                <w:lang w:val="uk-UA"/>
              </w:rPr>
              <w:t xml:space="preserve"> </w:t>
            </w:r>
          </w:p>
          <w:p w14:paraId="1445FB33" w14:textId="77777777" w:rsidR="001B0239" w:rsidRPr="001B0239" w:rsidRDefault="001B0239" w:rsidP="001B0239">
            <w:pPr>
              <w:widowControl w:val="0"/>
              <w:autoSpaceDE w:val="0"/>
              <w:spacing w:after="0"/>
              <w:ind w:right="57"/>
              <w:jc w:val="both"/>
              <w:rPr>
                <w:color w:val="auto"/>
                <w:sz w:val="24"/>
                <w:szCs w:val="24"/>
                <w:lang w:val="uk-UA"/>
              </w:rPr>
            </w:pPr>
            <w:r w:rsidRPr="001B0239">
              <w:rPr>
                <w:b/>
                <w:bCs/>
                <w:color w:val="auto"/>
                <w:sz w:val="24"/>
                <w:szCs w:val="24"/>
              </w:rPr>
              <w:t>D3</w:t>
            </w:r>
            <w:r w:rsidRPr="001B0239">
              <w:rPr>
                <w:color w:val="auto"/>
                <w:sz w:val="24"/>
                <w:szCs w:val="24"/>
              </w:rPr>
              <w:t xml:space="preserve"> “Менеджмент”</w:t>
            </w:r>
            <w:r w:rsidRPr="001B0239">
              <w:rPr>
                <w:color w:val="auto"/>
                <w:sz w:val="24"/>
                <w:szCs w:val="24"/>
                <w:lang w:val="uk-UA"/>
              </w:rPr>
              <w:t xml:space="preserve"> </w:t>
            </w:r>
          </w:p>
          <w:p w14:paraId="5BC293F7" w14:textId="3CDB8AE9" w:rsidR="001B0239" w:rsidRPr="001B0239" w:rsidRDefault="001B0239" w:rsidP="001B0239">
            <w:pPr>
              <w:widowControl w:val="0"/>
              <w:autoSpaceDE w:val="0"/>
              <w:spacing w:after="0"/>
              <w:ind w:right="57"/>
              <w:jc w:val="both"/>
              <w:rPr>
                <w:color w:val="auto"/>
                <w:sz w:val="24"/>
                <w:szCs w:val="24"/>
                <w:lang w:val="uk-UA"/>
              </w:rPr>
            </w:pPr>
            <w:r w:rsidRPr="001B0239">
              <w:rPr>
                <w:b/>
                <w:bCs/>
                <w:color w:val="auto"/>
                <w:sz w:val="24"/>
                <w:szCs w:val="24"/>
              </w:rPr>
              <w:t>D</w:t>
            </w:r>
            <w:r w:rsidRPr="001B0239">
              <w:rPr>
                <w:b/>
                <w:bCs/>
                <w:color w:val="auto"/>
                <w:sz w:val="24"/>
                <w:szCs w:val="24"/>
                <w:lang w:val="ru-RU"/>
              </w:rPr>
              <w:t>4</w:t>
            </w:r>
            <w:r w:rsidR="00A8143A">
              <w:rPr>
                <w:b/>
                <w:bCs/>
                <w:color w:val="auto"/>
                <w:sz w:val="24"/>
                <w:szCs w:val="24"/>
                <w:lang w:val="ru-RU"/>
              </w:rPr>
              <w:t> </w:t>
            </w:r>
            <w:r w:rsidRPr="001B0239">
              <w:rPr>
                <w:color w:val="auto"/>
                <w:sz w:val="24"/>
                <w:szCs w:val="24"/>
              </w:rPr>
              <w:t>“Публічне управління та адміністрування”</w:t>
            </w:r>
          </w:p>
          <w:p w14:paraId="52B34CA9" w14:textId="77777777" w:rsidR="001B0239" w:rsidRPr="001B0239" w:rsidRDefault="001B0239" w:rsidP="001B0239">
            <w:pPr>
              <w:widowControl w:val="0"/>
              <w:autoSpaceDE w:val="0"/>
              <w:spacing w:after="0"/>
              <w:ind w:right="57"/>
              <w:jc w:val="both"/>
              <w:rPr>
                <w:color w:val="auto"/>
                <w:sz w:val="24"/>
                <w:szCs w:val="24"/>
                <w:lang w:val="uk-UA"/>
              </w:rPr>
            </w:pPr>
            <w:r w:rsidRPr="001B0239">
              <w:rPr>
                <w:b/>
                <w:bCs/>
                <w:color w:val="auto"/>
                <w:sz w:val="24"/>
                <w:szCs w:val="24"/>
              </w:rPr>
              <w:t xml:space="preserve">D5 </w:t>
            </w:r>
            <w:r w:rsidRPr="001B0239">
              <w:rPr>
                <w:color w:val="auto"/>
                <w:sz w:val="24"/>
                <w:szCs w:val="24"/>
              </w:rPr>
              <w:t>“Маркетинг”</w:t>
            </w:r>
          </w:p>
          <w:p w14:paraId="4390D8BE" w14:textId="77777777" w:rsidR="001B0239" w:rsidRPr="001B0239" w:rsidRDefault="001B0239" w:rsidP="001B0239">
            <w:pPr>
              <w:widowControl w:val="0"/>
              <w:autoSpaceDE w:val="0"/>
              <w:spacing w:after="0"/>
              <w:ind w:right="57"/>
              <w:jc w:val="both"/>
              <w:rPr>
                <w:color w:val="auto"/>
                <w:sz w:val="24"/>
                <w:szCs w:val="24"/>
              </w:rPr>
            </w:pPr>
            <w:r w:rsidRPr="001B0239">
              <w:rPr>
                <w:b/>
                <w:bCs/>
                <w:color w:val="auto"/>
                <w:sz w:val="24"/>
                <w:szCs w:val="24"/>
              </w:rPr>
              <w:t xml:space="preserve">D8 </w:t>
            </w:r>
            <w:r w:rsidRPr="001B0239">
              <w:rPr>
                <w:color w:val="auto"/>
                <w:sz w:val="24"/>
                <w:szCs w:val="24"/>
              </w:rPr>
              <w:t>“Право”</w:t>
            </w:r>
          </w:p>
          <w:p w14:paraId="2E600FFD" w14:textId="65C1B57E" w:rsidR="001B0239" w:rsidRPr="001B0239" w:rsidRDefault="001B0239" w:rsidP="001B0239">
            <w:pPr>
              <w:spacing w:after="0"/>
              <w:jc w:val="both"/>
              <w:rPr>
                <w:bCs/>
                <w:color w:val="auto"/>
                <w:sz w:val="24"/>
                <w:szCs w:val="24"/>
                <w:lang w:val="ru-RU"/>
              </w:rPr>
            </w:pPr>
            <w:r w:rsidRPr="001B0239">
              <w:rPr>
                <w:b/>
                <w:bCs/>
                <w:color w:val="auto"/>
                <w:sz w:val="24"/>
                <w:szCs w:val="24"/>
              </w:rPr>
              <w:t>D9</w:t>
            </w:r>
            <w:r w:rsidR="00A8143A">
              <w:rPr>
                <w:b/>
                <w:bCs/>
                <w:color w:val="auto"/>
                <w:sz w:val="24"/>
                <w:szCs w:val="24"/>
                <w:lang w:val="uk-UA"/>
              </w:rPr>
              <w:t> </w:t>
            </w:r>
            <w:r w:rsidRPr="001B0239">
              <w:rPr>
                <w:color w:val="auto"/>
                <w:sz w:val="24"/>
                <w:szCs w:val="24"/>
              </w:rPr>
              <w:t>“Міжнародне право”</w:t>
            </w:r>
          </w:p>
        </w:tc>
        <w:tc>
          <w:tcPr>
            <w:tcW w:w="2268" w:type="dxa"/>
            <w:gridSpan w:val="2"/>
            <w:vMerge/>
          </w:tcPr>
          <w:p w14:paraId="365231BB" w14:textId="77777777" w:rsidR="001B0239" w:rsidRPr="00390D8D" w:rsidRDefault="001B0239" w:rsidP="001B0239">
            <w:pPr>
              <w:spacing w:after="0"/>
              <w:jc w:val="both"/>
              <w:rPr>
                <w:b/>
                <w:sz w:val="24"/>
                <w:szCs w:val="24"/>
                <w:lang w:val="ru-RU"/>
              </w:rPr>
            </w:pPr>
          </w:p>
        </w:tc>
        <w:tc>
          <w:tcPr>
            <w:tcW w:w="2403" w:type="dxa"/>
            <w:vMerge/>
          </w:tcPr>
          <w:p w14:paraId="0A4AB518" w14:textId="77777777" w:rsidR="001B0239" w:rsidRPr="00390D8D" w:rsidRDefault="001B0239" w:rsidP="001B0239">
            <w:pPr>
              <w:spacing w:after="0"/>
              <w:jc w:val="both"/>
              <w:rPr>
                <w:b/>
                <w:sz w:val="24"/>
                <w:szCs w:val="24"/>
                <w:lang w:val="ru-RU"/>
              </w:rPr>
            </w:pPr>
          </w:p>
        </w:tc>
      </w:tr>
      <w:tr w:rsidR="001B0239" w:rsidRPr="00390D8D" w14:paraId="2D850EEA" w14:textId="77777777" w:rsidTr="001B0239">
        <w:trPr>
          <w:trHeight w:val="135"/>
        </w:trPr>
        <w:tc>
          <w:tcPr>
            <w:tcW w:w="2547" w:type="dxa"/>
            <w:tcBorders>
              <w:top w:val="single" w:sz="4" w:space="0" w:color="000000"/>
              <w:bottom w:val="single" w:sz="4" w:space="0" w:color="000000"/>
              <w:right w:val="single" w:sz="4" w:space="0" w:color="000000"/>
            </w:tcBorders>
          </w:tcPr>
          <w:p w14:paraId="4261D88B" w14:textId="3AD2448F" w:rsidR="001B0239" w:rsidRPr="00390D8D" w:rsidRDefault="001B0239" w:rsidP="001B0239">
            <w:pPr>
              <w:spacing w:after="0"/>
              <w:rPr>
                <w:color w:val="auto"/>
                <w:sz w:val="24"/>
                <w:szCs w:val="24"/>
              </w:rPr>
            </w:pPr>
            <w:r w:rsidRPr="001B0239">
              <w:rPr>
                <w:b/>
                <w:bCs/>
                <w:color w:val="auto"/>
                <w:sz w:val="24"/>
                <w:szCs w:val="24"/>
              </w:rPr>
              <w:t>I</w:t>
            </w:r>
            <w:r w:rsidRPr="001B0239">
              <w:rPr>
                <w:b/>
                <w:bCs/>
                <w:color w:val="auto"/>
                <w:sz w:val="24"/>
                <w:szCs w:val="24"/>
                <w:lang w:val="uk-UA"/>
              </w:rPr>
              <w:t> </w:t>
            </w:r>
            <w:r w:rsidRPr="00390D8D">
              <w:rPr>
                <w:color w:val="auto"/>
                <w:sz w:val="24"/>
                <w:szCs w:val="24"/>
              </w:rPr>
              <w:t>“Охорона здоров’я та соціальне забезпечення”</w:t>
            </w:r>
          </w:p>
        </w:tc>
        <w:tc>
          <w:tcPr>
            <w:tcW w:w="2410" w:type="dxa"/>
            <w:gridSpan w:val="2"/>
            <w:tcBorders>
              <w:top w:val="single" w:sz="4" w:space="0" w:color="000000"/>
              <w:left w:val="single" w:sz="4" w:space="0" w:color="000000"/>
              <w:bottom w:val="single" w:sz="4" w:space="0" w:color="000000"/>
            </w:tcBorders>
          </w:tcPr>
          <w:p w14:paraId="3EBD21C4" w14:textId="41C7785A" w:rsidR="001B0239" w:rsidRPr="001B0239" w:rsidRDefault="001B0239" w:rsidP="001B0239">
            <w:pPr>
              <w:spacing w:after="0"/>
              <w:jc w:val="both"/>
              <w:rPr>
                <w:bCs/>
                <w:color w:val="auto"/>
                <w:sz w:val="24"/>
                <w:szCs w:val="24"/>
                <w:lang w:val="ru-RU"/>
              </w:rPr>
            </w:pPr>
            <w:r w:rsidRPr="001B0239">
              <w:rPr>
                <w:color w:val="auto"/>
                <w:sz w:val="24"/>
                <w:szCs w:val="24"/>
              </w:rPr>
              <w:t>усі спеціальності</w:t>
            </w:r>
          </w:p>
        </w:tc>
        <w:tc>
          <w:tcPr>
            <w:tcW w:w="2268" w:type="dxa"/>
            <w:gridSpan w:val="2"/>
            <w:vMerge/>
          </w:tcPr>
          <w:p w14:paraId="78C52ACD" w14:textId="77777777" w:rsidR="001B0239" w:rsidRPr="00390D8D" w:rsidRDefault="001B0239" w:rsidP="001B0239">
            <w:pPr>
              <w:spacing w:after="0"/>
              <w:jc w:val="both"/>
              <w:rPr>
                <w:b/>
                <w:sz w:val="24"/>
                <w:szCs w:val="24"/>
                <w:lang w:val="ru-RU"/>
              </w:rPr>
            </w:pPr>
          </w:p>
        </w:tc>
        <w:tc>
          <w:tcPr>
            <w:tcW w:w="2403" w:type="dxa"/>
            <w:vMerge/>
          </w:tcPr>
          <w:p w14:paraId="3F07E911" w14:textId="77777777" w:rsidR="001B0239" w:rsidRPr="00390D8D" w:rsidRDefault="001B0239" w:rsidP="001B0239">
            <w:pPr>
              <w:spacing w:after="0"/>
              <w:jc w:val="both"/>
              <w:rPr>
                <w:b/>
                <w:sz w:val="24"/>
                <w:szCs w:val="24"/>
                <w:lang w:val="ru-RU"/>
              </w:rPr>
            </w:pPr>
          </w:p>
        </w:tc>
      </w:tr>
      <w:tr w:rsidR="001B0239" w:rsidRPr="00390D8D" w14:paraId="444FA8A6" w14:textId="77777777" w:rsidTr="001B0239">
        <w:trPr>
          <w:trHeight w:val="135"/>
        </w:trPr>
        <w:tc>
          <w:tcPr>
            <w:tcW w:w="2547" w:type="dxa"/>
            <w:tcBorders>
              <w:top w:val="single" w:sz="4" w:space="0" w:color="000000"/>
              <w:bottom w:val="single" w:sz="4" w:space="0" w:color="000000"/>
              <w:right w:val="single" w:sz="4" w:space="0" w:color="000000"/>
            </w:tcBorders>
          </w:tcPr>
          <w:p w14:paraId="6B1BAED7" w14:textId="2F9CFBB7" w:rsidR="001B0239" w:rsidRPr="00390D8D" w:rsidRDefault="001B0239" w:rsidP="001B0239">
            <w:pPr>
              <w:spacing w:after="0"/>
              <w:rPr>
                <w:color w:val="auto"/>
                <w:sz w:val="24"/>
                <w:szCs w:val="24"/>
              </w:rPr>
            </w:pPr>
            <w:r w:rsidRPr="001B0239">
              <w:rPr>
                <w:b/>
                <w:bCs/>
                <w:color w:val="auto"/>
                <w:sz w:val="24"/>
                <w:szCs w:val="24"/>
              </w:rPr>
              <w:t xml:space="preserve">J </w:t>
            </w:r>
            <w:r w:rsidRPr="00390D8D">
              <w:rPr>
                <w:color w:val="auto"/>
                <w:sz w:val="24"/>
                <w:szCs w:val="24"/>
              </w:rPr>
              <w:t>“Транспорт та послуги”</w:t>
            </w:r>
          </w:p>
        </w:tc>
        <w:tc>
          <w:tcPr>
            <w:tcW w:w="2410" w:type="dxa"/>
            <w:gridSpan w:val="2"/>
            <w:tcBorders>
              <w:top w:val="single" w:sz="4" w:space="0" w:color="000000"/>
              <w:left w:val="single" w:sz="4" w:space="0" w:color="000000"/>
              <w:bottom w:val="single" w:sz="4" w:space="0" w:color="000000"/>
            </w:tcBorders>
          </w:tcPr>
          <w:p w14:paraId="200F63D2" w14:textId="1C60E3BF" w:rsidR="001B0239" w:rsidRPr="001B0239" w:rsidRDefault="001B0239" w:rsidP="001B0239">
            <w:pPr>
              <w:spacing w:after="0"/>
              <w:jc w:val="both"/>
              <w:rPr>
                <w:bCs/>
                <w:color w:val="auto"/>
                <w:sz w:val="24"/>
                <w:szCs w:val="24"/>
                <w:lang w:val="ru-RU"/>
              </w:rPr>
            </w:pPr>
            <w:r w:rsidRPr="001B0239">
              <w:rPr>
                <w:b/>
                <w:bCs/>
                <w:color w:val="auto"/>
                <w:sz w:val="24"/>
                <w:szCs w:val="24"/>
              </w:rPr>
              <w:t>J4</w:t>
            </w:r>
            <w:r w:rsidRPr="001B0239">
              <w:rPr>
                <w:color w:val="auto"/>
                <w:sz w:val="24"/>
                <w:szCs w:val="24"/>
              </w:rPr>
              <w:t xml:space="preserve"> “Охорона праці”</w:t>
            </w:r>
          </w:p>
        </w:tc>
        <w:tc>
          <w:tcPr>
            <w:tcW w:w="2268" w:type="dxa"/>
            <w:gridSpan w:val="2"/>
            <w:vMerge/>
          </w:tcPr>
          <w:p w14:paraId="0975308E" w14:textId="77777777" w:rsidR="001B0239" w:rsidRPr="00390D8D" w:rsidRDefault="001B0239" w:rsidP="001B0239">
            <w:pPr>
              <w:spacing w:after="0"/>
              <w:jc w:val="both"/>
              <w:rPr>
                <w:b/>
                <w:sz w:val="24"/>
                <w:szCs w:val="24"/>
                <w:lang w:val="ru-RU"/>
              </w:rPr>
            </w:pPr>
          </w:p>
        </w:tc>
        <w:tc>
          <w:tcPr>
            <w:tcW w:w="2403" w:type="dxa"/>
            <w:vMerge/>
          </w:tcPr>
          <w:p w14:paraId="6FD47314" w14:textId="77777777" w:rsidR="001B0239" w:rsidRPr="00390D8D" w:rsidRDefault="001B0239" w:rsidP="001B0239">
            <w:pPr>
              <w:spacing w:after="0"/>
              <w:jc w:val="both"/>
              <w:rPr>
                <w:b/>
                <w:sz w:val="24"/>
                <w:szCs w:val="24"/>
                <w:lang w:val="ru-RU"/>
              </w:rPr>
            </w:pPr>
          </w:p>
        </w:tc>
      </w:tr>
      <w:tr w:rsidR="001B0239" w:rsidRPr="00390D8D" w14:paraId="57EB0D48" w14:textId="77777777" w:rsidTr="001B0239">
        <w:trPr>
          <w:trHeight w:val="135"/>
        </w:trPr>
        <w:tc>
          <w:tcPr>
            <w:tcW w:w="2547" w:type="dxa"/>
            <w:tcBorders>
              <w:top w:val="single" w:sz="4" w:space="0" w:color="000000"/>
              <w:bottom w:val="single" w:sz="4" w:space="0" w:color="000000"/>
              <w:right w:val="single" w:sz="4" w:space="0" w:color="000000"/>
            </w:tcBorders>
          </w:tcPr>
          <w:p w14:paraId="062BA4B6" w14:textId="3471662F" w:rsidR="001B0239" w:rsidRPr="00390D8D" w:rsidRDefault="001B0239" w:rsidP="001B0239">
            <w:pPr>
              <w:spacing w:after="0"/>
              <w:rPr>
                <w:color w:val="auto"/>
                <w:sz w:val="24"/>
                <w:szCs w:val="24"/>
              </w:rPr>
            </w:pPr>
            <w:r w:rsidRPr="001B0239">
              <w:rPr>
                <w:b/>
                <w:bCs/>
                <w:color w:val="auto"/>
                <w:sz w:val="24"/>
                <w:szCs w:val="24"/>
              </w:rPr>
              <w:lastRenderedPageBreak/>
              <w:t>К</w:t>
            </w:r>
            <w:r w:rsidRPr="00390D8D">
              <w:rPr>
                <w:color w:val="auto"/>
                <w:sz w:val="24"/>
                <w:szCs w:val="24"/>
              </w:rPr>
              <w:t xml:space="preserve"> “Безпека та оборона”</w:t>
            </w:r>
            <w:r w:rsidRPr="00390D8D">
              <w:rPr>
                <w:color w:val="auto"/>
                <w:sz w:val="24"/>
                <w:szCs w:val="24"/>
                <w:lang w:val="uk-UA"/>
              </w:rPr>
              <w:t xml:space="preserve"> </w:t>
            </w:r>
          </w:p>
        </w:tc>
        <w:tc>
          <w:tcPr>
            <w:tcW w:w="2410" w:type="dxa"/>
            <w:gridSpan w:val="2"/>
            <w:tcBorders>
              <w:top w:val="single" w:sz="4" w:space="0" w:color="000000"/>
              <w:left w:val="single" w:sz="4" w:space="0" w:color="000000"/>
              <w:bottom w:val="single" w:sz="4" w:space="0" w:color="000000"/>
            </w:tcBorders>
          </w:tcPr>
          <w:p w14:paraId="535A7B03" w14:textId="4C0DE210" w:rsidR="001B0239" w:rsidRPr="001B0239" w:rsidRDefault="001B0239" w:rsidP="001B0239">
            <w:pPr>
              <w:spacing w:after="0"/>
              <w:jc w:val="both"/>
              <w:rPr>
                <w:bCs/>
                <w:color w:val="auto"/>
                <w:sz w:val="24"/>
                <w:szCs w:val="24"/>
                <w:lang w:val="ru-RU"/>
              </w:rPr>
            </w:pPr>
            <w:r w:rsidRPr="001B0239">
              <w:rPr>
                <w:color w:val="auto"/>
                <w:sz w:val="24"/>
                <w:szCs w:val="24"/>
              </w:rPr>
              <w:t>усі спеціальності</w:t>
            </w:r>
          </w:p>
        </w:tc>
        <w:tc>
          <w:tcPr>
            <w:tcW w:w="2268" w:type="dxa"/>
            <w:gridSpan w:val="2"/>
            <w:vMerge/>
          </w:tcPr>
          <w:p w14:paraId="512DF1F6" w14:textId="77777777" w:rsidR="001B0239" w:rsidRPr="00390D8D" w:rsidRDefault="001B0239" w:rsidP="001B0239">
            <w:pPr>
              <w:spacing w:after="0"/>
              <w:jc w:val="both"/>
              <w:rPr>
                <w:b/>
                <w:sz w:val="24"/>
                <w:szCs w:val="24"/>
                <w:lang w:val="ru-RU"/>
              </w:rPr>
            </w:pPr>
          </w:p>
        </w:tc>
        <w:tc>
          <w:tcPr>
            <w:tcW w:w="2403" w:type="dxa"/>
            <w:vMerge/>
          </w:tcPr>
          <w:p w14:paraId="6AA85C55" w14:textId="77777777" w:rsidR="001B0239" w:rsidRPr="00390D8D" w:rsidRDefault="001B0239" w:rsidP="001B0239">
            <w:pPr>
              <w:spacing w:after="0"/>
              <w:jc w:val="both"/>
              <w:rPr>
                <w:b/>
                <w:sz w:val="24"/>
                <w:szCs w:val="24"/>
                <w:lang w:val="ru-RU"/>
              </w:rPr>
            </w:pPr>
          </w:p>
        </w:tc>
      </w:tr>
    </w:tbl>
    <w:p w14:paraId="0C452D82" w14:textId="77777777" w:rsidR="00484F7F" w:rsidRDefault="00484F7F" w:rsidP="00E243DE">
      <w:pPr>
        <w:spacing w:after="0"/>
        <w:ind w:firstLine="567"/>
        <w:jc w:val="both"/>
        <w:rPr>
          <w:color w:val="00B050"/>
          <w:lang w:val="uk-UA"/>
        </w:rPr>
      </w:pPr>
    </w:p>
    <w:p w14:paraId="49205F9F" w14:textId="749ED458" w:rsidR="00E243DE" w:rsidRPr="00484F7F" w:rsidRDefault="00E243DE" w:rsidP="00E243DE">
      <w:pPr>
        <w:spacing w:after="0"/>
        <w:ind w:firstLine="567"/>
        <w:jc w:val="both"/>
        <w:rPr>
          <w:color w:val="auto"/>
          <w:lang w:val="uk-UA"/>
        </w:rPr>
      </w:pPr>
      <w:r w:rsidRPr="00484F7F">
        <w:rPr>
          <w:color w:val="auto"/>
          <w:lang w:val="uk-UA"/>
        </w:rPr>
        <w:t>Обсяг трудових функцій за категоріями в межах професійної кваліфікації визначається таким чином:</w:t>
      </w:r>
    </w:p>
    <w:p w14:paraId="7A013924" w14:textId="086897B7" w:rsidR="00E243DE" w:rsidRPr="00484F7F" w:rsidRDefault="00E243DE" w:rsidP="00E243DE">
      <w:pPr>
        <w:spacing w:after="0"/>
        <w:ind w:firstLine="567"/>
        <w:jc w:val="both"/>
        <w:rPr>
          <w:color w:val="auto"/>
          <w:lang w:val="uk-UA"/>
        </w:rPr>
      </w:pPr>
      <w:r w:rsidRPr="00484F7F">
        <w:rPr>
          <w:color w:val="auto"/>
          <w:lang w:val="uk-UA"/>
        </w:rPr>
        <w:t>фахівець із супроводу ветеранів війни та демобілізованих осіб</w:t>
      </w:r>
      <w:r w:rsidR="00A8143A">
        <w:rPr>
          <w:color w:val="auto"/>
          <w:lang w:val="uk-UA"/>
        </w:rPr>
        <w:t xml:space="preserve"> – </w:t>
      </w:r>
      <w:r w:rsidRPr="00484F7F">
        <w:rPr>
          <w:color w:val="auto"/>
          <w:lang w:val="uk-UA"/>
        </w:rPr>
        <w:t xml:space="preserve">трудові </w:t>
      </w:r>
      <w:r w:rsidR="00A8143A">
        <w:rPr>
          <w:color w:val="auto"/>
          <w:lang w:val="uk-UA"/>
        </w:rPr>
        <w:t xml:space="preserve">                </w:t>
      </w:r>
      <w:r w:rsidRPr="00484F7F">
        <w:rPr>
          <w:color w:val="auto"/>
          <w:lang w:val="uk-UA"/>
        </w:rPr>
        <w:t>функції А, Б, В, Г, Е, З;</w:t>
      </w:r>
    </w:p>
    <w:p w14:paraId="1BFA1257" w14:textId="3D10B742" w:rsidR="00E243DE" w:rsidRPr="00484F7F" w:rsidRDefault="00E243DE" w:rsidP="00E243DE">
      <w:pPr>
        <w:spacing w:after="0"/>
        <w:ind w:firstLine="567"/>
        <w:jc w:val="both"/>
        <w:rPr>
          <w:color w:val="auto"/>
          <w:lang w:val="uk-UA"/>
        </w:rPr>
      </w:pPr>
      <w:r w:rsidRPr="00484F7F">
        <w:rPr>
          <w:color w:val="auto"/>
          <w:lang w:val="uk-UA"/>
        </w:rPr>
        <w:t xml:space="preserve">фахівець із супроводу ветеранів війни та демобілізованих осіб </w:t>
      </w:r>
      <w:r w:rsidR="00A8143A">
        <w:rPr>
          <w:color w:val="auto"/>
          <w:lang w:val="uk-UA"/>
        </w:rPr>
        <w:t xml:space="preserve">                                        </w:t>
      </w:r>
      <w:r w:rsidRPr="00484F7F">
        <w:rPr>
          <w:color w:val="auto"/>
          <w:lang w:val="uk-UA"/>
        </w:rPr>
        <w:t>II категорії</w:t>
      </w:r>
      <w:r w:rsidR="00A8143A">
        <w:rPr>
          <w:color w:val="auto"/>
          <w:lang w:val="uk-UA"/>
        </w:rPr>
        <w:t xml:space="preserve"> – </w:t>
      </w:r>
      <w:r w:rsidRPr="00484F7F">
        <w:rPr>
          <w:color w:val="auto"/>
          <w:lang w:val="uk-UA"/>
        </w:rPr>
        <w:t xml:space="preserve"> трудові функції А, Б, В, Г, Д, Е, Є, Ж, З;</w:t>
      </w:r>
    </w:p>
    <w:p w14:paraId="639E5B9C" w14:textId="01F37C43" w:rsidR="00E243DE" w:rsidRPr="00484F7F" w:rsidRDefault="00E243DE" w:rsidP="00E243DE">
      <w:pPr>
        <w:spacing w:after="0"/>
        <w:ind w:firstLine="567"/>
        <w:jc w:val="both"/>
        <w:rPr>
          <w:color w:val="auto"/>
          <w:lang w:val="uk-UA"/>
        </w:rPr>
      </w:pPr>
      <w:r w:rsidRPr="00484F7F">
        <w:rPr>
          <w:color w:val="auto"/>
          <w:lang w:val="uk-UA"/>
        </w:rPr>
        <w:t xml:space="preserve">фахівець із супроводу ветеранів війни та демобілізованих осіб </w:t>
      </w:r>
      <w:r w:rsidR="00A8143A">
        <w:rPr>
          <w:color w:val="auto"/>
          <w:lang w:val="uk-UA"/>
        </w:rPr>
        <w:t xml:space="preserve">                                          </w:t>
      </w:r>
      <w:r w:rsidRPr="00484F7F">
        <w:rPr>
          <w:color w:val="auto"/>
          <w:lang w:val="uk-UA"/>
        </w:rPr>
        <w:t>I категорії</w:t>
      </w:r>
      <w:r w:rsidR="00A8143A">
        <w:rPr>
          <w:color w:val="auto"/>
          <w:lang w:val="uk-UA"/>
        </w:rPr>
        <w:t xml:space="preserve"> – </w:t>
      </w:r>
      <w:r w:rsidRPr="00484F7F">
        <w:rPr>
          <w:color w:val="auto"/>
          <w:lang w:val="uk-UA"/>
        </w:rPr>
        <w:t>трудові функції А, Б, В, Г, Д, Е, Є, Ж, З, И;</w:t>
      </w:r>
    </w:p>
    <w:p w14:paraId="4D2D5EDD" w14:textId="75A31DE9" w:rsidR="00E243DE" w:rsidRPr="00484F7F" w:rsidRDefault="00E243DE" w:rsidP="00E243DE">
      <w:pPr>
        <w:spacing w:after="0"/>
        <w:ind w:firstLine="567"/>
        <w:jc w:val="both"/>
        <w:rPr>
          <w:color w:val="auto"/>
          <w:lang w:val="uk-UA"/>
        </w:rPr>
      </w:pPr>
      <w:r w:rsidRPr="00484F7F">
        <w:rPr>
          <w:color w:val="auto"/>
          <w:lang w:val="uk-UA"/>
        </w:rPr>
        <w:t xml:space="preserve">провідний фахівець із супроводу ветеранів війни та демобілізованих </w:t>
      </w:r>
      <w:r w:rsidR="00A8143A">
        <w:rPr>
          <w:color w:val="auto"/>
          <w:lang w:val="uk-UA"/>
        </w:rPr>
        <w:t xml:space="preserve">                       </w:t>
      </w:r>
      <w:r w:rsidRPr="00484F7F">
        <w:rPr>
          <w:color w:val="auto"/>
          <w:lang w:val="uk-UA"/>
        </w:rPr>
        <w:t>осіб</w:t>
      </w:r>
      <w:r w:rsidR="00A8143A">
        <w:rPr>
          <w:color w:val="auto"/>
          <w:lang w:val="uk-UA"/>
        </w:rPr>
        <w:t xml:space="preserve"> – </w:t>
      </w:r>
      <w:r w:rsidRPr="00484F7F">
        <w:rPr>
          <w:color w:val="auto"/>
          <w:lang w:val="uk-UA"/>
        </w:rPr>
        <w:t>трудові функції А, Б, В, Г, Д, Е, Є, Ж, З, И, І, Ї.</w:t>
      </w:r>
    </w:p>
    <w:p w14:paraId="609D3367" w14:textId="06047FAF" w:rsidR="00E243DE" w:rsidRPr="00484F7F" w:rsidRDefault="00E243DE" w:rsidP="00E243DE">
      <w:pPr>
        <w:spacing w:after="0"/>
        <w:ind w:firstLine="567"/>
        <w:jc w:val="both"/>
        <w:rPr>
          <w:color w:val="auto"/>
          <w:lang w:val="uk-UA"/>
        </w:rPr>
      </w:pPr>
      <w:r w:rsidRPr="00484F7F">
        <w:rPr>
          <w:color w:val="auto"/>
          <w:lang w:val="uk-UA"/>
        </w:rPr>
        <w:t xml:space="preserve">Підвищення професійної кваліфікації може здійснюватися шляхом </w:t>
      </w:r>
      <w:r w:rsidR="00A8143A">
        <w:rPr>
          <w:color w:val="auto"/>
          <w:lang w:val="uk-UA"/>
        </w:rPr>
        <w:t xml:space="preserve">                            </w:t>
      </w:r>
      <w:r w:rsidRPr="00484F7F">
        <w:rPr>
          <w:color w:val="auto"/>
          <w:lang w:val="uk-UA"/>
        </w:rPr>
        <w:t xml:space="preserve">формальної, неформальної, інформальної освіти. </w:t>
      </w:r>
    </w:p>
    <w:p w14:paraId="589E249E" w14:textId="77777777" w:rsidR="00964068" w:rsidRDefault="00964068" w:rsidP="00B61593">
      <w:pPr>
        <w:spacing w:after="0"/>
        <w:ind w:firstLine="567"/>
        <w:jc w:val="both"/>
        <w:rPr>
          <w:b/>
          <w:lang w:val="uk-UA"/>
        </w:rPr>
      </w:pPr>
    </w:p>
    <w:p w14:paraId="299F948A" w14:textId="1312F06C" w:rsidR="00591367" w:rsidRPr="00B61593" w:rsidRDefault="00527A1E" w:rsidP="00B61593">
      <w:pPr>
        <w:spacing w:after="0"/>
        <w:ind w:firstLine="567"/>
        <w:jc w:val="both"/>
        <w:rPr>
          <w:b/>
          <w:lang w:val="uk-UA"/>
        </w:rPr>
      </w:pPr>
      <w:r w:rsidRPr="00444F4D">
        <w:rPr>
          <w:b/>
          <w:lang w:val="uk-UA"/>
        </w:rPr>
        <w:t>6. Підвищення професійної кваліфікації</w:t>
      </w:r>
      <w:r w:rsidR="00025EDF">
        <w:rPr>
          <w:b/>
          <w:lang w:val="uk-UA"/>
        </w:rPr>
        <w:t xml:space="preserve"> </w:t>
      </w:r>
      <w:r w:rsidRPr="00444F4D">
        <w:rPr>
          <w:b/>
          <w:lang w:val="uk-UA"/>
        </w:rPr>
        <w:t>може підтверджуватися</w:t>
      </w:r>
      <w:r w:rsidR="009508B1">
        <w:rPr>
          <w:b/>
          <w:bCs/>
          <w:lang w:val="uk-UA"/>
        </w:rPr>
        <w:t>*</w:t>
      </w:r>
      <w:r w:rsidR="00591367" w:rsidRPr="009508B1">
        <w:rPr>
          <w:b/>
          <w:bCs/>
          <w:lang w:val="uk-UA"/>
        </w:rPr>
        <w:t>:</w:t>
      </w:r>
    </w:p>
    <w:p w14:paraId="7F7168FD" w14:textId="77777777" w:rsidR="00B61593" w:rsidRPr="00B61593" w:rsidRDefault="00B61593" w:rsidP="00B61593">
      <w:pPr>
        <w:spacing w:after="0"/>
        <w:ind w:firstLine="567"/>
        <w:jc w:val="both"/>
        <w:rPr>
          <w:lang w:val="uk-UA"/>
        </w:rPr>
      </w:pPr>
      <w:r w:rsidRPr="00B61593">
        <w:rPr>
          <w:lang w:val="uk-UA"/>
        </w:rPr>
        <w:t>дипломом бакалавра із записом про професійну кваліфікацію “Фахівець із супроводу ветеранів війни та демобілізованих осіб”;</w:t>
      </w:r>
    </w:p>
    <w:p w14:paraId="5A679AAF" w14:textId="2D95BB10" w:rsidR="00B61593" w:rsidRDefault="00B61593" w:rsidP="00B61593">
      <w:pPr>
        <w:spacing w:after="0"/>
        <w:ind w:firstLine="567"/>
        <w:jc w:val="both"/>
        <w:rPr>
          <w:lang w:val="uk-UA"/>
        </w:rPr>
      </w:pPr>
      <w:r w:rsidRPr="00B61593">
        <w:rPr>
          <w:lang w:val="uk-UA"/>
        </w:rPr>
        <w:t xml:space="preserve">дипломом магістра із записом про професійну кваліфікацію “Провідний </w:t>
      </w:r>
      <w:r>
        <w:rPr>
          <w:lang w:val="uk-UA"/>
        </w:rPr>
        <w:t xml:space="preserve">              </w:t>
      </w:r>
      <w:r w:rsidRPr="00B61593">
        <w:rPr>
          <w:lang w:val="uk-UA"/>
        </w:rPr>
        <w:t>фахівець із супроводу ветеранів війни та демобілізованих осіб”;</w:t>
      </w:r>
    </w:p>
    <w:p w14:paraId="3B202819" w14:textId="62290311" w:rsidR="00B61593" w:rsidRDefault="00B61593" w:rsidP="00B61593">
      <w:pPr>
        <w:spacing w:after="0"/>
        <w:ind w:firstLine="567"/>
        <w:jc w:val="both"/>
        <w:rPr>
          <w:lang w:val="uk-UA"/>
        </w:rPr>
      </w:pPr>
      <w:r>
        <w:rPr>
          <w:lang w:val="uk-UA"/>
        </w:rPr>
        <w:t>с</w:t>
      </w:r>
      <w:r w:rsidRPr="00591367">
        <w:rPr>
          <w:lang w:val="uk-UA"/>
        </w:rPr>
        <w:t>відоцтво</w:t>
      </w:r>
      <w:r>
        <w:rPr>
          <w:lang w:val="uk-UA"/>
        </w:rPr>
        <w:t>м/</w:t>
      </w:r>
      <w:r w:rsidRPr="00591367">
        <w:rPr>
          <w:lang w:val="uk-UA"/>
        </w:rPr>
        <w:t>сертифікат</w:t>
      </w:r>
      <w:r>
        <w:rPr>
          <w:lang w:val="uk-UA"/>
        </w:rPr>
        <w:t>ом</w:t>
      </w:r>
      <w:r w:rsidRPr="00591367">
        <w:rPr>
          <w:lang w:val="uk-UA"/>
        </w:rPr>
        <w:t xml:space="preserve"> про підвищення кваліфікації</w:t>
      </w:r>
      <w:r>
        <w:rPr>
          <w:lang w:val="uk-UA"/>
        </w:rPr>
        <w:t xml:space="preserve">, який </w:t>
      </w:r>
      <w:r w:rsidRPr="00591367">
        <w:rPr>
          <w:lang w:val="uk-UA"/>
        </w:rPr>
        <w:t xml:space="preserve">видається </w:t>
      </w:r>
      <w:r>
        <w:rPr>
          <w:lang w:val="uk-UA"/>
        </w:rPr>
        <w:t xml:space="preserve">               </w:t>
      </w:r>
      <w:r w:rsidRPr="00591367">
        <w:rPr>
          <w:lang w:val="uk-UA"/>
        </w:rPr>
        <w:t>заклад</w:t>
      </w:r>
      <w:r>
        <w:rPr>
          <w:lang w:val="uk-UA"/>
        </w:rPr>
        <w:t xml:space="preserve">ом </w:t>
      </w:r>
      <w:r w:rsidRPr="00591367">
        <w:rPr>
          <w:lang w:val="uk-UA"/>
        </w:rPr>
        <w:t>вищої освіти або уповноважен</w:t>
      </w:r>
      <w:r>
        <w:rPr>
          <w:lang w:val="uk-UA"/>
        </w:rPr>
        <w:t>ою</w:t>
      </w:r>
      <w:r w:rsidRPr="00591367">
        <w:rPr>
          <w:lang w:val="uk-UA"/>
        </w:rPr>
        <w:t xml:space="preserve"> установ</w:t>
      </w:r>
      <w:r>
        <w:rPr>
          <w:lang w:val="uk-UA"/>
        </w:rPr>
        <w:t>ою</w:t>
      </w:r>
      <w:r w:rsidRPr="00591367">
        <w:rPr>
          <w:lang w:val="uk-UA"/>
        </w:rPr>
        <w:t>, що організову</w:t>
      </w:r>
      <w:r>
        <w:rPr>
          <w:lang w:val="uk-UA"/>
        </w:rPr>
        <w:t>є</w:t>
      </w:r>
      <w:r w:rsidRPr="00591367">
        <w:rPr>
          <w:lang w:val="uk-UA"/>
        </w:rPr>
        <w:t xml:space="preserve"> </w:t>
      </w:r>
      <w:r>
        <w:rPr>
          <w:lang w:val="uk-UA"/>
        </w:rPr>
        <w:t xml:space="preserve">                     </w:t>
      </w:r>
      <w:r w:rsidRPr="00591367">
        <w:rPr>
          <w:lang w:val="uk-UA"/>
        </w:rPr>
        <w:t>відповідні сертифікатні програми та спеціалізовані курси підготовки для цієї професії</w:t>
      </w:r>
      <w:r>
        <w:rPr>
          <w:lang w:val="uk-UA"/>
        </w:rPr>
        <w:t>.</w:t>
      </w:r>
    </w:p>
    <w:p w14:paraId="593A3979" w14:textId="77777777" w:rsidR="00B61593" w:rsidRPr="009508B1" w:rsidRDefault="00B61593" w:rsidP="00B61593">
      <w:pPr>
        <w:spacing w:after="0"/>
        <w:ind w:firstLine="567"/>
        <w:jc w:val="both"/>
        <w:rPr>
          <w:lang w:val="uk-UA"/>
        </w:rPr>
      </w:pPr>
    </w:p>
    <w:p w14:paraId="5ADBCE6F" w14:textId="3D8B4F2B" w:rsidR="002A19FE" w:rsidRPr="00484F7F" w:rsidRDefault="00B61593" w:rsidP="002A19FE">
      <w:pPr>
        <w:spacing w:after="0"/>
        <w:ind w:firstLine="567"/>
        <w:jc w:val="both"/>
        <w:rPr>
          <w:color w:val="auto"/>
          <w:sz w:val="22"/>
          <w:lang w:val="uk-UA"/>
        </w:rPr>
      </w:pPr>
      <w:r w:rsidRPr="00484F7F">
        <w:rPr>
          <w:color w:val="auto"/>
          <w:sz w:val="22"/>
          <w:lang w:val="uk-UA"/>
        </w:rPr>
        <w:t>*П</w:t>
      </w:r>
      <w:r w:rsidR="0089392C" w:rsidRPr="00484F7F">
        <w:rPr>
          <w:color w:val="auto"/>
          <w:sz w:val="22"/>
          <w:lang w:val="uk-UA"/>
        </w:rPr>
        <w:t>унктом 12 Порядку забезпечення діяльності фахівців із супроводу ветеранів війни та демобілізованих осіб, затвердженого постановою Кабінету Міністрів України від 02.08.2024 № 881, передбачено обов'язкове підвищення кваліфікації один раз на три роки  за освітньою програмою підвищення                        кваліфікації за напрямом “Фахівець із супроводу ветеранів війни та</w:t>
      </w:r>
      <w:r w:rsidR="0044632F" w:rsidRPr="00484F7F">
        <w:rPr>
          <w:color w:val="auto"/>
          <w:sz w:val="22"/>
          <w:lang w:val="uk-UA"/>
        </w:rPr>
        <w:t xml:space="preserve"> </w:t>
      </w:r>
      <w:r w:rsidR="0089392C" w:rsidRPr="00484F7F">
        <w:rPr>
          <w:color w:val="auto"/>
          <w:sz w:val="22"/>
          <w:lang w:val="uk-UA"/>
        </w:rPr>
        <w:t>демобілізованих осіб”</w:t>
      </w:r>
      <w:r w:rsidR="00025EDF" w:rsidRPr="00484F7F">
        <w:rPr>
          <w:color w:val="auto"/>
          <w:sz w:val="22"/>
          <w:lang w:val="uk-UA"/>
        </w:rPr>
        <w:t xml:space="preserve"> </w:t>
      </w:r>
      <w:r w:rsidR="0089392C" w:rsidRPr="00484F7F">
        <w:rPr>
          <w:color w:val="auto"/>
          <w:sz w:val="22"/>
          <w:lang w:val="uk-UA"/>
        </w:rPr>
        <w:t xml:space="preserve">в обсязі не менше 5 кредитів ЄКТС (150 годин). </w:t>
      </w:r>
      <w:r w:rsidR="0044632F" w:rsidRPr="00484F7F">
        <w:rPr>
          <w:color w:val="auto"/>
          <w:sz w:val="22"/>
          <w:lang w:val="uk-UA"/>
        </w:rPr>
        <w:t xml:space="preserve">   </w:t>
      </w:r>
    </w:p>
    <w:p w14:paraId="4FFD40CF" w14:textId="058A3853" w:rsidR="00591367" w:rsidRPr="00484F7F" w:rsidRDefault="00C07423" w:rsidP="00C07423">
      <w:pPr>
        <w:spacing w:after="0"/>
        <w:ind w:firstLine="567"/>
        <w:jc w:val="both"/>
        <w:rPr>
          <w:color w:val="auto"/>
          <w:sz w:val="22"/>
          <w:lang w:val="uk-UA"/>
        </w:rPr>
      </w:pPr>
      <w:r w:rsidRPr="00484F7F">
        <w:rPr>
          <w:color w:val="auto"/>
          <w:sz w:val="22"/>
          <w:lang w:val="uk-UA"/>
        </w:rPr>
        <w:t xml:space="preserve">Підвищення професійної кваліфікації проводять суб’єкти, які </w:t>
      </w:r>
      <w:r w:rsidR="00025EDF" w:rsidRPr="00484F7F">
        <w:rPr>
          <w:color w:val="auto"/>
          <w:sz w:val="22"/>
          <w:lang w:val="uk-UA"/>
        </w:rPr>
        <w:t>ма</w:t>
      </w:r>
      <w:r w:rsidRPr="00484F7F">
        <w:rPr>
          <w:color w:val="auto"/>
          <w:sz w:val="22"/>
          <w:lang w:val="uk-UA"/>
        </w:rPr>
        <w:t>ють</w:t>
      </w:r>
      <w:r w:rsidR="00025EDF" w:rsidRPr="00484F7F">
        <w:rPr>
          <w:color w:val="auto"/>
          <w:sz w:val="22"/>
          <w:lang w:val="uk-UA"/>
        </w:rPr>
        <w:t xml:space="preserve"> відповідну ліцензію</w:t>
      </w:r>
      <w:r w:rsidRPr="00484F7F">
        <w:rPr>
          <w:color w:val="auto"/>
          <w:sz w:val="22"/>
          <w:lang w:val="uk-UA"/>
        </w:rPr>
        <w:t xml:space="preserve">/                      </w:t>
      </w:r>
      <w:r w:rsidR="00025EDF" w:rsidRPr="00484F7F">
        <w:rPr>
          <w:color w:val="auto"/>
          <w:sz w:val="22"/>
          <w:lang w:val="uk-UA"/>
        </w:rPr>
        <w:t>акредитовану</w:t>
      </w:r>
      <w:r w:rsidRPr="00484F7F">
        <w:rPr>
          <w:color w:val="auto"/>
          <w:sz w:val="22"/>
          <w:lang w:val="uk-UA"/>
        </w:rPr>
        <w:t xml:space="preserve"> </w:t>
      </w:r>
      <w:r w:rsidR="00025EDF" w:rsidRPr="00484F7F">
        <w:rPr>
          <w:color w:val="auto"/>
          <w:sz w:val="22"/>
          <w:lang w:val="uk-UA"/>
        </w:rPr>
        <w:t>програму</w:t>
      </w:r>
      <w:r w:rsidRPr="00484F7F">
        <w:rPr>
          <w:color w:val="auto"/>
          <w:sz w:val="22"/>
          <w:lang w:val="uk-UA"/>
        </w:rPr>
        <w:t xml:space="preserve"> або внесені до Переліку суб’єктів, які проводять навчання, відповідно до                   Порядку реалізації експериментального проекту щодо організації навчання суб’єктів, які надають                   послуги ветеранам війни та членам їх сімей, затвердженого постановою Кабінету Міністрів України від 11 лютого 2026 року № 191. </w:t>
      </w:r>
    </w:p>
    <w:p w14:paraId="68368639" w14:textId="0ED0E1F6" w:rsidR="002A19FE" w:rsidRPr="00484F7F" w:rsidRDefault="002A19FE" w:rsidP="00C07423">
      <w:pPr>
        <w:spacing w:after="0"/>
        <w:ind w:firstLine="567"/>
        <w:jc w:val="both"/>
        <w:rPr>
          <w:color w:val="auto"/>
          <w:sz w:val="22"/>
          <w:lang w:val="uk-UA"/>
        </w:rPr>
      </w:pPr>
      <w:r w:rsidRPr="00484F7F">
        <w:rPr>
          <w:color w:val="auto"/>
          <w:sz w:val="22"/>
          <w:lang w:val="uk-UA"/>
        </w:rPr>
        <w:t>Оцінювання і визнання результатів навчання фахівців із супроводу, зокрема здобутих шляхом неформальної чи інформальної освіти, здійснюється кваліфікаційними центрами, акредитованими                  Національним агентством кваліфікацій.</w:t>
      </w:r>
    </w:p>
    <w:p w14:paraId="70E39A48" w14:textId="77777777" w:rsidR="009508B1" w:rsidRPr="00484F7F" w:rsidRDefault="009508B1" w:rsidP="009508B1">
      <w:pPr>
        <w:spacing w:after="0"/>
        <w:jc w:val="both"/>
        <w:rPr>
          <w:color w:val="auto"/>
          <w:lang w:val="uk-UA"/>
        </w:rPr>
      </w:pPr>
    </w:p>
    <w:p w14:paraId="62C5DF23" w14:textId="65CAECEE" w:rsidR="00F907D5" w:rsidRPr="00484F7F" w:rsidRDefault="00527A1E" w:rsidP="002F2C89">
      <w:pPr>
        <w:spacing w:after="0"/>
        <w:ind w:firstLine="567"/>
        <w:jc w:val="both"/>
        <w:rPr>
          <w:color w:val="auto"/>
          <w:lang w:val="uk-UA"/>
        </w:rPr>
      </w:pPr>
      <w:r w:rsidRPr="00484F7F">
        <w:rPr>
          <w:b/>
          <w:color w:val="auto"/>
          <w:lang w:val="uk-UA"/>
        </w:rPr>
        <w:t>7. Абревіатури, скорочення</w:t>
      </w:r>
    </w:p>
    <w:p w14:paraId="50FBF6DD" w14:textId="4A07478A" w:rsidR="005A785E" w:rsidRPr="00484F7F" w:rsidRDefault="005A785E" w:rsidP="0044632F">
      <w:pPr>
        <w:spacing w:after="0"/>
        <w:ind w:firstLine="567"/>
        <w:jc w:val="both"/>
        <w:rPr>
          <w:color w:val="auto"/>
          <w:lang w:val="uk-UA"/>
        </w:rPr>
      </w:pPr>
      <w:r w:rsidRPr="00484F7F">
        <w:rPr>
          <w:color w:val="auto"/>
          <w:lang w:val="uk-UA"/>
        </w:rPr>
        <w:t>ESCO</w:t>
      </w:r>
      <w:r w:rsidR="0044632F" w:rsidRPr="00484F7F">
        <w:rPr>
          <w:color w:val="auto"/>
          <w:lang w:val="uk-UA"/>
        </w:rPr>
        <w:t> – </w:t>
      </w:r>
      <w:r w:rsidRPr="00484F7F">
        <w:rPr>
          <w:color w:val="auto"/>
          <w:lang w:val="uk-UA"/>
        </w:rPr>
        <w:t xml:space="preserve">European Skills, Competences, Qualifications and </w:t>
      </w:r>
      <w:r w:rsidR="0044632F" w:rsidRPr="00484F7F">
        <w:rPr>
          <w:color w:val="auto"/>
          <w:lang w:val="uk-UA"/>
        </w:rPr>
        <w:t xml:space="preserve">                              </w:t>
      </w:r>
      <w:r w:rsidRPr="00484F7F">
        <w:rPr>
          <w:color w:val="auto"/>
          <w:lang w:val="uk-UA"/>
        </w:rPr>
        <w:t>Occupations</w:t>
      </w:r>
      <w:r w:rsidR="0044632F" w:rsidRPr="00484F7F">
        <w:rPr>
          <w:color w:val="auto"/>
          <w:lang w:val="uk-UA"/>
        </w:rPr>
        <w:t> – </w:t>
      </w:r>
      <w:r w:rsidRPr="00484F7F">
        <w:rPr>
          <w:color w:val="auto"/>
          <w:lang w:val="uk-UA"/>
        </w:rPr>
        <w:t xml:space="preserve">класифікація європейських навичок, компетентностей, </w:t>
      </w:r>
      <w:r w:rsidR="0044632F" w:rsidRPr="00484F7F">
        <w:rPr>
          <w:color w:val="auto"/>
          <w:lang w:val="uk-UA"/>
        </w:rPr>
        <w:t xml:space="preserve">                                 </w:t>
      </w:r>
      <w:r w:rsidRPr="00484F7F">
        <w:rPr>
          <w:color w:val="auto"/>
          <w:lang w:val="uk-UA"/>
        </w:rPr>
        <w:t>кваліфікацій та видів занять.</w:t>
      </w:r>
    </w:p>
    <w:p w14:paraId="6D3A6508" w14:textId="007BC961" w:rsidR="005A785E" w:rsidRPr="00484F7F" w:rsidRDefault="005A785E" w:rsidP="0044632F">
      <w:pPr>
        <w:spacing w:after="0"/>
        <w:ind w:firstLine="567"/>
        <w:jc w:val="both"/>
        <w:rPr>
          <w:color w:val="auto"/>
          <w:lang w:val="uk-UA"/>
        </w:rPr>
      </w:pPr>
      <w:r w:rsidRPr="00484F7F">
        <w:rPr>
          <w:color w:val="auto"/>
          <w:lang w:val="uk-UA"/>
        </w:rPr>
        <w:t>ISCO</w:t>
      </w:r>
      <w:r w:rsidR="0044632F" w:rsidRPr="00484F7F">
        <w:rPr>
          <w:color w:val="auto"/>
          <w:lang w:val="uk-UA"/>
        </w:rPr>
        <w:t> – </w:t>
      </w:r>
      <w:r w:rsidRPr="00484F7F">
        <w:rPr>
          <w:color w:val="auto"/>
          <w:lang w:val="uk-UA"/>
        </w:rPr>
        <w:t>International Standard Classification of Occupations</w:t>
      </w:r>
      <w:r w:rsidR="0044632F" w:rsidRPr="00484F7F">
        <w:rPr>
          <w:color w:val="auto"/>
          <w:lang w:val="uk-UA"/>
        </w:rPr>
        <w:t xml:space="preserve"> – </w:t>
      </w:r>
      <w:r w:rsidRPr="00484F7F">
        <w:rPr>
          <w:color w:val="auto"/>
          <w:lang w:val="uk-UA"/>
        </w:rPr>
        <w:t xml:space="preserve">Міжнародна </w:t>
      </w:r>
      <w:r w:rsidR="0044632F" w:rsidRPr="00484F7F">
        <w:rPr>
          <w:color w:val="auto"/>
          <w:lang w:val="uk-UA"/>
        </w:rPr>
        <w:t xml:space="preserve">                   </w:t>
      </w:r>
      <w:r w:rsidRPr="00484F7F">
        <w:rPr>
          <w:color w:val="auto"/>
          <w:lang w:val="uk-UA"/>
        </w:rPr>
        <w:t>стандартна класифікація видів занять.</w:t>
      </w:r>
    </w:p>
    <w:p w14:paraId="7442E18F" w14:textId="2F9D2696" w:rsidR="005A785E" w:rsidRPr="00484F7F" w:rsidRDefault="005A785E" w:rsidP="0044632F">
      <w:pPr>
        <w:spacing w:after="0"/>
        <w:ind w:firstLine="567"/>
        <w:jc w:val="both"/>
        <w:rPr>
          <w:color w:val="auto"/>
          <w:lang w:val="uk-UA"/>
        </w:rPr>
      </w:pPr>
      <w:r w:rsidRPr="00484F7F">
        <w:rPr>
          <w:color w:val="auto"/>
          <w:lang w:val="uk-UA"/>
        </w:rPr>
        <w:t>ВЛК</w:t>
      </w:r>
      <w:r w:rsidR="0044632F" w:rsidRPr="00484F7F">
        <w:rPr>
          <w:color w:val="auto"/>
          <w:lang w:val="uk-UA"/>
        </w:rPr>
        <w:t xml:space="preserve"> – </w:t>
      </w:r>
      <w:r w:rsidRPr="00484F7F">
        <w:rPr>
          <w:color w:val="auto"/>
          <w:lang w:val="uk-UA"/>
        </w:rPr>
        <w:t>військово-лікарська комісія.</w:t>
      </w:r>
    </w:p>
    <w:p w14:paraId="44D41C51" w14:textId="4F466341" w:rsidR="005A785E" w:rsidRPr="00484F7F" w:rsidRDefault="005A785E" w:rsidP="0044632F">
      <w:pPr>
        <w:spacing w:after="0"/>
        <w:ind w:firstLine="567"/>
        <w:jc w:val="both"/>
        <w:rPr>
          <w:color w:val="auto"/>
          <w:lang w:val="uk-UA"/>
        </w:rPr>
      </w:pPr>
      <w:r w:rsidRPr="00484F7F">
        <w:rPr>
          <w:color w:val="auto"/>
          <w:lang w:val="uk-UA"/>
        </w:rPr>
        <w:lastRenderedPageBreak/>
        <w:t>ЕКОПФО</w:t>
      </w:r>
      <w:r w:rsidR="0044632F" w:rsidRPr="00484F7F">
        <w:rPr>
          <w:color w:val="auto"/>
          <w:lang w:val="uk-UA"/>
        </w:rPr>
        <w:t> – </w:t>
      </w:r>
      <w:r w:rsidRPr="00484F7F">
        <w:rPr>
          <w:color w:val="auto"/>
          <w:lang w:val="uk-UA"/>
        </w:rPr>
        <w:t xml:space="preserve">експертна команда з оцінювання повсякденного </w:t>
      </w:r>
      <w:r w:rsidR="0044632F" w:rsidRPr="00484F7F">
        <w:rPr>
          <w:color w:val="auto"/>
          <w:lang w:val="uk-UA"/>
        </w:rPr>
        <w:t xml:space="preserve">                                         </w:t>
      </w:r>
      <w:r w:rsidRPr="00484F7F">
        <w:rPr>
          <w:color w:val="auto"/>
          <w:lang w:val="uk-UA"/>
        </w:rPr>
        <w:t>функціонування особи.</w:t>
      </w:r>
    </w:p>
    <w:p w14:paraId="184F2286" w14:textId="278CD0AA" w:rsidR="005A785E" w:rsidRPr="00484F7F" w:rsidRDefault="005A785E" w:rsidP="0044632F">
      <w:pPr>
        <w:spacing w:after="0"/>
        <w:ind w:firstLine="567"/>
        <w:jc w:val="both"/>
        <w:rPr>
          <w:color w:val="auto"/>
          <w:lang w:val="uk-UA"/>
        </w:rPr>
      </w:pPr>
      <w:r w:rsidRPr="00484F7F">
        <w:rPr>
          <w:color w:val="auto"/>
          <w:lang w:val="uk-UA"/>
        </w:rPr>
        <w:t>ЄРК</w:t>
      </w:r>
      <w:r w:rsidR="0044632F" w:rsidRPr="00484F7F">
        <w:rPr>
          <w:color w:val="auto"/>
          <w:lang w:val="uk-UA"/>
        </w:rPr>
        <w:t xml:space="preserve"> – </w:t>
      </w:r>
      <w:r w:rsidRPr="00484F7F">
        <w:rPr>
          <w:color w:val="auto"/>
          <w:lang w:val="uk-UA"/>
        </w:rPr>
        <w:t>Європейська рамка кваліфікацій.</w:t>
      </w:r>
    </w:p>
    <w:p w14:paraId="2EEC3304" w14:textId="4D3E0E14" w:rsidR="005A785E" w:rsidRPr="00484F7F" w:rsidRDefault="005A785E" w:rsidP="0044632F">
      <w:pPr>
        <w:spacing w:after="0"/>
        <w:ind w:firstLine="567"/>
        <w:jc w:val="both"/>
        <w:rPr>
          <w:color w:val="auto"/>
          <w:lang w:val="uk-UA"/>
        </w:rPr>
      </w:pPr>
      <w:r w:rsidRPr="00484F7F">
        <w:rPr>
          <w:color w:val="auto"/>
          <w:lang w:val="uk-UA"/>
        </w:rPr>
        <w:t>ЗОЗ</w:t>
      </w:r>
      <w:r w:rsidR="0044632F" w:rsidRPr="00484F7F">
        <w:rPr>
          <w:color w:val="auto"/>
          <w:lang w:val="uk-UA"/>
        </w:rPr>
        <w:t xml:space="preserve"> – </w:t>
      </w:r>
      <w:r w:rsidRPr="00484F7F">
        <w:rPr>
          <w:color w:val="auto"/>
          <w:lang w:val="uk-UA"/>
        </w:rPr>
        <w:t>заклад охорони здоров’я.</w:t>
      </w:r>
    </w:p>
    <w:p w14:paraId="366DED1B" w14:textId="1D04726C" w:rsidR="005A785E" w:rsidRPr="00484F7F" w:rsidRDefault="005A785E" w:rsidP="0044632F">
      <w:pPr>
        <w:spacing w:after="0"/>
        <w:ind w:firstLine="567"/>
        <w:jc w:val="both"/>
        <w:rPr>
          <w:color w:val="auto"/>
          <w:lang w:val="uk-UA"/>
        </w:rPr>
      </w:pPr>
      <w:r w:rsidRPr="00484F7F">
        <w:rPr>
          <w:color w:val="auto"/>
          <w:lang w:val="uk-UA"/>
        </w:rPr>
        <w:t>КЕП</w:t>
      </w:r>
      <w:r w:rsidR="0044632F" w:rsidRPr="00484F7F">
        <w:rPr>
          <w:color w:val="auto"/>
          <w:lang w:val="uk-UA"/>
        </w:rPr>
        <w:t xml:space="preserve"> – </w:t>
      </w:r>
      <w:r w:rsidRPr="00484F7F">
        <w:rPr>
          <w:color w:val="auto"/>
          <w:lang w:val="uk-UA"/>
        </w:rPr>
        <w:t>кваліфікований електронний підпис.</w:t>
      </w:r>
    </w:p>
    <w:p w14:paraId="322DF7AE" w14:textId="275BBFA9" w:rsidR="005A785E" w:rsidRPr="00484F7F" w:rsidRDefault="005A785E" w:rsidP="0044632F">
      <w:pPr>
        <w:spacing w:after="0"/>
        <w:ind w:firstLine="567"/>
        <w:jc w:val="both"/>
        <w:rPr>
          <w:color w:val="auto"/>
          <w:lang w:val="uk-UA"/>
        </w:rPr>
      </w:pPr>
      <w:r w:rsidRPr="00484F7F">
        <w:rPr>
          <w:color w:val="auto"/>
          <w:lang w:val="uk-UA"/>
        </w:rPr>
        <w:t>НРК</w:t>
      </w:r>
      <w:r w:rsidR="0044632F" w:rsidRPr="00484F7F">
        <w:rPr>
          <w:color w:val="auto"/>
          <w:lang w:val="uk-UA"/>
        </w:rPr>
        <w:t xml:space="preserve"> – </w:t>
      </w:r>
      <w:r w:rsidRPr="00484F7F">
        <w:rPr>
          <w:color w:val="auto"/>
          <w:lang w:val="uk-UA"/>
        </w:rPr>
        <w:t>Національна рамка кваліфікацій.</w:t>
      </w:r>
    </w:p>
    <w:p w14:paraId="2883A401" w14:textId="47697BA6" w:rsidR="005A785E" w:rsidRPr="00484F7F" w:rsidRDefault="005A785E" w:rsidP="0044632F">
      <w:pPr>
        <w:spacing w:after="0"/>
        <w:ind w:firstLine="567"/>
        <w:jc w:val="both"/>
        <w:rPr>
          <w:color w:val="auto"/>
          <w:lang w:val="uk-UA"/>
        </w:rPr>
      </w:pPr>
      <w:r w:rsidRPr="00484F7F">
        <w:rPr>
          <w:color w:val="auto"/>
          <w:lang w:val="uk-UA"/>
        </w:rPr>
        <w:t>ПФУ</w:t>
      </w:r>
      <w:r w:rsidR="0044632F" w:rsidRPr="00484F7F">
        <w:rPr>
          <w:color w:val="auto"/>
          <w:lang w:val="uk-UA"/>
        </w:rPr>
        <w:t xml:space="preserve"> – </w:t>
      </w:r>
      <w:r w:rsidRPr="00484F7F">
        <w:rPr>
          <w:color w:val="auto"/>
          <w:lang w:val="uk-UA"/>
        </w:rPr>
        <w:t>Пенсійний фонд України.</w:t>
      </w:r>
    </w:p>
    <w:p w14:paraId="65DE0866" w14:textId="5B77D5F7" w:rsidR="00E05826" w:rsidRPr="00484F7F" w:rsidRDefault="005A785E" w:rsidP="0044632F">
      <w:pPr>
        <w:spacing w:after="0"/>
        <w:ind w:firstLine="567"/>
        <w:jc w:val="both"/>
        <w:rPr>
          <w:color w:val="auto"/>
          <w:lang w:val="uk-UA"/>
        </w:rPr>
      </w:pPr>
      <w:r w:rsidRPr="00484F7F">
        <w:rPr>
          <w:color w:val="auto"/>
          <w:lang w:val="uk-UA"/>
        </w:rPr>
        <w:t>ТЦК</w:t>
      </w:r>
      <w:r w:rsidR="00700DAA" w:rsidRPr="00484F7F">
        <w:rPr>
          <w:color w:val="auto"/>
        </w:rPr>
        <w:t> </w:t>
      </w:r>
      <w:r w:rsidRPr="00484F7F">
        <w:rPr>
          <w:color w:val="auto"/>
          <w:lang w:val="uk-UA"/>
        </w:rPr>
        <w:t>та</w:t>
      </w:r>
      <w:r w:rsidR="00700DAA" w:rsidRPr="00484F7F">
        <w:rPr>
          <w:color w:val="auto"/>
        </w:rPr>
        <w:t> </w:t>
      </w:r>
      <w:r w:rsidRPr="00484F7F">
        <w:rPr>
          <w:color w:val="auto"/>
          <w:lang w:val="uk-UA"/>
        </w:rPr>
        <w:t>СП</w:t>
      </w:r>
      <w:r w:rsidR="0044632F" w:rsidRPr="00484F7F">
        <w:rPr>
          <w:color w:val="auto"/>
          <w:lang w:val="uk-UA"/>
        </w:rPr>
        <w:t> – </w:t>
      </w:r>
      <w:r w:rsidRPr="00484F7F">
        <w:rPr>
          <w:color w:val="auto"/>
          <w:lang w:val="uk-UA"/>
        </w:rPr>
        <w:t xml:space="preserve">територіальний центр комплектування та соціальної </w:t>
      </w:r>
      <w:r w:rsidR="0044632F" w:rsidRPr="00484F7F">
        <w:rPr>
          <w:color w:val="auto"/>
          <w:lang w:val="uk-UA"/>
        </w:rPr>
        <w:t xml:space="preserve">                                </w:t>
      </w:r>
      <w:r w:rsidRPr="00484F7F">
        <w:rPr>
          <w:color w:val="auto"/>
          <w:lang w:val="uk-UA"/>
        </w:rPr>
        <w:t>підтримки.</w:t>
      </w:r>
    </w:p>
    <w:p w14:paraId="37464C65" w14:textId="48AE64B8" w:rsidR="00E05826" w:rsidRPr="005A785E" w:rsidRDefault="00E05826">
      <w:pPr>
        <w:rPr>
          <w:lang w:val="uk-UA"/>
        </w:rPr>
        <w:sectPr w:rsidR="00E05826" w:rsidRPr="005A785E" w:rsidSect="00A85797">
          <w:headerReference w:type="default" r:id="rId8"/>
          <w:footerReference w:type="default" r:id="rId9"/>
          <w:headerReference w:type="first" r:id="rId10"/>
          <w:pgSz w:w="11906" w:h="16838"/>
          <w:pgMar w:top="1134" w:right="567" w:bottom="1134" w:left="1701" w:header="510" w:footer="510" w:gutter="0"/>
          <w:cols w:space="720"/>
          <w:titlePg/>
          <w:docGrid w:linePitch="381"/>
        </w:sectPr>
      </w:pPr>
    </w:p>
    <w:p w14:paraId="78B13ADF" w14:textId="42F71AEE" w:rsidR="00F907D5" w:rsidRDefault="00E05826">
      <w:pPr>
        <w:rPr>
          <w:b/>
          <w:bCs/>
        </w:rPr>
      </w:pPr>
      <w:r w:rsidRPr="00E05826">
        <w:rPr>
          <w:b/>
          <w:bCs/>
          <w:lang w:val="ru-RU"/>
        </w:rPr>
        <w:lastRenderedPageBreak/>
        <w:t>8</w:t>
      </w:r>
      <w:r>
        <w:rPr>
          <w:b/>
          <w:bCs/>
          <w:lang w:val="ru-RU"/>
        </w:rPr>
        <w:t>.</w:t>
      </w:r>
      <w:r w:rsidR="00953AFC">
        <w:rPr>
          <w:b/>
          <w:bCs/>
          <w:lang w:val="ru-RU"/>
        </w:rPr>
        <w:t xml:space="preserve"> </w:t>
      </w:r>
      <w:r w:rsidRPr="00E05826">
        <w:rPr>
          <w:b/>
          <w:bCs/>
          <w:lang w:val="ru-RU"/>
        </w:rPr>
        <w:t>Опис трудових функцій</w:t>
      </w:r>
    </w:p>
    <w:p w14:paraId="16D85F0D" w14:textId="77777777" w:rsidR="00700DAA" w:rsidRPr="00700DAA" w:rsidRDefault="00700DAA">
      <w:pPr>
        <w:rPr>
          <w:b/>
          <w:bCs/>
        </w:rPr>
      </w:pPr>
    </w:p>
    <w:tbl>
      <w:tblPr>
        <w:tblStyle w:val="aff2"/>
        <w:tblW w:w="15420" w:type="dxa"/>
        <w:jc w:val="center"/>
        <w:tblLayout w:type="fixed"/>
        <w:tblLook w:val="04A0" w:firstRow="1" w:lastRow="0" w:firstColumn="1" w:lastColumn="0" w:noHBand="0" w:noVBand="1"/>
      </w:tblPr>
      <w:tblGrid>
        <w:gridCol w:w="2263"/>
        <w:gridCol w:w="2127"/>
        <w:gridCol w:w="2976"/>
        <w:gridCol w:w="2977"/>
        <w:gridCol w:w="2552"/>
        <w:gridCol w:w="2525"/>
      </w:tblGrid>
      <w:tr w:rsidR="00217531" w:rsidRPr="00217531" w14:paraId="523005A4" w14:textId="77777777" w:rsidTr="00DC3B0C">
        <w:trPr>
          <w:jc w:val="center"/>
        </w:trPr>
        <w:tc>
          <w:tcPr>
            <w:tcW w:w="2263" w:type="dxa"/>
            <w:vMerge w:val="restart"/>
            <w:vAlign w:val="center"/>
          </w:tcPr>
          <w:p w14:paraId="422C87A1" w14:textId="77777777" w:rsidR="00217531" w:rsidRPr="003C4740" w:rsidRDefault="00217531" w:rsidP="00217531">
            <w:pPr>
              <w:jc w:val="center"/>
              <w:rPr>
                <w:color w:val="auto"/>
                <w:sz w:val="22"/>
              </w:rPr>
            </w:pPr>
            <w:r w:rsidRPr="003C4740">
              <w:rPr>
                <w:rFonts w:eastAsia="Arial"/>
                <w:b/>
                <w:color w:val="auto"/>
                <w:sz w:val="22"/>
              </w:rPr>
              <w:t>Трудові функції</w:t>
            </w:r>
          </w:p>
        </w:tc>
        <w:tc>
          <w:tcPr>
            <w:tcW w:w="2127" w:type="dxa"/>
            <w:vMerge w:val="restart"/>
            <w:vAlign w:val="center"/>
          </w:tcPr>
          <w:p w14:paraId="415C06D3" w14:textId="77777777" w:rsidR="00217531" w:rsidRPr="003C4740" w:rsidRDefault="00217531" w:rsidP="00217531">
            <w:pPr>
              <w:jc w:val="center"/>
              <w:rPr>
                <w:color w:val="auto"/>
                <w:sz w:val="22"/>
              </w:rPr>
            </w:pPr>
            <w:r w:rsidRPr="003C4740">
              <w:rPr>
                <w:rFonts w:eastAsia="Arial"/>
                <w:b/>
                <w:color w:val="auto"/>
                <w:sz w:val="22"/>
              </w:rPr>
              <w:t>Компетентності</w:t>
            </w:r>
          </w:p>
        </w:tc>
        <w:tc>
          <w:tcPr>
            <w:tcW w:w="11030" w:type="dxa"/>
            <w:gridSpan w:val="4"/>
            <w:vAlign w:val="center"/>
          </w:tcPr>
          <w:p w14:paraId="027EB69B" w14:textId="77777777" w:rsidR="00217531" w:rsidRPr="003C4740" w:rsidRDefault="00217531" w:rsidP="00217531">
            <w:pPr>
              <w:jc w:val="center"/>
              <w:rPr>
                <w:color w:val="auto"/>
                <w:sz w:val="22"/>
              </w:rPr>
            </w:pPr>
            <w:r w:rsidRPr="003C4740">
              <w:rPr>
                <w:rFonts w:eastAsia="Arial"/>
                <w:b/>
                <w:color w:val="auto"/>
                <w:sz w:val="22"/>
              </w:rPr>
              <w:t>Результати навчання</w:t>
            </w:r>
          </w:p>
        </w:tc>
      </w:tr>
      <w:tr w:rsidR="00217531" w:rsidRPr="00217531" w14:paraId="48A1047A" w14:textId="77777777" w:rsidTr="00DC3B0C">
        <w:trPr>
          <w:jc w:val="center"/>
        </w:trPr>
        <w:tc>
          <w:tcPr>
            <w:tcW w:w="2263" w:type="dxa"/>
            <w:vMerge/>
            <w:vAlign w:val="center"/>
          </w:tcPr>
          <w:p w14:paraId="17553A4D" w14:textId="77777777" w:rsidR="00217531" w:rsidRPr="003C4740" w:rsidRDefault="00217531" w:rsidP="00217531">
            <w:pPr>
              <w:jc w:val="center"/>
              <w:rPr>
                <w:color w:val="auto"/>
                <w:sz w:val="22"/>
              </w:rPr>
            </w:pPr>
          </w:p>
        </w:tc>
        <w:tc>
          <w:tcPr>
            <w:tcW w:w="2127" w:type="dxa"/>
            <w:vMerge/>
            <w:vAlign w:val="center"/>
          </w:tcPr>
          <w:p w14:paraId="3BAA5EA9" w14:textId="77777777" w:rsidR="00217531" w:rsidRPr="003C4740" w:rsidRDefault="00217531" w:rsidP="00217531">
            <w:pPr>
              <w:jc w:val="center"/>
              <w:rPr>
                <w:color w:val="auto"/>
                <w:sz w:val="22"/>
              </w:rPr>
            </w:pPr>
          </w:p>
        </w:tc>
        <w:tc>
          <w:tcPr>
            <w:tcW w:w="2976" w:type="dxa"/>
            <w:vAlign w:val="center"/>
          </w:tcPr>
          <w:p w14:paraId="11FE4633" w14:textId="77777777" w:rsidR="00217531" w:rsidRPr="003C4740" w:rsidRDefault="00217531" w:rsidP="00217531">
            <w:pPr>
              <w:jc w:val="center"/>
              <w:rPr>
                <w:color w:val="auto"/>
                <w:sz w:val="22"/>
              </w:rPr>
            </w:pPr>
            <w:r w:rsidRPr="003C4740">
              <w:rPr>
                <w:rFonts w:eastAsia="Arial"/>
                <w:b/>
                <w:color w:val="auto"/>
                <w:sz w:val="22"/>
              </w:rPr>
              <w:t>Знання</w:t>
            </w:r>
          </w:p>
        </w:tc>
        <w:tc>
          <w:tcPr>
            <w:tcW w:w="2977" w:type="dxa"/>
            <w:vAlign w:val="center"/>
          </w:tcPr>
          <w:p w14:paraId="62D7CCF8" w14:textId="77777777" w:rsidR="00217531" w:rsidRPr="003C4740" w:rsidRDefault="00217531" w:rsidP="00217531">
            <w:pPr>
              <w:jc w:val="center"/>
              <w:rPr>
                <w:color w:val="auto"/>
                <w:sz w:val="22"/>
              </w:rPr>
            </w:pPr>
            <w:r w:rsidRPr="003C4740">
              <w:rPr>
                <w:rFonts w:eastAsia="Arial"/>
                <w:b/>
                <w:color w:val="auto"/>
                <w:sz w:val="22"/>
              </w:rPr>
              <w:t>Уміння/навички</w:t>
            </w:r>
          </w:p>
        </w:tc>
        <w:tc>
          <w:tcPr>
            <w:tcW w:w="2552" w:type="dxa"/>
            <w:vAlign w:val="center"/>
          </w:tcPr>
          <w:p w14:paraId="0BDF3A03" w14:textId="77777777" w:rsidR="00217531" w:rsidRPr="003C4740" w:rsidRDefault="00217531" w:rsidP="00217531">
            <w:pPr>
              <w:jc w:val="center"/>
              <w:rPr>
                <w:color w:val="auto"/>
                <w:sz w:val="22"/>
              </w:rPr>
            </w:pPr>
            <w:r w:rsidRPr="003C4740">
              <w:rPr>
                <w:rFonts w:eastAsia="Arial"/>
                <w:b/>
                <w:color w:val="auto"/>
                <w:sz w:val="22"/>
              </w:rPr>
              <w:t>Комунікація</w:t>
            </w:r>
          </w:p>
        </w:tc>
        <w:tc>
          <w:tcPr>
            <w:tcW w:w="2525" w:type="dxa"/>
            <w:vAlign w:val="center"/>
          </w:tcPr>
          <w:p w14:paraId="0DC1387E" w14:textId="77777777" w:rsidR="00217531" w:rsidRPr="003C4740" w:rsidRDefault="00217531" w:rsidP="00217531">
            <w:pPr>
              <w:jc w:val="center"/>
              <w:rPr>
                <w:color w:val="auto"/>
                <w:sz w:val="22"/>
              </w:rPr>
            </w:pPr>
            <w:r w:rsidRPr="003C4740">
              <w:rPr>
                <w:rFonts w:eastAsia="Arial"/>
                <w:b/>
                <w:color w:val="auto"/>
                <w:sz w:val="22"/>
              </w:rPr>
              <w:t>Відповідальність і автономія</w:t>
            </w:r>
          </w:p>
        </w:tc>
      </w:tr>
      <w:tr w:rsidR="00217531" w:rsidRPr="0076799D" w14:paraId="0525586B"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643599D4" w14:textId="2FD907DF" w:rsidR="00217531" w:rsidRPr="003C4740" w:rsidRDefault="00217531" w:rsidP="00217531">
            <w:pPr>
              <w:rPr>
                <w:color w:val="auto"/>
                <w:sz w:val="22"/>
                <w:lang w:val="ru-RU"/>
              </w:rPr>
            </w:pPr>
            <w:r w:rsidRPr="003C4740">
              <w:rPr>
                <w:rFonts w:eastAsia="Arial"/>
                <w:b/>
                <w:color w:val="auto"/>
                <w:sz w:val="22"/>
                <w:lang w:val="ru-RU"/>
              </w:rPr>
              <w:t xml:space="preserve">А. Організація і </w:t>
            </w:r>
            <w:r w:rsidR="003C4740" w:rsidRPr="003C4740">
              <w:rPr>
                <w:rFonts w:eastAsia="Arial"/>
                <w:b/>
                <w:color w:val="auto"/>
                <w:sz w:val="22"/>
                <w:lang w:val="ru-RU"/>
              </w:rPr>
              <w:t xml:space="preserve">     </w:t>
            </w:r>
            <w:r w:rsidRPr="003C4740">
              <w:rPr>
                <w:rFonts w:eastAsia="Arial"/>
                <w:b/>
                <w:color w:val="auto"/>
                <w:sz w:val="22"/>
                <w:lang w:val="ru-RU"/>
              </w:rPr>
              <w:t xml:space="preserve">планування </w:t>
            </w:r>
            <w:r w:rsidR="003C4740" w:rsidRPr="003C4740">
              <w:rPr>
                <w:rFonts w:eastAsia="Arial"/>
                <w:b/>
                <w:color w:val="auto"/>
                <w:sz w:val="22"/>
                <w:lang w:val="ru-RU"/>
              </w:rPr>
              <w:t xml:space="preserve">                   </w:t>
            </w:r>
            <w:r w:rsidRPr="003C4740">
              <w:rPr>
                <w:rFonts w:eastAsia="Arial"/>
                <w:b/>
                <w:color w:val="auto"/>
                <w:sz w:val="22"/>
                <w:lang w:val="ru-RU"/>
              </w:rPr>
              <w:t xml:space="preserve">професійної </w:t>
            </w:r>
            <w:r w:rsidR="003C4740" w:rsidRPr="003C4740">
              <w:rPr>
                <w:rFonts w:eastAsia="Arial"/>
                <w:b/>
                <w:color w:val="auto"/>
                <w:sz w:val="22"/>
                <w:lang w:val="ru-RU"/>
              </w:rPr>
              <w:t xml:space="preserve">                 </w:t>
            </w:r>
            <w:r w:rsidRPr="003C4740">
              <w:rPr>
                <w:rFonts w:eastAsia="Arial"/>
                <w:b/>
                <w:color w:val="auto"/>
                <w:sz w:val="22"/>
                <w:lang w:val="ru-RU"/>
              </w:rPr>
              <w:t>діяльності</w:t>
            </w:r>
            <w:r w:rsidR="003C4740" w:rsidRPr="003C4740">
              <w:rPr>
                <w:rFonts w:eastAsia="Arial"/>
                <w:b/>
                <w:color w:val="auto"/>
                <w:sz w:val="22"/>
                <w:lang w:val="ru-RU"/>
              </w:rPr>
              <w:t>.</w:t>
            </w: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75B4E3A" w14:textId="15B043C2" w:rsidR="00217531" w:rsidRPr="003C4740" w:rsidRDefault="00217531" w:rsidP="00217531">
            <w:pPr>
              <w:rPr>
                <w:color w:val="auto"/>
                <w:sz w:val="22"/>
                <w:lang w:val="ru-RU"/>
              </w:rPr>
            </w:pPr>
            <w:r w:rsidRPr="003C4740">
              <w:rPr>
                <w:rFonts w:eastAsia="Arial"/>
                <w:b/>
                <w:color w:val="auto"/>
                <w:sz w:val="22"/>
                <w:lang w:val="ru-RU"/>
              </w:rPr>
              <w:t xml:space="preserve">А1. </w:t>
            </w:r>
            <w:r w:rsidR="00784E57" w:rsidRPr="003C4740">
              <w:rPr>
                <w:rFonts w:eastAsia="Arial"/>
                <w:b/>
                <w:color w:val="auto"/>
                <w:sz w:val="22"/>
                <w:lang w:val="ru-RU"/>
              </w:rPr>
              <w:t xml:space="preserve">Здатність </w:t>
            </w:r>
            <w:r w:rsidR="003C4740" w:rsidRPr="003C4740">
              <w:rPr>
                <w:rFonts w:eastAsia="Arial"/>
                <w:b/>
                <w:color w:val="auto"/>
                <w:sz w:val="22"/>
                <w:lang w:val="ru-RU"/>
              </w:rPr>
              <w:t xml:space="preserve">                 </w:t>
            </w:r>
            <w:r w:rsidR="00784E57" w:rsidRPr="003C4740">
              <w:rPr>
                <w:rFonts w:eastAsia="Arial"/>
                <w:b/>
                <w:color w:val="auto"/>
                <w:sz w:val="22"/>
                <w:lang w:val="ru-RU"/>
              </w:rPr>
              <w:t>оформляти та</w:t>
            </w:r>
            <w:r w:rsidR="00DC3B0C">
              <w:rPr>
                <w:rFonts w:eastAsia="Arial"/>
                <w:b/>
                <w:color w:val="auto"/>
                <w:sz w:val="22"/>
                <w:lang w:val="ru-RU"/>
              </w:rPr>
              <w:t xml:space="preserve">                 </w:t>
            </w:r>
            <w:r w:rsidR="00784E57" w:rsidRPr="003C4740">
              <w:rPr>
                <w:rFonts w:eastAsia="Arial"/>
                <w:b/>
                <w:color w:val="auto"/>
                <w:sz w:val="22"/>
                <w:lang w:val="ru-RU"/>
              </w:rPr>
              <w:t xml:space="preserve"> вести професійну </w:t>
            </w:r>
            <w:r w:rsidR="003C4740" w:rsidRPr="003C4740">
              <w:rPr>
                <w:rFonts w:eastAsia="Arial"/>
                <w:b/>
                <w:color w:val="auto"/>
                <w:sz w:val="22"/>
                <w:lang w:val="ru-RU"/>
              </w:rPr>
              <w:t xml:space="preserve">                             </w:t>
            </w:r>
            <w:r w:rsidR="00784E57" w:rsidRPr="003C4740">
              <w:rPr>
                <w:rFonts w:eastAsia="Arial"/>
                <w:b/>
                <w:color w:val="auto"/>
                <w:sz w:val="22"/>
                <w:lang w:val="ru-RU"/>
              </w:rPr>
              <w:t xml:space="preserve">документацію відповідно до </w:t>
            </w:r>
            <w:r w:rsidR="00DC3B0C">
              <w:rPr>
                <w:rFonts w:eastAsia="Arial"/>
                <w:b/>
                <w:color w:val="auto"/>
                <w:sz w:val="22"/>
                <w:lang w:val="ru-RU"/>
              </w:rPr>
              <w:t xml:space="preserve">               </w:t>
            </w:r>
            <w:r w:rsidR="00784E57" w:rsidRPr="003C4740">
              <w:rPr>
                <w:rFonts w:eastAsia="Arial"/>
                <w:b/>
                <w:color w:val="auto"/>
                <w:sz w:val="22"/>
                <w:lang w:val="ru-RU"/>
              </w:rPr>
              <w:t>вимог</w:t>
            </w:r>
            <w:r w:rsidR="00DC3B0C">
              <w:rPr>
                <w:rFonts w:eastAsia="Arial"/>
                <w:b/>
                <w:color w:val="auto"/>
                <w:sz w:val="22"/>
                <w:lang w:val="ru-RU"/>
              </w:rPr>
              <w:t xml:space="preserve">                            </w:t>
            </w:r>
            <w:r w:rsidR="00784E57" w:rsidRPr="003C4740">
              <w:rPr>
                <w:rFonts w:eastAsia="Arial"/>
                <w:b/>
                <w:color w:val="auto"/>
                <w:sz w:val="22"/>
                <w:lang w:val="ru-RU"/>
              </w:rPr>
              <w:t xml:space="preserve"> законодавства та </w:t>
            </w:r>
            <w:r w:rsidR="003C4740" w:rsidRPr="003C4740">
              <w:rPr>
                <w:rFonts w:eastAsia="Arial"/>
                <w:b/>
                <w:color w:val="auto"/>
                <w:sz w:val="22"/>
                <w:lang w:val="ru-RU"/>
              </w:rPr>
              <w:t xml:space="preserve">                  </w:t>
            </w:r>
            <w:r w:rsidR="00784E57" w:rsidRPr="003C4740">
              <w:rPr>
                <w:rFonts w:eastAsia="Arial"/>
                <w:b/>
                <w:color w:val="auto"/>
                <w:sz w:val="22"/>
                <w:lang w:val="ru-RU"/>
              </w:rPr>
              <w:t>діловодства.</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4D4FCB6" w14:textId="38F93B4E" w:rsidR="00217531" w:rsidRPr="003C4740" w:rsidRDefault="00217531" w:rsidP="00217531">
            <w:pPr>
              <w:spacing w:after="24"/>
              <w:rPr>
                <w:rFonts w:eastAsia="Arial"/>
                <w:color w:val="00B050"/>
                <w:sz w:val="22"/>
                <w:lang w:val="ru-RU"/>
              </w:rPr>
            </w:pPr>
            <w:r w:rsidRPr="00943948">
              <w:rPr>
                <w:rFonts w:eastAsia="Arial"/>
                <w:b/>
                <w:color w:val="auto"/>
                <w:sz w:val="22"/>
                <w:lang w:val="ru-RU"/>
              </w:rPr>
              <w:t xml:space="preserve">А1.З1. </w:t>
            </w:r>
            <w:r w:rsidR="00784E57" w:rsidRPr="00943948">
              <w:rPr>
                <w:rFonts w:eastAsia="Arial"/>
                <w:color w:val="auto"/>
                <w:sz w:val="22"/>
                <w:lang w:val="ru-RU"/>
              </w:rPr>
              <w:t xml:space="preserve">Вимоги </w:t>
            </w:r>
            <w:r w:rsidR="00943948" w:rsidRPr="00943948">
              <w:rPr>
                <w:rFonts w:eastAsia="Arial"/>
                <w:color w:val="auto"/>
                <w:sz w:val="22"/>
                <w:lang w:val="ru-RU"/>
              </w:rPr>
              <w:t xml:space="preserve">                               </w:t>
            </w:r>
            <w:r w:rsidR="00784E57" w:rsidRPr="00943948">
              <w:rPr>
                <w:rFonts w:eastAsia="Arial"/>
                <w:color w:val="auto"/>
                <w:sz w:val="22"/>
                <w:lang w:val="ru-RU"/>
              </w:rPr>
              <w:t xml:space="preserve">законодавства та </w:t>
            </w:r>
            <w:r w:rsidR="00943948">
              <w:rPr>
                <w:rFonts w:eastAsia="Arial"/>
                <w:color w:val="auto"/>
                <w:sz w:val="22"/>
                <w:lang w:val="ru-RU"/>
              </w:rPr>
              <w:t xml:space="preserve">                          </w:t>
            </w:r>
            <w:r w:rsidR="00784E57" w:rsidRPr="00943948">
              <w:rPr>
                <w:rFonts w:eastAsia="Arial"/>
                <w:color w:val="auto"/>
                <w:sz w:val="22"/>
                <w:lang w:val="ru-RU"/>
              </w:rPr>
              <w:t>нормативно-правових актів щодо</w:t>
            </w:r>
            <w:r w:rsidR="003C4740" w:rsidRPr="00943948">
              <w:rPr>
                <w:rFonts w:eastAsia="Arial"/>
                <w:color w:val="auto"/>
                <w:sz w:val="22"/>
                <w:lang w:val="ru-RU"/>
              </w:rPr>
              <w:t xml:space="preserve"> </w:t>
            </w:r>
            <w:r w:rsidR="00784E57" w:rsidRPr="00943948">
              <w:rPr>
                <w:rFonts w:eastAsia="Arial"/>
                <w:color w:val="auto"/>
                <w:sz w:val="22"/>
                <w:lang w:val="ru-RU"/>
              </w:rPr>
              <w:t xml:space="preserve">документування </w:t>
            </w:r>
            <w:r w:rsidR="00943948">
              <w:rPr>
                <w:rFonts w:eastAsia="Arial"/>
                <w:color w:val="auto"/>
                <w:sz w:val="22"/>
                <w:lang w:val="ru-RU"/>
              </w:rPr>
              <w:t xml:space="preserve">                 </w:t>
            </w:r>
            <w:r w:rsidR="00784E57" w:rsidRPr="00943948">
              <w:rPr>
                <w:rFonts w:eastAsia="Arial"/>
                <w:color w:val="auto"/>
                <w:sz w:val="22"/>
                <w:lang w:val="ru-RU"/>
              </w:rPr>
              <w:t>професійної діяльності,</w:t>
            </w:r>
            <w:r w:rsidR="00943948">
              <w:rPr>
                <w:rFonts w:eastAsia="Arial"/>
                <w:color w:val="auto"/>
                <w:sz w:val="22"/>
                <w:lang w:val="ru-RU"/>
              </w:rPr>
              <w:t xml:space="preserve">          </w:t>
            </w:r>
            <w:r w:rsidR="00784E57" w:rsidRPr="00943948">
              <w:rPr>
                <w:rFonts w:eastAsia="Arial"/>
                <w:color w:val="auto"/>
                <w:sz w:val="22"/>
                <w:lang w:val="ru-RU"/>
              </w:rPr>
              <w:t xml:space="preserve"> звернень</w:t>
            </w:r>
            <w:r w:rsidR="003C4740" w:rsidRPr="00943948">
              <w:rPr>
                <w:rFonts w:eastAsia="Arial"/>
                <w:color w:val="auto"/>
                <w:sz w:val="22"/>
                <w:lang w:val="ru-RU"/>
              </w:rPr>
              <w:t xml:space="preserve"> </w:t>
            </w:r>
            <w:r w:rsidR="00784E57" w:rsidRPr="00943948">
              <w:rPr>
                <w:rFonts w:eastAsia="Arial"/>
                <w:color w:val="auto"/>
                <w:sz w:val="22"/>
                <w:lang w:val="ru-RU"/>
              </w:rPr>
              <w:t xml:space="preserve">громадян, доступу до публічної інформації та </w:t>
            </w:r>
            <w:r w:rsidR="003C4740" w:rsidRPr="00943948">
              <w:rPr>
                <w:rFonts w:eastAsia="Arial"/>
                <w:color w:val="auto"/>
                <w:sz w:val="22"/>
                <w:lang w:val="ru-RU"/>
              </w:rPr>
              <w:t xml:space="preserve">                </w:t>
            </w:r>
            <w:r w:rsidR="00784E57" w:rsidRPr="00943948">
              <w:rPr>
                <w:rFonts w:eastAsia="Arial"/>
                <w:color w:val="auto"/>
                <w:sz w:val="22"/>
                <w:lang w:val="ru-RU"/>
              </w:rPr>
              <w:t>захисту персональних даних</w:t>
            </w:r>
            <w:r w:rsidRPr="003C4740">
              <w:rPr>
                <w:rFonts w:eastAsia="Arial"/>
                <w:color w:val="00B050"/>
                <w:sz w:val="22"/>
                <w:lang w:val="ru-RU"/>
              </w:rPr>
              <w:t>.</w:t>
            </w:r>
          </w:p>
          <w:p w14:paraId="108F1FFA" w14:textId="77777777" w:rsidR="00784E57" w:rsidRPr="003C4740" w:rsidRDefault="00784E57" w:rsidP="00217531">
            <w:pPr>
              <w:spacing w:after="24"/>
              <w:rPr>
                <w:color w:val="auto"/>
                <w:sz w:val="22"/>
                <w:lang w:val="ru-RU"/>
              </w:rPr>
            </w:pPr>
          </w:p>
          <w:p w14:paraId="79EF8C7C" w14:textId="01492823" w:rsidR="00217531" w:rsidRPr="003C4740" w:rsidRDefault="00217531" w:rsidP="00217531">
            <w:pPr>
              <w:spacing w:after="24"/>
              <w:rPr>
                <w:color w:val="auto"/>
                <w:sz w:val="22"/>
                <w:lang w:val="ru-RU"/>
              </w:rPr>
            </w:pPr>
            <w:r w:rsidRPr="00943948">
              <w:rPr>
                <w:rFonts w:eastAsia="Arial"/>
                <w:b/>
                <w:color w:val="auto"/>
                <w:sz w:val="22"/>
                <w:lang w:val="ru-RU"/>
              </w:rPr>
              <w:t xml:space="preserve">А1.З2. </w:t>
            </w:r>
            <w:r w:rsidR="00784E57" w:rsidRPr="00943948">
              <w:rPr>
                <w:rFonts w:eastAsia="Arial"/>
                <w:color w:val="auto"/>
                <w:sz w:val="22"/>
                <w:lang w:val="ru-RU"/>
              </w:rPr>
              <w:t xml:space="preserve">Види, структура, </w:t>
            </w:r>
            <w:r w:rsidR="00943948" w:rsidRPr="00943948">
              <w:rPr>
                <w:rFonts w:eastAsia="Arial"/>
                <w:color w:val="auto"/>
                <w:sz w:val="22"/>
                <w:lang w:val="ru-RU"/>
              </w:rPr>
              <w:t xml:space="preserve">   </w:t>
            </w:r>
            <w:r w:rsidR="00784E57" w:rsidRPr="00943948">
              <w:rPr>
                <w:rFonts w:eastAsia="Arial"/>
                <w:color w:val="auto"/>
                <w:sz w:val="22"/>
                <w:lang w:val="ru-RU"/>
              </w:rPr>
              <w:t xml:space="preserve">реквізити та правила </w:t>
            </w:r>
            <w:r w:rsidR="00943948" w:rsidRPr="00943948">
              <w:rPr>
                <w:rFonts w:eastAsia="Arial"/>
                <w:color w:val="auto"/>
                <w:sz w:val="22"/>
                <w:lang w:val="ru-RU"/>
              </w:rPr>
              <w:t xml:space="preserve">           </w:t>
            </w:r>
            <w:r w:rsidR="00784E57" w:rsidRPr="00943948">
              <w:rPr>
                <w:rFonts w:eastAsia="Arial"/>
                <w:color w:val="auto"/>
                <w:sz w:val="22"/>
                <w:lang w:val="ru-RU"/>
              </w:rPr>
              <w:t>оформлення документів, що використовуються під час супроводу ветеранів війни та демобілізованих осіб.</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9FFEFB1" w14:textId="79DCEC08" w:rsidR="00784E57" w:rsidRPr="00DC3B0C" w:rsidRDefault="00217531" w:rsidP="00217531">
            <w:pPr>
              <w:spacing w:after="24"/>
              <w:rPr>
                <w:rFonts w:eastAsia="Arial"/>
                <w:color w:val="auto"/>
                <w:sz w:val="22"/>
                <w:lang w:val="ru-RU"/>
              </w:rPr>
            </w:pPr>
            <w:r w:rsidRPr="00DC3B0C">
              <w:rPr>
                <w:rFonts w:eastAsia="Arial"/>
                <w:b/>
                <w:color w:val="auto"/>
                <w:sz w:val="22"/>
                <w:lang w:val="ru-RU"/>
              </w:rPr>
              <w:t xml:space="preserve">А1.У1. </w:t>
            </w:r>
            <w:r w:rsidR="00784E57" w:rsidRPr="00DC3B0C">
              <w:rPr>
                <w:rFonts w:eastAsia="Arial"/>
                <w:color w:val="auto"/>
                <w:sz w:val="22"/>
                <w:lang w:val="ru-RU"/>
              </w:rPr>
              <w:t xml:space="preserve">Складати заяви, </w:t>
            </w:r>
            <w:r w:rsidR="00DC3B0C" w:rsidRPr="00DC3B0C">
              <w:rPr>
                <w:rFonts w:eastAsia="Arial"/>
                <w:color w:val="auto"/>
                <w:sz w:val="22"/>
                <w:lang w:val="ru-RU"/>
              </w:rPr>
              <w:t xml:space="preserve">                </w:t>
            </w:r>
            <w:r w:rsidR="00784E57" w:rsidRPr="00DC3B0C">
              <w:rPr>
                <w:rFonts w:eastAsia="Arial"/>
                <w:color w:val="auto"/>
                <w:sz w:val="22"/>
                <w:lang w:val="ru-RU"/>
              </w:rPr>
              <w:t xml:space="preserve">звернення, запити, </w:t>
            </w:r>
            <w:r w:rsidR="00DC3B0C" w:rsidRPr="00DC3B0C">
              <w:rPr>
                <w:rFonts w:eastAsia="Arial"/>
                <w:color w:val="auto"/>
                <w:sz w:val="22"/>
                <w:lang w:val="ru-RU"/>
              </w:rPr>
              <w:t xml:space="preserve">                    </w:t>
            </w:r>
            <w:r w:rsidR="00784E57" w:rsidRPr="00DC3B0C">
              <w:rPr>
                <w:rFonts w:eastAsia="Arial"/>
                <w:color w:val="auto"/>
                <w:sz w:val="22"/>
                <w:lang w:val="ru-RU"/>
              </w:rPr>
              <w:t xml:space="preserve">направлення, службові та </w:t>
            </w:r>
            <w:r w:rsidR="00DC3B0C" w:rsidRPr="00DC3B0C">
              <w:rPr>
                <w:rFonts w:eastAsia="Arial"/>
                <w:color w:val="auto"/>
                <w:sz w:val="22"/>
                <w:lang w:val="ru-RU"/>
              </w:rPr>
              <w:t xml:space="preserve">               </w:t>
            </w:r>
            <w:r w:rsidR="00784E57" w:rsidRPr="00DC3B0C">
              <w:rPr>
                <w:rFonts w:eastAsia="Arial"/>
                <w:color w:val="auto"/>
                <w:sz w:val="22"/>
                <w:lang w:val="ru-RU"/>
              </w:rPr>
              <w:t>супровідні листи, довідки, плани супроводу та звітні</w:t>
            </w:r>
            <w:r w:rsidR="00DC3B0C" w:rsidRPr="00DC3B0C">
              <w:rPr>
                <w:rFonts w:eastAsia="Arial"/>
                <w:color w:val="auto"/>
                <w:sz w:val="22"/>
                <w:lang w:val="ru-RU"/>
              </w:rPr>
              <w:t xml:space="preserve">                   </w:t>
            </w:r>
            <w:r w:rsidR="00784E57" w:rsidRPr="00DC3B0C">
              <w:rPr>
                <w:rFonts w:eastAsia="Arial"/>
                <w:color w:val="auto"/>
                <w:sz w:val="22"/>
                <w:lang w:val="ru-RU"/>
              </w:rPr>
              <w:t xml:space="preserve"> матеріали в межах</w:t>
            </w:r>
            <w:r w:rsidR="00DC3B0C" w:rsidRPr="00DC3B0C">
              <w:rPr>
                <w:rFonts w:eastAsia="Arial"/>
                <w:color w:val="auto"/>
                <w:sz w:val="22"/>
                <w:lang w:val="ru-RU"/>
              </w:rPr>
              <w:t xml:space="preserve">                             </w:t>
            </w:r>
            <w:r w:rsidR="00784E57" w:rsidRPr="00DC3B0C">
              <w:rPr>
                <w:rFonts w:eastAsia="Arial"/>
                <w:color w:val="auto"/>
                <w:sz w:val="22"/>
                <w:lang w:val="ru-RU"/>
              </w:rPr>
              <w:t xml:space="preserve"> професійних повноважень.</w:t>
            </w:r>
          </w:p>
          <w:p w14:paraId="32167A72" w14:textId="77777777" w:rsidR="00784E57" w:rsidRPr="00DC3B0C" w:rsidRDefault="00784E57" w:rsidP="00217531">
            <w:pPr>
              <w:spacing w:after="24"/>
              <w:rPr>
                <w:rFonts w:eastAsia="Arial"/>
                <w:color w:val="auto"/>
                <w:sz w:val="22"/>
                <w:lang w:val="ru-RU"/>
              </w:rPr>
            </w:pPr>
          </w:p>
          <w:p w14:paraId="2E3BB74F" w14:textId="3943F27D" w:rsidR="00217531" w:rsidRPr="003C4740" w:rsidRDefault="00217531" w:rsidP="00217531">
            <w:pPr>
              <w:spacing w:after="24"/>
              <w:rPr>
                <w:color w:val="00B050"/>
                <w:sz w:val="22"/>
                <w:lang w:val="ru-RU"/>
              </w:rPr>
            </w:pPr>
            <w:r w:rsidRPr="00DC3B0C">
              <w:rPr>
                <w:rFonts w:eastAsia="Arial"/>
                <w:b/>
                <w:color w:val="auto"/>
                <w:sz w:val="22"/>
                <w:lang w:val="ru-RU"/>
              </w:rPr>
              <w:t xml:space="preserve">А1.У2. </w:t>
            </w:r>
            <w:r w:rsidR="00784E57" w:rsidRPr="00DC3B0C">
              <w:rPr>
                <w:rFonts w:eastAsia="Arial"/>
                <w:color w:val="auto"/>
                <w:sz w:val="22"/>
                <w:lang w:val="ru-RU"/>
              </w:rPr>
              <w:t xml:space="preserve">Перевіряти повноту, достовірність, логічність і </w:t>
            </w:r>
            <w:r w:rsidR="00DC3B0C">
              <w:rPr>
                <w:rFonts w:eastAsia="Arial"/>
                <w:color w:val="auto"/>
                <w:sz w:val="22"/>
                <w:lang w:val="ru-RU"/>
              </w:rPr>
              <w:t xml:space="preserve">             </w:t>
            </w:r>
            <w:r w:rsidR="00784E57" w:rsidRPr="00DC3B0C">
              <w:rPr>
                <w:rFonts w:eastAsia="Arial"/>
                <w:color w:val="auto"/>
                <w:sz w:val="22"/>
                <w:lang w:val="ru-RU"/>
              </w:rPr>
              <w:t xml:space="preserve">належне оформлення </w:t>
            </w:r>
            <w:r w:rsidR="00DC3B0C">
              <w:rPr>
                <w:rFonts w:eastAsia="Arial"/>
                <w:color w:val="auto"/>
                <w:sz w:val="22"/>
                <w:lang w:val="ru-RU"/>
              </w:rPr>
              <w:t xml:space="preserve">                   </w:t>
            </w:r>
            <w:r w:rsidR="00784E57" w:rsidRPr="00DC3B0C">
              <w:rPr>
                <w:rFonts w:eastAsia="Arial"/>
                <w:color w:val="auto"/>
                <w:sz w:val="22"/>
                <w:lang w:val="ru-RU"/>
              </w:rPr>
              <w:t>документів та своєчасно виправляти виявлені недоліки.</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3F42A0A" w14:textId="77CE455C" w:rsidR="008104DC" w:rsidRPr="003C4740" w:rsidRDefault="00217531" w:rsidP="00217531">
            <w:pPr>
              <w:spacing w:after="24"/>
              <w:rPr>
                <w:rFonts w:eastAsia="Arial"/>
                <w:color w:val="00B050"/>
                <w:sz w:val="22"/>
                <w:lang w:val="ru-RU"/>
              </w:rPr>
            </w:pPr>
            <w:r w:rsidRPr="00DC3B0C">
              <w:rPr>
                <w:rFonts w:eastAsia="Arial"/>
                <w:b/>
                <w:color w:val="auto"/>
                <w:sz w:val="22"/>
                <w:lang w:val="ru-RU"/>
              </w:rPr>
              <w:t>А1.К1.</w:t>
            </w:r>
            <w:r w:rsidR="008104DC" w:rsidRPr="00DC3B0C">
              <w:rPr>
                <w:rFonts w:eastAsia="Arial"/>
                <w:b/>
                <w:color w:val="auto"/>
                <w:sz w:val="22"/>
                <w:lang w:val="ru-RU"/>
              </w:rPr>
              <w:t xml:space="preserve"> </w:t>
            </w:r>
            <w:r w:rsidR="008104DC" w:rsidRPr="00DC3B0C">
              <w:rPr>
                <w:color w:val="auto"/>
                <w:sz w:val="22"/>
                <w:lang w:val="ru-RU"/>
              </w:rPr>
              <w:t xml:space="preserve">Використовувати державну мову, </w:t>
            </w:r>
            <w:r w:rsidR="00DC3B0C">
              <w:rPr>
                <w:color w:val="auto"/>
                <w:sz w:val="22"/>
                <w:lang w:val="ru-RU"/>
              </w:rPr>
              <w:t xml:space="preserve">                    </w:t>
            </w:r>
            <w:r w:rsidR="008104DC" w:rsidRPr="00DC3B0C">
              <w:rPr>
                <w:color w:val="auto"/>
                <w:sz w:val="22"/>
                <w:lang w:val="ru-RU"/>
              </w:rPr>
              <w:t>професійну термінологію та правила ділового спілкування під час усної і письмової взаємодії.</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8FDA165" w14:textId="4E98DAF8" w:rsidR="007635D3" w:rsidRPr="00DC3B0C" w:rsidRDefault="00217531" w:rsidP="00217531">
            <w:pPr>
              <w:spacing w:after="24"/>
              <w:rPr>
                <w:rFonts w:eastAsia="Arial"/>
                <w:color w:val="auto"/>
                <w:sz w:val="22"/>
                <w:lang w:val="ru-RU"/>
              </w:rPr>
            </w:pPr>
            <w:r w:rsidRPr="00DC3B0C">
              <w:rPr>
                <w:rFonts w:eastAsia="Arial"/>
                <w:b/>
                <w:color w:val="auto"/>
                <w:sz w:val="22"/>
                <w:lang w:val="ru-RU"/>
              </w:rPr>
              <w:t xml:space="preserve">А1.В1. </w:t>
            </w:r>
            <w:r w:rsidR="007635D3" w:rsidRPr="00DC3B0C">
              <w:rPr>
                <w:color w:val="auto"/>
                <w:sz w:val="22"/>
                <w:lang w:val="ru-RU"/>
              </w:rPr>
              <w:t xml:space="preserve">Самостійно вести професійну документацію в межах наданих </w:t>
            </w:r>
            <w:r w:rsidR="00DC3B0C">
              <w:rPr>
                <w:color w:val="auto"/>
                <w:sz w:val="22"/>
                <w:lang w:val="ru-RU"/>
              </w:rPr>
              <w:t xml:space="preserve">    </w:t>
            </w:r>
            <w:r w:rsidR="007635D3" w:rsidRPr="00DC3B0C">
              <w:rPr>
                <w:color w:val="auto"/>
                <w:sz w:val="22"/>
                <w:lang w:val="ru-RU"/>
              </w:rPr>
              <w:t xml:space="preserve">повноважень та відповідати за </w:t>
            </w:r>
            <w:r w:rsidR="00DC3B0C">
              <w:rPr>
                <w:color w:val="auto"/>
                <w:sz w:val="22"/>
                <w:lang w:val="ru-RU"/>
              </w:rPr>
              <w:t xml:space="preserve">                      </w:t>
            </w:r>
            <w:r w:rsidR="007635D3" w:rsidRPr="00DC3B0C">
              <w:rPr>
                <w:color w:val="auto"/>
                <w:sz w:val="22"/>
                <w:lang w:val="ru-RU"/>
              </w:rPr>
              <w:t>достовірність і належне оформлення внесених відомостей.</w:t>
            </w:r>
          </w:p>
        </w:tc>
      </w:tr>
      <w:tr w:rsidR="00217531" w:rsidRPr="0076799D" w14:paraId="3FB8E7C4"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4BDA13E" w14:textId="77777777" w:rsidR="00217531" w:rsidRPr="00B65F6B" w:rsidRDefault="00217531" w:rsidP="00217531">
            <w:pPr>
              <w:rPr>
                <w:color w:val="auto"/>
                <w:sz w:val="22"/>
                <w:lang w:val="ru-RU"/>
              </w:rPr>
            </w:pP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9DF8CFB" w14:textId="52F8DB08" w:rsidR="000C7930" w:rsidRPr="00B65F6B" w:rsidRDefault="00217531" w:rsidP="000C7930">
            <w:pPr>
              <w:rPr>
                <w:b/>
                <w:color w:val="auto"/>
                <w:sz w:val="22"/>
                <w:lang w:val="ru-RU"/>
              </w:rPr>
            </w:pPr>
            <w:r w:rsidRPr="00B65F6B">
              <w:rPr>
                <w:rFonts w:eastAsia="Arial"/>
                <w:b/>
                <w:color w:val="auto"/>
                <w:sz w:val="22"/>
                <w:lang w:val="ru-RU"/>
              </w:rPr>
              <w:t xml:space="preserve">А2. </w:t>
            </w:r>
            <w:r w:rsidR="000C7930" w:rsidRPr="00B65F6B">
              <w:rPr>
                <w:b/>
                <w:color w:val="auto"/>
                <w:sz w:val="22"/>
                <w:lang w:val="ru-RU"/>
              </w:rPr>
              <w:t xml:space="preserve">Здатність знаходити, </w:t>
            </w:r>
            <w:r w:rsidR="00B65F6B" w:rsidRPr="00B65F6B">
              <w:rPr>
                <w:b/>
                <w:color w:val="auto"/>
                <w:sz w:val="22"/>
                <w:lang w:val="ru-RU"/>
              </w:rPr>
              <w:t xml:space="preserve">                     </w:t>
            </w:r>
            <w:r w:rsidR="000C7930" w:rsidRPr="00B65F6B">
              <w:rPr>
                <w:b/>
                <w:color w:val="auto"/>
                <w:sz w:val="22"/>
                <w:lang w:val="ru-RU"/>
              </w:rPr>
              <w:t xml:space="preserve">перевіряти та </w:t>
            </w:r>
            <w:r w:rsidR="00B65F6B" w:rsidRPr="00B65F6B">
              <w:rPr>
                <w:b/>
                <w:color w:val="auto"/>
                <w:sz w:val="22"/>
                <w:lang w:val="ru-RU"/>
              </w:rPr>
              <w:t xml:space="preserve">      </w:t>
            </w:r>
            <w:r w:rsidR="000C7930" w:rsidRPr="00B65F6B">
              <w:rPr>
                <w:b/>
                <w:color w:val="auto"/>
                <w:sz w:val="22"/>
                <w:lang w:val="ru-RU"/>
              </w:rPr>
              <w:t>використовувати нормативну й офіційну</w:t>
            </w:r>
            <w:r w:rsidR="00B65F6B" w:rsidRPr="00B65F6B">
              <w:rPr>
                <w:b/>
                <w:color w:val="auto"/>
                <w:sz w:val="22"/>
                <w:lang w:val="ru-RU"/>
              </w:rPr>
              <w:t xml:space="preserve">                          </w:t>
            </w:r>
            <w:r w:rsidR="000C7930" w:rsidRPr="00B65F6B">
              <w:rPr>
                <w:b/>
                <w:color w:val="auto"/>
                <w:sz w:val="22"/>
                <w:lang w:val="ru-RU"/>
              </w:rPr>
              <w:t xml:space="preserve"> інформацію для </w:t>
            </w:r>
            <w:r w:rsidR="00B65F6B" w:rsidRPr="00B65F6B">
              <w:rPr>
                <w:b/>
                <w:color w:val="auto"/>
                <w:sz w:val="22"/>
                <w:lang w:val="ru-RU"/>
              </w:rPr>
              <w:t xml:space="preserve">     </w:t>
            </w:r>
            <w:r w:rsidR="000C7930" w:rsidRPr="00B65F6B">
              <w:rPr>
                <w:b/>
                <w:color w:val="auto"/>
                <w:sz w:val="22"/>
                <w:lang w:val="ru-RU"/>
              </w:rPr>
              <w:t xml:space="preserve">виконання </w:t>
            </w:r>
            <w:r w:rsidR="00B65F6B" w:rsidRPr="00B65F6B">
              <w:rPr>
                <w:b/>
                <w:color w:val="auto"/>
                <w:sz w:val="22"/>
                <w:lang w:val="ru-RU"/>
              </w:rPr>
              <w:t xml:space="preserve">                  </w:t>
            </w:r>
            <w:r w:rsidR="000C7930" w:rsidRPr="00B65F6B">
              <w:rPr>
                <w:b/>
                <w:color w:val="auto"/>
                <w:sz w:val="22"/>
                <w:lang w:val="ru-RU"/>
              </w:rPr>
              <w:t xml:space="preserve">професійних </w:t>
            </w:r>
            <w:r w:rsidR="00B65F6B" w:rsidRPr="00B65F6B">
              <w:rPr>
                <w:b/>
                <w:color w:val="auto"/>
                <w:sz w:val="22"/>
                <w:lang w:val="ru-RU"/>
              </w:rPr>
              <w:t xml:space="preserve">                       </w:t>
            </w:r>
            <w:r w:rsidR="000C7930" w:rsidRPr="00B65F6B">
              <w:rPr>
                <w:b/>
                <w:color w:val="auto"/>
                <w:sz w:val="22"/>
                <w:lang w:val="ru-RU"/>
              </w:rPr>
              <w:t>завдань.</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3FA13A5" w14:textId="7774BB67" w:rsidR="000C7930" w:rsidRPr="00B65F6B" w:rsidRDefault="00217531" w:rsidP="00217531">
            <w:pPr>
              <w:spacing w:after="24"/>
              <w:rPr>
                <w:rFonts w:eastAsia="Arial"/>
                <w:color w:val="auto"/>
                <w:sz w:val="22"/>
                <w:lang w:val="ru-RU"/>
              </w:rPr>
            </w:pPr>
            <w:r w:rsidRPr="00B65F6B">
              <w:rPr>
                <w:rFonts w:eastAsia="Arial"/>
                <w:b/>
                <w:color w:val="auto"/>
                <w:sz w:val="22"/>
                <w:lang w:val="ru-RU"/>
              </w:rPr>
              <w:t xml:space="preserve">А2.З1. </w:t>
            </w:r>
            <w:r w:rsidR="000C7930" w:rsidRPr="00B65F6B">
              <w:rPr>
                <w:rFonts w:eastAsia="Arial"/>
                <w:color w:val="auto"/>
                <w:sz w:val="22"/>
                <w:lang w:val="ru-RU"/>
              </w:rPr>
              <w:t xml:space="preserve">Офіційні джерела </w:t>
            </w:r>
            <w:r w:rsidR="00B65F6B" w:rsidRPr="00B65F6B">
              <w:rPr>
                <w:rFonts w:eastAsia="Arial"/>
                <w:color w:val="auto"/>
                <w:sz w:val="22"/>
                <w:lang w:val="ru-RU"/>
              </w:rPr>
              <w:t xml:space="preserve">              </w:t>
            </w:r>
            <w:r w:rsidR="000C7930" w:rsidRPr="00B65F6B">
              <w:rPr>
                <w:rFonts w:eastAsia="Arial"/>
                <w:color w:val="auto"/>
                <w:sz w:val="22"/>
                <w:lang w:val="ru-RU"/>
              </w:rPr>
              <w:t xml:space="preserve">законодавства та </w:t>
            </w:r>
            <w:r w:rsidR="00B65F6B" w:rsidRPr="00B65F6B">
              <w:rPr>
                <w:rFonts w:eastAsia="Arial"/>
                <w:color w:val="auto"/>
                <w:sz w:val="22"/>
                <w:lang w:val="ru-RU"/>
              </w:rPr>
              <w:t xml:space="preserve">                           </w:t>
            </w:r>
            <w:r w:rsidR="000C7930" w:rsidRPr="00B65F6B">
              <w:rPr>
                <w:rFonts w:eastAsia="Arial"/>
                <w:color w:val="auto"/>
                <w:sz w:val="22"/>
                <w:lang w:val="ru-RU"/>
              </w:rPr>
              <w:t>нормативно-правової</w:t>
            </w:r>
            <w:r w:rsidR="00B65F6B" w:rsidRPr="00B65F6B">
              <w:rPr>
                <w:rFonts w:eastAsia="Arial"/>
                <w:color w:val="auto"/>
                <w:sz w:val="22"/>
                <w:lang w:val="ru-RU"/>
              </w:rPr>
              <w:t xml:space="preserve">                     </w:t>
            </w:r>
            <w:r w:rsidR="000C7930" w:rsidRPr="00B65F6B">
              <w:rPr>
                <w:rFonts w:eastAsia="Arial"/>
                <w:color w:val="auto"/>
                <w:sz w:val="22"/>
                <w:lang w:val="ru-RU"/>
              </w:rPr>
              <w:t xml:space="preserve"> інформації, порядок </w:t>
            </w:r>
            <w:r w:rsidR="00B65F6B" w:rsidRPr="00B65F6B">
              <w:rPr>
                <w:rFonts w:eastAsia="Arial"/>
                <w:color w:val="auto"/>
                <w:sz w:val="22"/>
                <w:lang w:val="ru-RU"/>
              </w:rPr>
              <w:t xml:space="preserve">                    </w:t>
            </w:r>
            <w:r w:rsidR="000C7930" w:rsidRPr="00B65F6B">
              <w:rPr>
                <w:rFonts w:eastAsia="Arial"/>
                <w:color w:val="auto"/>
                <w:sz w:val="22"/>
                <w:lang w:val="ru-RU"/>
              </w:rPr>
              <w:t>перевірки чинності</w:t>
            </w:r>
            <w:r w:rsidR="00B65F6B" w:rsidRPr="00B65F6B">
              <w:rPr>
                <w:rFonts w:eastAsia="Arial"/>
                <w:color w:val="auto"/>
                <w:sz w:val="22"/>
                <w:lang w:val="ru-RU"/>
              </w:rPr>
              <w:t xml:space="preserve">                       </w:t>
            </w:r>
            <w:r w:rsidR="000C7930" w:rsidRPr="00B65F6B">
              <w:rPr>
                <w:rFonts w:eastAsia="Arial"/>
                <w:color w:val="auto"/>
                <w:sz w:val="22"/>
                <w:lang w:val="ru-RU"/>
              </w:rPr>
              <w:t xml:space="preserve"> нормативно-правових актів та визначення їх актуальної</w:t>
            </w:r>
            <w:r w:rsidR="00B65F6B" w:rsidRPr="00B65F6B">
              <w:rPr>
                <w:rFonts w:eastAsia="Arial"/>
                <w:color w:val="auto"/>
                <w:sz w:val="22"/>
                <w:lang w:val="ru-RU"/>
              </w:rPr>
              <w:t xml:space="preserve">              </w:t>
            </w:r>
            <w:r w:rsidR="000C7930" w:rsidRPr="00B65F6B">
              <w:rPr>
                <w:rFonts w:eastAsia="Arial"/>
                <w:color w:val="auto"/>
                <w:sz w:val="22"/>
                <w:lang w:val="ru-RU"/>
              </w:rPr>
              <w:t xml:space="preserve"> редакції.</w:t>
            </w:r>
          </w:p>
          <w:p w14:paraId="05319CCB" w14:textId="77777777" w:rsidR="000C7930" w:rsidRPr="003C4740" w:rsidRDefault="000C7930" w:rsidP="00217531">
            <w:pPr>
              <w:spacing w:after="24"/>
              <w:rPr>
                <w:color w:val="auto"/>
                <w:sz w:val="22"/>
                <w:lang w:val="uk-UA"/>
              </w:rPr>
            </w:pPr>
          </w:p>
          <w:p w14:paraId="2B1E65C9" w14:textId="77B8B75A" w:rsidR="004013F6" w:rsidRPr="003C4740" w:rsidRDefault="00217531" w:rsidP="00217531">
            <w:pPr>
              <w:spacing w:after="24"/>
              <w:rPr>
                <w:rFonts w:eastAsia="Arial"/>
                <w:color w:val="auto"/>
                <w:sz w:val="22"/>
                <w:lang w:val="ru-RU"/>
              </w:rPr>
            </w:pPr>
            <w:r w:rsidRPr="00B65F6B">
              <w:rPr>
                <w:rFonts w:eastAsia="Arial"/>
                <w:b/>
                <w:color w:val="auto"/>
                <w:sz w:val="22"/>
                <w:lang w:val="ru-RU"/>
              </w:rPr>
              <w:t xml:space="preserve">А2.З2. </w:t>
            </w:r>
            <w:r w:rsidR="004013F6" w:rsidRPr="00B65F6B">
              <w:rPr>
                <w:color w:val="auto"/>
                <w:sz w:val="22"/>
                <w:lang w:val="ru-RU"/>
              </w:rPr>
              <w:t>Порядок використання державних інформаційних</w:t>
            </w:r>
            <w:r w:rsidR="00B65F6B" w:rsidRPr="00B65F6B">
              <w:rPr>
                <w:color w:val="auto"/>
                <w:sz w:val="22"/>
                <w:lang w:val="ru-RU"/>
              </w:rPr>
              <w:t xml:space="preserve"> </w:t>
            </w:r>
            <w:r w:rsidR="004013F6" w:rsidRPr="00B65F6B">
              <w:rPr>
                <w:color w:val="auto"/>
                <w:sz w:val="22"/>
                <w:lang w:val="ru-RU"/>
              </w:rPr>
              <w:t xml:space="preserve"> ресурсів, електронних сервісів та систем </w:t>
            </w:r>
            <w:r w:rsidR="00B65F6B" w:rsidRPr="00B65F6B">
              <w:rPr>
                <w:color w:val="auto"/>
                <w:sz w:val="22"/>
                <w:lang w:val="ru-RU"/>
              </w:rPr>
              <w:t xml:space="preserve">                        </w:t>
            </w:r>
            <w:r w:rsidR="004013F6" w:rsidRPr="00B65F6B">
              <w:rPr>
                <w:color w:val="auto"/>
                <w:sz w:val="22"/>
                <w:lang w:val="ru-RU"/>
              </w:rPr>
              <w:t>електронної взаємодії.</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641E24A7" w14:textId="2BC42178" w:rsidR="00D07FA7" w:rsidRPr="00B65F6B" w:rsidRDefault="00217531" w:rsidP="00217531">
            <w:pPr>
              <w:spacing w:after="24"/>
              <w:rPr>
                <w:rFonts w:eastAsia="Arial"/>
                <w:color w:val="auto"/>
                <w:sz w:val="22"/>
                <w:lang w:val="ru-RU"/>
              </w:rPr>
            </w:pPr>
            <w:r w:rsidRPr="00B65F6B">
              <w:rPr>
                <w:rFonts w:eastAsia="Arial"/>
                <w:b/>
                <w:color w:val="auto"/>
                <w:sz w:val="22"/>
                <w:lang w:val="ru-RU"/>
              </w:rPr>
              <w:t xml:space="preserve">А2.У1. </w:t>
            </w:r>
            <w:r w:rsidR="00D07FA7" w:rsidRPr="00B65F6B">
              <w:rPr>
                <w:rFonts w:eastAsia="Arial"/>
                <w:color w:val="auto"/>
                <w:sz w:val="22"/>
                <w:lang w:val="ru-RU"/>
              </w:rPr>
              <w:t xml:space="preserve">Знаходити, добирати, перевіряти актуальність і </w:t>
            </w:r>
            <w:r w:rsidR="00B65F6B" w:rsidRPr="00B65F6B">
              <w:rPr>
                <w:rFonts w:eastAsia="Arial"/>
                <w:color w:val="auto"/>
                <w:sz w:val="22"/>
                <w:lang w:val="ru-RU"/>
              </w:rPr>
              <w:t xml:space="preserve">            </w:t>
            </w:r>
            <w:r w:rsidR="00D07FA7" w:rsidRPr="00B65F6B">
              <w:rPr>
                <w:rFonts w:eastAsia="Arial"/>
                <w:color w:val="auto"/>
                <w:sz w:val="22"/>
                <w:lang w:val="ru-RU"/>
              </w:rPr>
              <w:t>систематизувати нормативну та офіційну інформацію відповідно до професійного завдання.</w:t>
            </w:r>
          </w:p>
          <w:p w14:paraId="51329BF2" w14:textId="77777777" w:rsidR="00D07FA7" w:rsidRPr="00B65F6B" w:rsidRDefault="00D07FA7" w:rsidP="00217531">
            <w:pPr>
              <w:spacing w:after="24"/>
              <w:rPr>
                <w:color w:val="auto"/>
                <w:sz w:val="22"/>
                <w:lang w:val="ru-RU"/>
              </w:rPr>
            </w:pPr>
          </w:p>
          <w:p w14:paraId="7D9B7609" w14:textId="08268EF9" w:rsidR="00D07FA7" w:rsidRPr="003C4740" w:rsidRDefault="00217531" w:rsidP="00D07FA7">
            <w:pPr>
              <w:spacing w:after="24"/>
              <w:rPr>
                <w:color w:val="00B050"/>
                <w:sz w:val="22"/>
                <w:lang w:val="ru-RU"/>
              </w:rPr>
            </w:pPr>
            <w:r w:rsidRPr="00B65F6B">
              <w:rPr>
                <w:rFonts w:eastAsia="Arial"/>
                <w:b/>
                <w:color w:val="auto"/>
                <w:sz w:val="22"/>
                <w:lang w:val="ru-RU"/>
              </w:rPr>
              <w:t xml:space="preserve">А2.У2. </w:t>
            </w:r>
            <w:r w:rsidR="00D07FA7" w:rsidRPr="00B65F6B">
              <w:rPr>
                <w:color w:val="auto"/>
                <w:sz w:val="22"/>
                <w:lang w:val="ru-RU"/>
              </w:rPr>
              <w:t>Використовувати офіційні інформаційні</w:t>
            </w:r>
            <w:r w:rsidR="00B65F6B" w:rsidRPr="00B65F6B">
              <w:rPr>
                <w:color w:val="auto"/>
                <w:sz w:val="22"/>
                <w:lang w:val="ru-RU"/>
              </w:rPr>
              <w:t xml:space="preserve">                 </w:t>
            </w:r>
            <w:r w:rsidR="00D07FA7" w:rsidRPr="00B65F6B">
              <w:rPr>
                <w:color w:val="auto"/>
                <w:sz w:val="22"/>
                <w:lang w:val="ru-RU"/>
              </w:rPr>
              <w:t xml:space="preserve"> ресурси та системи </w:t>
            </w:r>
            <w:r w:rsidR="00B65F6B" w:rsidRPr="00B65F6B">
              <w:rPr>
                <w:color w:val="auto"/>
                <w:sz w:val="22"/>
                <w:lang w:val="ru-RU"/>
              </w:rPr>
              <w:t xml:space="preserve">         </w:t>
            </w:r>
            <w:r w:rsidR="00D07FA7" w:rsidRPr="00B65F6B">
              <w:rPr>
                <w:color w:val="auto"/>
                <w:sz w:val="22"/>
                <w:lang w:val="ru-RU"/>
              </w:rPr>
              <w:t>електронної взаємодії для</w:t>
            </w:r>
            <w:r w:rsidR="00B65F6B" w:rsidRPr="00B65F6B">
              <w:rPr>
                <w:color w:val="auto"/>
                <w:sz w:val="22"/>
                <w:lang w:val="ru-RU"/>
              </w:rPr>
              <w:t xml:space="preserve">            </w:t>
            </w:r>
            <w:r w:rsidR="00D07FA7" w:rsidRPr="00B65F6B">
              <w:rPr>
                <w:color w:val="auto"/>
                <w:sz w:val="22"/>
                <w:lang w:val="ru-RU"/>
              </w:rPr>
              <w:t xml:space="preserve"> отримання і перевірки </w:t>
            </w:r>
            <w:r w:rsidR="00B65F6B" w:rsidRPr="00B65F6B">
              <w:rPr>
                <w:color w:val="auto"/>
                <w:sz w:val="22"/>
                <w:lang w:val="ru-RU"/>
              </w:rPr>
              <w:t xml:space="preserve">                </w:t>
            </w:r>
            <w:r w:rsidR="00D07FA7" w:rsidRPr="00B65F6B">
              <w:rPr>
                <w:color w:val="auto"/>
                <w:sz w:val="22"/>
                <w:lang w:val="ru-RU"/>
              </w:rPr>
              <w:t>необхідної інформації.</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500C2DF5" w14:textId="60F3CF7E" w:rsidR="00585854" w:rsidRPr="00B65F6B" w:rsidRDefault="00217531" w:rsidP="00217531">
            <w:pPr>
              <w:spacing w:after="24"/>
              <w:rPr>
                <w:rFonts w:eastAsia="Arial"/>
                <w:color w:val="auto"/>
                <w:sz w:val="22"/>
                <w:lang w:val="ru-RU"/>
              </w:rPr>
            </w:pPr>
            <w:r w:rsidRPr="00B65F6B">
              <w:rPr>
                <w:rFonts w:eastAsia="Arial"/>
                <w:b/>
                <w:color w:val="auto"/>
                <w:sz w:val="22"/>
                <w:lang w:val="ru-RU"/>
              </w:rPr>
              <w:t xml:space="preserve">А2.К1. </w:t>
            </w:r>
            <w:r w:rsidR="00585854" w:rsidRPr="00B65F6B">
              <w:rPr>
                <w:color w:val="auto"/>
                <w:sz w:val="22"/>
                <w:lang w:val="ru-RU"/>
              </w:rPr>
              <w:t xml:space="preserve">Формулювати професійні запити та </w:t>
            </w:r>
            <w:r w:rsidR="00B65F6B" w:rsidRPr="00B65F6B">
              <w:rPr>
                <w:color w:val="auto"/>
                <w:sz w:val="22"/>
                <w:lang w:val="ru-RU"/>
              </w:rPr>
              <w:t xml:space="preserve">              </w:t>
            </w:r>
            <w:r w:rsidR="00585854" w:rsidRPr="00B65F6B">
              <w:rPr>
                <w:color w:val="auto"/>
                <w:sz w:val="22"/>
                <w:lang w:val="ru-RU"/>
              </w:rPr>
              <w:t>повідомляти інформацію із зазначенням її офіційного джерела.</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E4BDF0D" w14:textId="314E1365" w:rsidR="00585854" w:rsidRPr="00B65F6B" w:rsidRDefault="00217531" w:rsidP="00585854">
            <w:pPr>
              <w:spacing w:after="24"/>
              <w:rPr>
                <w:color w:val="auto"/>
                <w:sz w:val="22"/>
                <w:lang w:val="ru-RU"/>
              </w:rPr>
            </w:pPr>
            <w:r w:rsidRPr="00B65F6B">
              <w:rPr>
                <w:rFonts w:eastAsia="Arial"/>
                <w:b/>
                <w:color w:val="auto"/>
                <w:sz w:val="22"/>
                <w:lang w:val="ru-RU"/>
              </w:rPr>
              <w:t xml:space="preserve">А2.В1. </w:t>
            </w:r>
            <w:r w:rsidR="00585854" w:rsidRPr="00B65F6B">
              <w:rPr>
                <w:color w:val="auto"/>
                <w:sz w:val="22"/>
                <w:lang w:val="ru-RU"/>
              </w:rPr>
              <w:t xml:space="preserve">Самостійно визначати належні офіційні джерела </w:t>
            </w:r>
            <w:r w:rsidR="00B65F6B" w:rsidRPr="00B65F6B">
              <w:rPr>
                <w:color w:val="auto"/>
                <w:sz w:val="22"/>
                <w:lang w:val="ru-RU"/>
              </w:rPr>
              <w:t xml:space="preserve">                  </w:t>
            </w:r>
            <w:r w:rsidR="00585854" w:rsidRPr="00B65F6B">
              <w:rPr>
                <w:color w:val="auto"/>
                <w:sz w:val="22"/>
                <w:lang w:val="ru-RU"/>
              </w:rPr>
              <w:t xml:space="preserve">інформації та відповідати за </w:t>
            </w:r>
            <w:r w:rsidR="00B65F6B" w:rsidRPr="00B65F6B">
              <w:rPr>
                <w:color w:val="auto"/>
                <w:sz w:val="22"/>
                <w:lang w:val="ru-RU"/>
              </w:rPr>
              <w:t xml:space="preserve">                            </w:t>
            </w:r>
            <w:r w:rsidR="00585854" w:rsidRPr="00B65F6B">
              <w:rPr>
                <w:color w:val="auto"/>
                <w:sz w:val="22"/>
                <w:lang w:val="ru-RU"/>
              </w:rPr>
              <w:t xml:space="preserve">актуальність інформації, використаної під час </w:t>
            </w:r>
            <w:r w:rsidR="00B65F6B" w:rsidRPr="00B65F6B">
              <w:rPr>
                <w:color w:val="auto"/>
                <w:sz w:val="22"/>
                <w:lang w:val="ru-RU"/>
              </w:rPr>
              <w:t xml:space="preserve">             </w:t>
            </w:r>
            <w:r w:rsidR="00585854" w:rsidRPr="00B65F6B">
              <w:rPr>
                <w:color w:val="auto"/>
                <w:sz w:val="22"/>
                <w:lang w:val="ru-RU"/>
              </w:rPr>
              <w:t>супроводу.</w:t>
            </w:r>
          </w:p>
        </w:tc>
      </w:tr>
      <w:tr w:rsidR="00217531" w:rsidRPr="0076799D" w14:paraId="1CD8D704"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3A00F5D" w14:textId="77777777" w:rsidR="00217531" w:rsidRPr="003C4740" w:rsidRDefault="00217531" w:rsidP="00217531">
            <w:pPr>
              <w:rPr>
                <w:color w:val="auto"/>
                <w:sz w:val="22"/>
                <w:lang w:val="ru-RU"/>
              </w:rPr>
            </w:pP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E7A2F5D" w14:textId="7DE3C800" w:rsidR="00217531" w:rsidRPr="003C4740" w:rsidRDefault="00217531" w:rsidP="00217531">
            <w:pPr>
              <w:rPr>
                <w:color w:val="auto"/>
                <w:sz w:val="22"/>
                <w:lang w:val="ru-RU"/>
              </w:rPr>
            </w:pPr>
            <w:r w:rsidRPr="00B65F6B">
              <w:rPr>
                <w:rFonts w:eastAsia="Arial"/>
                <w:b/>
                <w:color w:val="auto"/>
                <w:sz w:val="22"/>
                <w:lang w:val="ru-RU"/>
              </w:rPr>
              <w:t>А3</w:t>
            </w:r>
            <w:r w:rsidR="00585854" w:rsidRPr="00B65F6B">
              <w:rPr>
                <w:rFonts w:eastAsia="Arial"/>
                <w:b/>
                <w:color w:val="auto"/>
                <w:sz w:val="22"/>
                <w:lang w:val="ru-RU"/>
              </w:rPr>
              <w:t>. Здатність</w:t>
            </w:r>
            <w:r w:rsidR="00B65F6B" w:rsidRPr="00B65F6B">
              <w:rPr>
                <w:rFonts w:eastAsia="Arial"/>
                <w:b/>
                <w:color w:val="auto"/>
                <w:sz w:val="22"/>
                <w:lang w:val="ru-RU"/>
              </w:rPr>
              <w:t xml:space="preserve">                 </w:t>
            </w:r>
            <w:r w:rsidR="00585854" w:rsidRPr="00B65F6B">
              <w:rPr>
                <w:rFonts w:eastAsia="Arial"/>
                <w:b/>
                <w:color w:val="auto"/>
                <w:sz w:val="22"/>
                <w:lang w:val="ru-RU"/>
              </w:rPr>
              <w:t xml:space="preserve"> планувати, </w:t>
            </w:r>
            <w:r w:rsidR="00B65F6B" w:rsidRPr="00B65F6B">
              <w:rPr>
                <w:rFonts w:eastAsia="Arial"/>
                <w:b/>
                <w:color w:val="auto"/>
                <w:sz w:val="22"/>
                <w:lang w:val="ru-RU"/>
              </w:rPr>
              <w:t xml:space="preserve">                     </w:t>
            </w:r>
            <w:r w:rsidR="00585854" w:rsidRPr="00B65F6B">
              <w:rPr>
                <w:rFonts w:eastAsia="Arial"/>
                <w:b/>
                <w:color w:val="auto"/>
                <w:sz w:val="22"/>
                <w:lang w:val="ru-RU"/>
              </w:rPr>
              <w:t xml:space="preserve">організовувати та контролювати </w:t>
            </w:r>
            <w:r w:rsidR="00585854" w:rsidRPr="00B65F6B">
              <w:rPr>
                <w:rFonts w:eastAsia="Arial"/>
                <w:b/>
                <w:color w:val="auto"/>
                <w:sz w:val="22"/>
                <w:lang w:val="ru-RU"/>
              </w:rPr>
              <w:lastRenderedPageBreak/>
              <w:t xml:space="preserve">виконання </w:t>
            </w:r>
            <w:r w:rsidR="00B65F6B" w:rsidRPr="00B65F6B">
              <w:rPr>
                <w:rFonts w:eastAsia="Arial"/>
                <w:b/>
                <w:color w:val="auto"/>
                <w:sz w:val="22"/>
                <w:lang w:val="ru-RU"/>
              </w:rPr>
              <w:t xml:space="preserve">                </w:t>
            </w:r>
            <w:r w:rsidR="00585854" w:rsidRPr="00B65F6B">
              <w:rPr>
                <w:rFonts w:eastAsia="Arial"/>
                <w:b/>
                <w:color w:val="auto"/>
                <w:sz w:val="22"/>
                <w:lang w:val="ru-RU"/>
              </w:rPr>
              <w:t>професійних завдань.</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41D9C80" w14:textId="4EF54C17" w:rsidR="00585854" w:rsidRPr="00442DAF" w:rsidRDefault="00217531" w:rsidP="00217531">
            <w:pPr>
              <w:spacing w:after="24"/>
              <w:rPr>
                <w:rFonts w:eastAsia="Arial"/>
                <w:color w:val="auto"/>
                <w:sz w:val="22"/>
                <w:lang w:val="ru-RU"/>
              </w:rPr>
            </w:pPr>
            <w:r w:rsidRPr="00442DAF">
              <w:rPr>
                <w:rFonts w:eastAsia="Arial"/>
                <w:b/>
                <w:color w:val="auto"/>
                <w:sz w:val="22"/>
                <w:lang w:val="ru-RU"/>
              </w:rPr>
              <w:lastRenderedPageBreak/>
              <w:t xml:space="preserve">А3.З1. </w:t>
            </w:r>
            <w:r w:rsidR="00585854" w:rsidRPr="00442DAF">
              <w:rPr>
                <w:rFonts w:eastAsia="Arial"/>
                <w:color w:val="auto"/>
                <w:sz w:val="22"/>
                <w:lang w:val="ru-RU"/>
              </w:rPr>
              <w:t xml:space="preserve">Принципи планування професійної діяльності, визначення пріоритетів, </w:t>
            </w:r>
            <w:r w:rsidR="00585854" w:rsidRPr="00442DAF">
              <w:rPr>
                <w:rFonts w:eastAsia="Arial"/>
                <w:color w:val="auto"/>
                <w:sz w:val="22"/>
                <w:lang w:val="ru-RU"/>
              </w:rPr>
              <w:lastRenderedPageBreak/>
              <w:t xml:space="preserve">строків і послідовності </w:t>
            </w:r>
            <w:r w:rsidR="00344A81" w:rsidRPr="00442DAF">
              <w:rPr>
                <w:rFonts w:eastAsia="Arial"/>
                <w:color w:val="auto"/>
                <w:sz w:val="22"/>
                <w:lang w:val="ru-RU"/>
              </w:rPr>
              <w:t xml:space="preserve">              </w:t>
            </w:r>
            <w:r w:rsidR="00585854" w:rsidRPr="00442DAF">
              <w:rPr>
                <w:rFonts w:eastAsia="Arial"/>
                <w:color w:val="auto"/>
                <w:sz w:val="22"/>
                <w:lang w:val="ru-RU"/>
              </w:rPr>
              <w:t>виконання завдань.</w:t>
            </w:r>
          </w:p>
          <w:p w14:paraId="27ECDF01" w14:textId="77777777" w:rsidR="00585854" w:rsidRPr="00442DAF" w:rsidRDefault="00585854" w:rsidP="00217531">
            <w:pPr>
              <w:spacing w:after="24"/>
              <w:rPr>
                <w:color w:val="auto"/>
                <w:sz w:val="22"/>
                <w:lang w:val="ru-RU"/>
              </w:rPr>
            </w:pPr>
          </w:p>
          <w:p w14:paraId="549C9F6B" w14:textId="000FEC92" w:rsidR="00585854" w:rsidRPr="00442DAF" w:rsidRDefault="00217531" w:rsidP="00217531">
            <w:pPr>
              <w:spacing w:after="24"/>
              <w:rPr>
                <w:rFonts w:eastAsia="Arial"/>
                <w:color w:val="auto"/>
                <w:sz w:val="22"/>
                <w:lang w:val="ru-RU"/>
              </w:rPr>
            </w:pPr>
            <w:r w:rsidRPr="00442DAF">
              <w:rPr>
                <w:rFonts w:eastAsia="Arial"/>
                <w:b/>
                <w:color w:val="auto"/>
                <w:sz w:val="22"/>
                <w:lang w:val="ru-RU"/>
              </w:rPr>
              <w:t xml:space="preserve">А3.З2. </w:t>
            </w:r>
            <w:r w:rsidR="00585854" w:rsidRPr="00442DAF">
              <w:rPr>
                <w:rFonts w:eastAsia="Arial"/>
                <w:color w:val="auto"/>
                <w:sz w:val="22"/>
                <w:lang w:val="ru-RU"/>
              </w:rPr>
              <w:t xml:space="preserve">Критерії визначення терміновості та складності випадку, робочого навантаження, ризиків і потреби у </w:t>
            </w:r>
            <w:r w:rsidR="00442DAF" w:rsidRPr="00442DAF">
              <w:rPr>
                <w:rFonts w:eastAsia="Arial"/>
                <w:color w:val="auto"/>
                <w:sz w:val="22"/>
                <w:lang w:val="ru-RU"/>
              </w:rPr>
              <w:t xml:space="preserve">      </w:t>
            </w:r>
            <w:r w:rsidR="00585854" w:rsidRPr="00442DAF">
              <w:rPr>
                <w:rFonts w:eastAsia="Arial"/>
                <w:color w:val="auto"/>
                <w:sz w:val="22"/>
                <w:lang w:val="ru-RU"/>
              </w:rPr>
              <w:t>залученні інших фахівців.</w:t>
            </w:r>
          </w:p>
          <w:p w14:paraId="1F410FDB" w14:textId="77777777" w:rsidR="00585854" w:rsidRPr="003C4740" w:rsidRDefault="00585854" w:rsidP="00217531">
            <w:pPr>
              <w:spacing w:after="24"/>
              <w:rPr>
                <w:color w:val="auto"/>
                <w:sz w:val="22"/>
                <w:lang w:val="ru-RU"/>
              </w:rPr>
            </w:pP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55D85B1C" w14:textId="08E83D5A" w:rsidR="00476CBD" w:rsidRPr="00442DAF" w:rsidRDefault="00217531" w:rsidP="00217531">
            <w:pPr>
              <w:spacing w:after="24"/>
              <w:rPr>
                <w:rFonts w:eastAsia="Arial"/>
                <w:color w:val="auto"/>
                <w:sz w:val="22"/>
                <w:lang w:val="ru-RU"/>
              </w:rPr>
            </w:pPr>
            <w:r w:rsidRPr="00442DAF">
              <w:rPr>
                <w:rFonts w:eastAsia="Arial"/>
                <w:b/>
                <w:color w:val="auto"/>
                <w:sz w:val="22"/>
                <w:lang w:val="ru-RU"/>
              </w:rPr>
              <w:lastRenderedPageBreak/>
              <w:t xml:space="preserve">А3.У1. </w:t>
            </w:r>
            <w:r w:rsidR="00476CBD" w:rsidRPr="00442DAF">
              <w:rPr>
                <w:rFonts w:eastAsia="Arial"/>
                <w:color w:val="auto"/>
                <w:sz w:val="22"/>
                <w:lang w:val="ru-RU"/>
              </w:rPr>
              <w:t xml:space="preserve">Планувати очну, </w:t>
            </w:r>
            <w:r w:rsidR="00442DAF" w:rsidRPr="00442DAF">
              <w:rPr>
                <w:rFonts w:eastAsia="Arial"/>
                <w:color w:val="auto"/>
                <w:sz w:val="22"/>
                <w:lang w:val="ru-RU"/>
              </w:rPr>
              <w:t xml:space="preserve">           </w:t>
            </w:r>
            <w:r w:rsidR="00476CBD" w:rsidRPr="00442DAF">
              <w:rPr>
                <w:rFonts w:eastAsia="Arial"/>
                <w:color w:val="auto"/>
                <w:sz w:val="22"/>
                <w:lang w:val="ru-RU"/>
              </w:rPr>
              <w:t xml:space="preserve">дистанційну, виїзну та </w:t>
            </w:r>
            <w:r w:rsidR="00442DAF" w:rsidRPr="00442DAF">
              <w:rPr>
                <w:rFonts w:eastAsia="Arial"/>
                <w:color w:val="auto"/>
                <w:sz w:val="22"/>
                <w:lang w:val="ru-RU"/>
              </w:rPr>
              <w:t xml:space="preserve">              </w:t>
            </w:r>
            <w:r w:rsidR="00476CBD" w:rsidRPr="00442DAF">
              <w:rPr>
                <w:rFonts w:eastAsia="Arial"/>
                <w:color w:val="auto"/>
                <w:sz w:val="22"/>
                <w:lang w:val="ru-RU"/>
              </w:rPr>
              <w:t xml:space="preserve">документальну роботу з урахуванням потреб, </w:t>
            </w:r>
            <w:r w:rsidR="00476CBD" w:rsidRPr="00442DAF">
              <w:rPr>
                <w:rFonts w:eastAsia="Arial"/>
                <w:color w:val="auto"/>
                <w:sz w:val="22"/>
                <w:lang w:val="ru-RU"/>
              </w:rPr>
              <w:lastRenderedPageBreak/>
              <w:t>можливостей і визначених пріоритетів отримувача підтримки.</w:t>
            </w:r>
          </w:p>
          <w:p w14:paraId="00A781A9" w14:textId="77777777" w:rsidR="00476CBD" w:rsidRPr="003C4740" w:rsidRDefault="00476CBD" w:rsidP="00217531">
            <w:pPr>
              <w:spacing w:after="24"/>
              <w:rPr>
                <w:color w:val="auto"/>
                <w:sz w:val="22"/>
                <w:lang w:val="ru-RU"/>
              </w:rPr>
            </w:pPr>
          </w:p>
          <w:p w14:paraId="7F4F4502" w14:textId="6330FE0E" w:rsidR="00476CBD" w:rsidRPr="003C4740" w:rsidRDefault="00217531" w:rsidP="00217531">
            <w:pPr>
              <w:spacing w:after="24"/>
              <w:rPr>
                <w:rFonts w:eastAsia="Arial"/>
                <w:color w:val="auto"/>
                <w:sz w:val="22"/>
                <w:lang w:val="ru-RU"/>
              </w:rPr>
            </w:pPr>
            <w:r w:rsidRPr="00430841">
              <w:rPr>
                <w:rFonts w:eastAsia="Arial"/>
                <w:b/>
                <w:color w:val="auto"/>
                <w:sz w:val="22"/>
                <w:lang w:val="ru-RU"/>
              </w:rPr>
              <w:t xml:space="preserve">А3.У2. </w:t>
            </w:r>
            <w:r w:rsidR="00476CBD" w:rsidRPr="00430841">
              <w:rPr>
                <w:color w:val="auto"/>
                <w:sz w:val="22"/>
                <w:lang w:val="ru-RU"/>
              </w:rPr>
              <w:t xml:space="preserve">Визначати строки </w:t>
            </w:r>
            <w:r w:rsidR="00442DAF" w:rsidRPr="00430841">
              <w:rPr>
                <w:color w:val="auto"/>
                <w:sz w:val="22"/>
                <w:lang w:val="ru-RU"/>
              </w:rPr>
              <w:t xml:space="preserve">          </w:t>
            </w:r>
            <w:r w:rsidR="00476CBD" w:rsidRPr="00430841">
              <w:rPr>
                <w:color w:val="auto"/>
                <w:sz w:val="22"/>
                <w:lang w:val="ru-RU"/>
              </w:rPr>
              <w:t xml:space="preserve">виконання завдань, </w:t>
            </w:r>
            <w:r w:rsidR="00442DAF" w:rsidRPr="00430841">
              <w:rPr>
                <w:color w:val="auto"/>
                <w:sz w:val="22"/>
                <w:lang w:val="ru-RU"/>
              </w:rPr>
              <w:t xml:space="preserve">                     </w:t>
            </w:r>
            <w:r w:rsidR="00476CBD" w:rsidRPr="00430841">
              <w:rPr>
                <w:color w:val="auto"/>
                <w:sz w:val="22"/>
                <w:lang w:val="ru-RU"/>
              </w:rPr>
              <w:t>контролювати їх дотримання та коригувати послідовність професійних дій.</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F1752B1" w14:textId="57059227" w:rsidR="00476CBD" w:rsidRPr="003C4740" w:rsidRDefault="00217531" w:rsidP="00476CBD">
            <w:pPr>
              <w:spacing w:after="24"/>
              <w:rPr>
                <w:color w:val="auto"/>
                <w:sz w:val="22"/>
                <w:lang w:val="ru-RU"/>
              </w:rPr>
            </w:pPr>
            <w:r w:rsidRPr="00430841">
              <w:rPr>
                <w:rFonts w:eastAsia="Arial"/>
                <w:b/>
                <w:color w:val="auto"/>
                <w:sz w:val="22"/>
                <w:lang w:val="ru-RU"/>
              </w:rPr>
              <w:lastRenderedPageBreak/>
              <w:t xml:space="preserve">А3.К1. </w:t>
            </w:r>
            <w:r w:rsidR="00476CBD" w:rsidRPr="00430841">
              <w:rPr>
                <w:rFonts w:eastAsia="Arial"/>
                <w:color w:val="auto"/>
                <w:sz w:val="22"/>
                <w:lang w:val="ru-RU"/>
              </w:rPr>
              <w:t>Узгоджувати з</w:t>
            </w:r>
            <w:r w:rsidR="00430841" w:rsidRPr="00430841">
              <w:rPr>
                <w:rFonts w:eastAsia="Arial"/>
                <w:color w:val="auto"/>
                <w:sz w:val="22"/>
                <w:lang w:val="ru-RU"/>
              </w:rPr>
              <w:t xml:space="preserve">  </w:t>
            </w:r>
            <w:r w:rsidR="00476CBD" w:rsidRPr="00430841">
              <w:rPr>
                <w:rFonts w:eastAsia="Arial"/>
                <w:color w:val="auto"/>
                <w:sz w:val="22"/>
                <w:lang w:val="ru-RU"/>
              </w:rPr>
              <w:t xml:space="preserve"> отримувачем підтримки та залученими </w:t>
            </w:r>
            <w:r w:rsidR="00430841" w:rsidRPr="00430841">
              <w:rPr>
                <w:rFonts w:eastAsia="Arial"/>
                <w:color w:val="auto"/>
                <w:sz w:val="22"/>
                <w:lang w:val="ru-RU"/>
              </w:rPr>
              <w:t xml:space="preserve">               </w:t>
            </w:r>
            <w:r w:rsidR="00476CBD" w:rsidRPr="00430841">
              <w:rPr>
                <w:rFonts w:eastAsia="Arial"/>
                <w:color w:val="auto"/>
                <w:sz w:val="22"/>
                <w:lang w:val="ru-RU"/>
              </w:rPr>
              <w:t xml:space="preserve">суб'єктами строки, </w:t>
            </w:r>
            <w:r w:rsidR="00476CBD" w:rsidRPr="00430841">
              <w:rPr>
                <w:rFonts w:eastAsia="Arial"/>
                <w:color w:val="auto"/>
                <w:sz w:val="22"/>
                <w:lang w:val="ru-RU"/>
              </w:rPr>
              <w:lastRenderedPageBreak/>
              <w:t>послідовність дій, відповідальних осіб і очікувані результати.</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5CCC189B" w14:textId="0F6BDB49" w:rsidR="00476CBD" w:rsidRPr="003C4740" w:rsidRDefault="00217531" w:rsidP="00217531">
            <w:pPr>
              <w:spacing w:after="24"/>
              <w:rPr>
                <w:rFonts w:eastAsia="Arial"/>
                <w:color w:val="auto"/>
                <w:sz w:val="22"/>
                <w:lang w:val="ru-RU"/>
              </w:rPr>
            </w:pPr>
            <w:r w:rsidRPr="00430841">
              <w:rPr>
                <w:rFonts w:eastAsia="Arial"/>
                <w:b/>
                <w:color w:val="auto"/>
                <w:sz w:val="22"/>
                <w:lang w:val="ru-RU"/>
              </w:rPr>
              <w:lastRenderedPageBreak/>
              <w:t xml:space="preserve">А3.В1. </w:t>
            </w:r>
            <w:r w:rsidR="00476CBD" w:rsidRPr="00430841">
              <w:rPr>
                <w:color w:val="auto"/>
                <w:sz w:val="22"/>
                <w:lang w:val="ru-RU"/>
              </w:rPr>
              <w:t>Самостійно</w:t>
            </w:r>
            <w:r w:rsidR="00430841" w:rsidRPr="00430841">
              <w:rPr>
                <w:color w:val="auto"/>
                <w:sz w:val="22"/>
                <w:lang w:val="ru-RU"/>
              </w:rPr>
              <w:t xml:space="preserve">           </w:t>
            </w:r>
            <w:r w:rsidR="00476CBD" w:rsidRPr="00430841">
              <w:rPr>
                <w:color w:val="auto"/>
                <w:sz w:val="22"/>
                <w:lang w:val="ru-RU"/>
              </w:rPr>
              <w:t xml:space="preserve"> організовувати </w:t>
            </w:r>
            <w:r w:rsidR="00430841" w:rsidRPr="00430841">
              <w:rPr>
                <w:color w:val="auto"/>
                <w:sz w:val="22"/>
                <w:lang w:val="ru-RU"/>
              </w:rPr>
              <w:t xml:space="preserve">                 </w:t>
            </w:r>
            <w:r w:rsidR="00476CBD" w:rsidRPr="00430841">
              <w:rPr>
                <w:color w:val="auto"/>
                <w:sz w:val="22"/>
                <w:lang w:val="ru-RU"/>
              </w:rPr>
              <w:t xml:space="preserve">професійну діяльність, своєчасно виявляти </w:t>
            </w:r>
            <w:r w:rsidR="00476CBD" w:rsidRPr="00430841">
              <w:rPr>
                <w:color w:val="auto"/>
                <w:sz w:val="22"/>
                <w:lang w:val="ru-RU"/>
              </w:rPr>
              <w:lastRenderedPageBreak/>
              <w:t>ризики та повідомляти про обставини, що перешкоджають виконанню визначених завдань.</w:t>
            </w:r>
          </w:p>
        </w:tc>
      </w:tr>
      <w:tr w:rsidR="00217531" w:rsidRPr="0076799D" w14:paraId="24D1642B"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5BD6CB9" w14:textId="77777777" w:rsidR="00217531" w:rsidRPr="003C4740" w:rsidRDefault="00217531" w:rsidP="00217531">
            <w:pPr>
              <w:rPr>
                <w:color w:val="auto"/>
                <w:sz w:val="22"/>
                <w:lang w:val="ru-RU"/>
              </w:rPr>
            </w:pP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93A5FAC" w14:textId="47E18FCF" w:rsidR="00570057" w:rsidRPr="00430841" w:rsidRDefault="00217531" w:rsidP="00217531">
            <w:pPr>
              <w:rPr>
                <w:rFonts w:eastAsia="Arial"/>
                <w:b/>
                <w:color w:val="auto"/>
                <w:sz w:val="22"/>
                <w:lang w:val="ru-RU"/>
              </w:rPr>
            </w:pPr>
            <w:r w:rsidRPr="00430841">
              <w:rPr>
                <w:rFonts w:eastAsia="Arial"/>
                <w:b/>
                <w:color w:val="auto"/>
                <w:sz w:val="22"/>
                <w:lang w:val="ru-RU"/>
              </w:rPr>
              <w:t xml:space="preserve">Ц1. </w:t>
            </w:r>
            <w:r w:rsidR="00570057" w:rsidRPr="00430841">
              <w:rPr>
                <w:rFonts w:eastAsia="Arial"/>
                <w:b/>
                <w:color w:val="auto"/>
                <w:sz w:val="22"/>
                <w:lang w:val="ru-RU"/>
              </w:rPr>
              <w:t xml:space="preserve">Здатність </w:t>
            </w:r>
            <w:r w:rsidR="00430841" w:rsidRPr="00430841">
              <w:rPr>
                <w:rFonts w:eastAsia="Arial"/>
                <w:b/>
                <w:color w:val="auto"/>
                <w:sz w:val="22"/>
                <w:lang w:val="ru-RU"/>
              </w:rPr>
              <w:t xml:space="preserve">               </w:t>
            </w:r>
            <w:r w:rsidR="00570057" w:rsidRPr="00430841">
              <w:rPr>
                <w:rFonts w:eastAsia="Arial"/>
                <w:b/>
                <w:color w:val="auto"/>
                <w:sz w:val="22"/>
                <w:lang w:val="ru-RU"/>
              </w:rPr>
              <w:t>використовувати цифрові</w:t>
            </w:r>
            <w:r w:rsidR="00430841" w:rsidRPr="00430841">
              <w:rPr>
                <w:rFonts w:eastAsia="Arial"/>
                <w:b/>
                <w:color w:val="auto"/>
                <w:sz w:val="22"/>
                <w:lang w:val="ru-RU"/>
              </w:rPr>
              <w:t xml:space="preserve">                          </w:t>
            </w:r>
            <w:r w:rsidR="00570057" w:rsidRPr="00430841">
              <w:rPr>
                <w:rFonts w:eastAsia="Arial"/>
                <w:b/>
                <w:color w:val="auto"/>
                <w:sz w:val="22"/>
                <w:lang w:val="ru-RU"/>
              </w:rPr>
              <w:t xml:space="preserve"> інструменти та</w:t>
            </w:r>
            <w:r w:rsidR="00430841" w:rsidRPr="00430841">
              <w:rPr>
                <w:rFonts w:eastAsia="Arial"/>
                <w:b/>
                <w:color w:val="auto"/>
                <w:sz w:val="22"/>
                <w:lang w:val="ru-RU"/>
              </w:rPr>
              <w:t xml:space="preserve">              </w:t>
            </w:r>
            <w:r w:rsidR="00570057" w:rsidRPr="00430841">
              <w:rPr>
                <w:rFonts w:eastAsia="Arial"/>
                <w:b/>
                <w:color w:val="auto"/>
                <w:sz w:val="22"/>
                <w:lang w:val="ru-RU"/>
              </w:rPr>
              <w:t xml:space="preserve"> інформаційні </w:t>
            </w:r>
            <w:r w:rsidR="00430841" w:rsidRPr="00430841">
              <w:rPr>
                <w:rFonts w:eastAsia="Arial"/>
                <w:b/>
                <w:color w:val="auto"/>
                <w:sz w:val="22"/>
                <w:lang w:val="ru-RU"/>
              </w:rPr>
              <w:t xml:space="preserve">               </w:t>
            </w:r>
            <w:r w:rsidR="00570057" w:rsidRPr="00430841">
              <w:rPr>
                <w:rFonts w:eastAsia="Arial"/>
                <w:b/>
                <w:color w:val="auto"/>
                <w:sz w:val="22"/>
                <w:lang w:val="ru-RU"/>
              </w:rPr>
              <w:t xml:space="preserve">системи для </w:t>
            </w:r>
            <w:r w:rsidR="00430841" w:rsidRPr="00430841">
              <w:rPr>
                <w:rFonts w:eastAsia="Arial"/>
                <w:b/>
                <w:color w:val="auto"/>
                <w:sz w:val="22"/>
                <w:lang w:val="ru-RU"/>
              </w:rPr>
              <w:t xml:space="preserve">                   </w:t>
            </w:r>
            <w:r w:rsidR="00570057" w:rsidRPr="00430841">
              <w:rPr>
                <w:rFonts w:eastAsia="Arial"/>
                <w:b/>
                <w:color w:val="auto"/>
                <w:sz w:val="22"/>
                <w:lang w:val="ru-RU"/>
              </w:rPr>
              <w:t>виконання професійних завдань.</w:t>
            </w:r>
          </w:p>
          <w:p w14:paraId="0F00DEDC" w14:textId="77777777" w:rsidR="00570057" w:rsidRPr="003C4740" w:rsidRDefault="00570057" w:rsidP="00217531">
            <w:pPr>
              <w:rPr>
                <w:color w:val="auto"/>
                <w:sz w:val="22"/>
                <w:lang w:val="ru-RU"/>
              </w:rPr>
            </w:pP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0E73F41" w14:textId="1D209CB8" w:rsidR="00570057" w:rsidRPr="00ED5D34" w:rsidRDefault="00217531" w:rsidP="00217531">
            <w:pPr>
              <w:spacing w:after="24"/>
              <w:rPr>
                <w:rFonts w:eastAsia="Arial"/>
                <w:color w:val="auto"/>
                <w:sz w:val="22"/>
                <w:lang w:val="ru-RU"/>
              </w:rPr>
            </w:pPr>
            <w:r w:rsidRPr="00ED5D34">
              <w:rPr>
                <w:rFonts w:eastAsia="Arial"/>
                <w:b/>
                <w:color w:val="auto"/>
                <w:sz w:val="22"/>
                <w:lang w:val="ru-RU"/>
              </w:rPr>
              <w:t xml:space="preserve">Ц1.З1. </w:t>
            </w:r>
            <w:r w:rsidR="00570057" w:rsidRPr="00ED5D34">
              <w:rPr>
                <w:rFonts w:eastAsia="Arial"/>
                <w:color w:val="auto"/>
                <w:sz w:val="22"/>
                <w:lang w:val="ru-RU"/>
              </w:rPr>
              <w:t xml:space="preserve">Функціональні </w:t>
            </w:r>
            <w:r w:rsidR="00ED5D34" w:rsidRPr="00ED5D34">
              <w:rPr>
                <w:rFonts w:eastAsia="Arial"/>
                <w:color w:val="auto"/>
                <w:sz w:val="22"/>
                <w:lang w:val="ru-RU"/>
              </w:rPr>
              <w:t xml:space="preserve">               </w:t>
            </w:r>
            <w:r w:rsidR="00570057" w:rsidRPr="00ED5D34">
              <w:rPr>
                <w:rFonts w:eastAsia="Arial"/>
                <w:color w:val="auto"/>
                <w:sz w:val="22"/>
                <w:lang w:val="ru-RU"/>
              </w:rPr>
              <w:t>можливості офісного</w:t>
            </w:r>
            <w:r w:rsidR="00ED5D34" w:rsidRPr="00ED5D34">
              <w:rPr>
                <w:rFonts w:eastAsia="Arial"/>
                <w:color w:val="auto"/>
                <w:sz w:val="22"/>
                <w:lang w:val="ru-RU"/>
              </w:rPr>
              <w:t xml:space="preserve">                </w:t>
            </w:r>
            <w:r w:rsidR="00570057" w:rsidRPr="00ED5D34">
              <w:rPr>
                <w:rFonts w:eastAsia="Arial"/>
                <w:color w:val="auto"/>
                <w:sz w:val="22"/>
                <w:lang w:val="ru-RU"/>
              </w:rPr>
              <w:t xml:space="preserve"> програмного забезпечення, </w:t>
            </w:r>
            <w:r w:rsidR="00ED5D34" w:rsidRPr="00ED5D34">
              <w:rPr>
                <w:rFonts w:eastAsia="Arial"/>
                <w:color w:val="auto"/>
                <w:sz w:val="22"/>
                <w:lang w:val="ru-RU"/>
              </w:rPr>
              <w:t xml:space="preserve">              </w:t>
            </w:r>
            <w:r w:rsidR="00570057" w:rsidRPr="00ED5D34">
              <w:rPr>
                <w:rFonts w:eastAsia="Arial"/>
                <w:color w:val="auto"/>
                <w:sz w:val="22"/>
                <w:lang w:val="ru-RU"/>
              </w:rPr>
              <w:t xml:space="preserve">електронної пошти, засобів відеозв'язку, державних </w:t>
            </w:r>
            <w:r w:rsidR="00ED5D34" w:rsidRPr="00ED5D34">
              <w:rPr>
                <w:rFonts w:eastAsia="Arial"/>
                <w:color w:val="auto"/>
                <w:sz w:val="22"/>
                <w:lang w:val="ru-RU"/>
              </w:rPr>
              <w:t xml:space="preserve">       </w:t>
            </w:r>
            <w:r w:rsidR="00570057" w:rsidRPr="00ED5D34">
              <w:rPr>
                <w:rFonts w:eastAsia="Arial"/>
                <w:color w:val="auto"/>
                <w:sz w:val="22"/>
                <w:lang w:val="ru-RU"/>
              </w:rPr>
              <w:t>електронних сервісів та</w:t>
            </w:r>
            <w:r w:rsidR="00ED5D34" w:rsidRPr="00ED5D34">
              <w:rPr>
                <w:rFonts w:eastAsia="Arial"/>
                <w:color w:val="auto"/>
                <w:sz w:val="22"/>
                <w:lang w:val="ru-RU"/>
              </w:rPr>
              <w:t xml:space="preserve">              </w:t>
            </w:r>
            <w:r w:rsidR="00570057" w:rsidRPr="00ED5D34">
              <w:rPr>
                <w:rFonts w:eastAsia="Arial"/>
                <w:color w:val="auto"/>
                <w:sz w:val="22"/>
                <w:lang w:val="ru-RU"/>
              </w:rPr>
              <w:t xml:space="preserve"> інформаційних систем, що</w:t>
            </w:r>
            <w:r w:rsidR="00ED5D34" w:rsidRPr="00ED5D34">
              <w:rPr>
                <w:rFonts w:eastAsia="Arial"/>
                <w:color w:val="auto"/>
                <w:sz w:val="22"/>
                <w:lang w:val="ru-RU"/>
              </w:rPr>
              <w:t xml:space="preserve">           </w:t>
            </w:r>
            <w:r w:rsidR="00570057" w:rsidRPr="00ED5D34">
              <w:rPr>
                <w:rFonts w:eastAsia="Arial"/>
                <w:color w:val="auto"/>
                <w:sz w:val="22"/>
                <w:lang w:val="ru-RU"/>
              </w:rPr>
              <w:t xml:space="preserve"> використовуються у </w:t>
            </w:r>
            <w:r w:rsidR="00ED5D34" w:rsidRPr="00ED5D34">
              <w:rPr>
                <w:rFonts w:eastAsia="Arial"/>
                <w:color w:val="auto"/>
                <w:sz w:val="22"/>
                <w:lang w:val="ru-RU"/>
              </w:rPr>
              <w:t xml:space="preserve">                   </w:t>
            </w:r>
            <w:r w:rsidR="00570057" w:rsidRPr="00ED5D34">
              <w:rPr>
                <w:rFonts w:eastAsia="Arial"/>
                <w:color w:val="auto"/>
                <w:sz w:val="22"/>
                <w:lang w:val="ru-RU"/>
              </w:rPr>
              <w:t>професійній діяльності.</w:t>
            </w:r>
          </w:p>
          <w:p w14:paraId="0967F4F2" w14:textId="77777777" w:rsidR="00570057" w:rsidRPr="00ED5D34" w:rsidRDefault="00570057" w:rsidP="00217531">
            <w:pPr>
              <w:spacing w:after="24"/>
              <w:rPr>
                <w:color w:val="auto"/>
                <w:sz w:val="22"/>
                <w:lang w:val="ru-RU"/>
              </w:rPr>
            </w:pPr>
          </w:p>
          <w:p w14:paraId="5050403A" w14:textId="18E0BE07" w:rsidR="00217531" w:rsidRPr="00ED5D34" w:rsidRDefault="00217531" w:rsidP="00217531">
            <w:pPr>
              <w:spacing w:after="24"/>
              <w:rPr>
                <w:color w:val="auto"/>
                <w:sz w:val="22"/>
                <w:lang w:val="ru-RU"/>
              </w:rPr>
            </w:pPr>
            <w:r w:rsidRPr="00ED5D34">
              <w:rPr>
                <w:rFonts w:eastAsia="Arial"/>
                <w:b/>
                <w:color w:val="auto"/>
                <w:sz w:val="22"/>
                <w:lang w:val="ru-RU"/>
              </w:rPr>
              <w:t xml:space="preserve">Ц1.З2. </w:t>
            </w:r>
            <w:r w:rsidR="00570057" w:rsidRPr="00ED5D34">
              <w:rPr>
                <w:rFonts w:eastAsia="Arial"/>
                <w:color w:val="auto"/>
                <w:sz w:val="22"/>
                <w:lang w:val="ru-RU"/>
              </w:rPr>
              <w:t xml:space="preserve">Принципи роботи з цифровими профілями, </w:t>
            </w:r>
            <w:r w:rsidR="00ED5D34" w:rsidRPr="00ED5D34">
              <w:rPr>
                <w:rFonts w:eastAsia="Arial"/>
                <w:color w:val="auto"/>
                <w:sz w:val="22"/>
                <w:lang w:val="ru-RU"/>
              </w:rPr>
              <w:t xml:space="preserve">            </w:t>
            </w:r>
            <w:r w:rsidR="00570057" w:rsidRPr="00ED5D34">
              <w:rPr>
                <w:rFonts w:eastAsia="Arial"/>
                <w:color w:val="auto"/>
                <w:sz w:val="22"/>
                <w:lang w:val="ru-RU"/>
              </w:rPr>
              <w:t xml:space="preserve">електронними записами, електронними формами та професійними </w:t>
            </w:r>
            <w:r w:rsidR="00ED5D34" w:rsidRPr="00ED5D34">
              <w:rPr>
                <w:rFonts w:eastAsia="Arial"/>
                <w:color w:val="auto"/>
                <w:sz w:val="22"/>
                <w:lang w:val="ru-RU"/>
              </w:rPr>
              <w:t xml:space="preserve">                                 </w:t>
            </w:r>
            <w:r w:rsidR="00570057" w:rsidRPr="00ED5D34">
              <w:rPr>
                <w:rFonts w:eastAsia="Arial"/>
                <w:color w:val="auto"/>
                <w:sz w:val="22"/>
                <w:lang w:val="ru-RU"/>
              </w:rPr>
              <w:t>інформаційними системами.</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087A575" w14:textId="452C345F" w:rsidR="00570057" w:rsidRPr="00ED5D34" w:rsidRDefault="00217531" w:rsidP="00217531">
            <w:pPr>
              <w:spacing w:after="24"/>
              <w:rPr>
                <w:rFonts w:eastAsia="Arial"/>
                <w:color w:val="auto"/>
                <w:sz w:val="22"/>
                <w:lang w:val="ru-RU"/>
              </w:rPr>
            </w:pPr>
            <w:r w:rsidRPr="00ED5D34">
              <w:rPr>
                <w:rFonts w:eastAsia="Arial"/>
                <w:b/>
                <w:color w:val="auto"/>
                <w:sz w:val="22"/>
                <w:lang w:val="ru-RU"/>
              </w:rPr>
              <w:t xml:space="preserve">Ц1.У1. </w:t>
            </w:r>
            <w:r w:rsidR="00570057" w:rsidRPr="00ED5D34">
              <w:rPr>
                <w:rFonts w:eastAsia="Arial"/>
                <w:color w:val="auto"/>
                <w:sz w:val="22"/>
                <w:lang w:val="ru-RU"/>
              </w:rPr>
              <w:t xml:space="preserve">Використовувати цифрові пристрої, офісні </w:t>
            </w:r>
            <w:r w:rsidR="00ED5D34" w:rsidRPr="00ED5D34">
              <w:rPr>
                <w:rFonts w:eastAsia="Arial"/>
                <w:color w:val="auto"/>
                <w:sz w:val="22"/>
                <w:lang w:val="ru-RU"/>
              </w:rPr>
              <w:t xml:space="preserve">      </w:t>
            </w:r>
            <w:r w:rsidR="00570057" w:rsidRPr="00ED5D34">
              <w:rPr>
                <w:rFonts w:eastAsia="Arial"/>
                <w:color w:val="auto"/>
                <w:sz w:val="22"/>
                <w:lang w:val="ru-RU"/>
              </w:rPr>
              <w:t>програми, електронні сервіси та інформаційні системи відповідно до професійного завдання.</w:t>
            </w:r>
          </w:p>
          <w:p w14:paraId="51ED098C" w14:textId="77777777" w:rsidR="00570057" w:rsidRPr="003C4740" w:rsidRDefault="00570057" w:rsidP="00217531">
            <w:pPr>
              <w:spacing w:after="24"/>
              <w:rPr>
                <w:rFonts w:eastAsia="Arial"/>
                <w:color w:val="auto"/>
                <w:sz w:val="22"/>
                <w:lang w:val="ru-RU"/>
              </w:rPr>
            </w:pPr>
          </w:p>
          <w:p w14:paraId="315CAE5B" w14:textId="6AD51D5C" w:rsidR="00217531" w:rsidRPr="003C4740" w:rsidRDefault="00217531" w:rsidP="00217531">
            <w:pPr>
              <w:spacing w:after="24"/>
              <w:rPr>
                <w:color w:val="auto"/>
                <w:sz w:val="22"/>
                <w:lang w:val="ru-RU"/>
              </w:rPr>
            </w:pPr>
            <w:r w:rsidRPr="00ED5D34">
              <w:rPr>
                <w:rFonts w:eastAsia="Arial"/>
                <w:b/>
                <w:color w:val="auto"/>
                <w:sz w:val="22"/>
                <w:lang w:val="ru-RU"/>
              </w:rPr>
              <w:t xml:space="preserve">Ц1.У2. </w:t>
            </w:r>
            <w:r w:rsidR="00570057" w:rsidRPr="00ED5D34">
              <w:rPr>
                <w:rFonts w:eastAsia="Arial"/>
                <w:color w:val="auto"/>
                <w:sz w:val="22"/>
                <w:lang w:val="ru-RU"/>
              </w:rPr>
              <w:t xml:space="preserve">Вносити, </w:t>
            </w:r>
            <w:r w:rsidR="00ED5D34" w:rsidRPr="00ED5D34">
              <w:rPr>
                <w:rFonts w:eastAsia="Arial"/>
                <w:color w:val="auto"/>
                <w:sz w:val="22"/>
                <w:lang w:val="ru-RU"/>
              </w:rPr>
              <w:t xml:space="preserve">                           </w:t>
            </w:r>
            <w:r w:rsidR="00570057" w:rsidRPr="00ED5D34">
              <w:rPr>
                <w:rFonts w:eastAsia="Arial"/>
                <w:color w:val="auto"/>
                <w:sz w:val="22"/>
                <w:lang w:val="ru-RU"/>
              </w:rPr>
              <w:t xml:space="preserve">актуалізувати, </w:t>
            </w:r>
            <w:r w:rsidR="00ED5D34" w:rsidRPr="00ED5D34">
              <w:rPr>
                <w:rFonts w:eastAsia="Arial"/>
                <w:color w:val="auto"/>
                <w:sz w:val="22"/>
                <w:lang w:val="ru-RU"/>
              </w:rPr>
              <w:t xml:space="preserve">                                </w:t>
            </w:r>
            <w:r w:rsidR="00570057" w:rsidRPr="00ED5D34">
              <w:rPr>
                <w:rFonts w:eastAsia="Arial"/>
                <w:color w:val="auto"/>
                <w:sz w:val="22"/>
                <w:lang w:val="ru-RU"/>
              </w:rPr>
              <w:t xml:space="preserve">систематизувати та </w:t>
            </w:r>
            <w:r w:rsidR="00ED5D34" w:rsidRPr="00ED5D34">
              <w:rPr>
                <w:rFonts w:eastAsia="Arial"/>
                <w:color w:val="auto"/>
                <w:sz w:val="22"/>
                <w:lang w:val="ru-RU"/>
              </w:rPr>
              <w:t xml:space="preserve">                     </w:t>
            </w:r>
            <w:r w:rsidR="00570057" w:rsidRPr="00ED5D34">
              <w:rPr>
                <w:rFonts w:eastAsia="Arial"/>
                <w:color w:val="auto"/>
                <w:sz w:val="22"/>
                <w:lang w:val="ru-RU"/>
              </w:rPr>
              <w:t xml:space="preserve">отримувати інформацію в </w:t>
            </w:r>
            <w:r w:rsidR="00ED5D34" w:rsidRPr="00ED5D34">
              <w:rPr>
                <w:rFonts w:eastAsia="Arial"/>
                <w:color w:val="auto"/>
                <w:sz w:val="22"/>
                <w:lang w:val="ru-RU"/>
              </w:rPr>
              <w:t xml:space="preserve">            </w:t>
            </w:r>
            <w:r w:rsidR="00570057" w:rsidRPr="00ED5D34">
              <w:rPr>
                <w:rFonts w:eastAsia="Arial"/>
                <w:color w:val="auto"/>
                <w:sz w:val="22"/>
                <w:lang w:val="ru-RU"/>
              </w:rPr>
              <w:t>інформаційних системах у межах наданих прав доступу.</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B99985F" w14:textId="3E938EDE" w:rsidR="00A4466A" w:rsidRPr="00ED5D34" w:rsidRDefault="00217531" w:rsidP="00A4466A">
            <w:pPr>
              <w:spacing w:after="24"/>
              <w:rPr>
                <w:color w:val="auto"/>
                <w:sz w:val="22"/>
                <w:lang w:val="ru-RU"/>
              </w:rPr>
            </w:pPr>
            <w:r w:rsidRPr="00ED5D34">
              <w:rPr>
                <w:rFonts w:eastAsia="Arial"/>
                <w:b/>
                <w:color w:val="auto"/>
                <w:sz w:val="22"/>
                <w:lang w:val="ru-RU"/>
              </w:rPr>
              <w:t xml:space="preserve">Ц1.К1. </w:t>
            </w:r>
            <w:r w:rsidR="00A4466A" w:rsidRPr="00ED5D34">
              <w:rPr>
                <w:color w:val="auto"/>
                <w:sz w:val="22"/>
                <w:lang w:val="ru-RU"/>
              </w:rPr>
              <w:t xml:space="preserve">Надавати </w:t>
            </w:r>
            <w:r w:rsidR="00ED5D34" w:rsidRPr="00ED5D34">
              <w:rPr>
                <w:color w:val="auto"/>
                <w:sz w:val="22"/>
                <w:lang w:val="ru-RU"/>
              </w:rPr>
              <w:t xml:space="preserve">                      </w:t>
            </w:r>
            <w:r w:rsidR="00A4466A" w:rsidRPr="00ED5D34">
              <w:rPr>
                <w:color w:val="auto"/>
                <w:sz w:val="22"/>
                <w:lang w:val="ru-RU"/>
              </w:rPr>
              <w:t xml:space="preserve">отримувачам підтримки зрозумілі роз'яснення щодо використання </w:t>
            </w:r>
            <w:r w:rsidR="00ED5D34" w:rsidRPr="00ED5D34">
              <w:rPr>
                <w:color w:val="auto"/>
                <w:sz w:val="22"/>
                <w:lang w:val="ru-RU"/>
              </w:rPr>
              <w:t xml:space="preserve">              </w:t>
            </w:r>
            <w:r w:rsidR="00A4466A" w:rsidRPr="00ED5D34">
              <w:rPr>
                <w:color w:val="auto"/>
                <w:sz w:val="22"/>
                <w:lang w:val="ru-RU"/>
              </w:rPr>
              <w:t>цифрових сервісів та електронної взаємодії.</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5E776102" w14:textId="2565BB0B" w:rsidR="00A4466A" w:rsidRPr="00ED5D34" w:rsidRDefault="00217531" w:rsidP="00A4466A">
            <w:pPr>
              <w:spacing w:after="24"/>
              <w:rPr>
                <w:color w:val="auto"/>
                <w:sz w:val="22"/>
                <w:lang w:val="ru-RU"/>
              </w:rPr>
            </w:pPr>
            <w:r w:rsidRPr="00ED5D34">
              <w:rPr>
                <w:rFonts w:eastAsia="Arial"/>
                <w:b/>
                <w:color w:val="auto"/>
                <w:sz w:val="22"/>
                <w:lang w:val="ru-RU"/>
              </w:rPr>
              <w:t xml:space="preserve">Ц1.В1. </w:t>
            </w:r>
            <w:r w:rsidR="00A4466A" w:rsidRPr="00ED5D34">
              <w:rPr>
                <w:color w:val="auto"/>
                <w:sz w:val="22"/>
                <w:lang w:val="ru-RU"/>
              </w:rPr>
              <w:t xml:space="preserve">Самостійно </w:t>
            </w:r>
            <w:r w:rsidR="00ED5D34" w:rsidRPr="00ED5D34">
              <w:rPr>
                <w:color w:val="auto"/>
                <w:sz w:val="22"/>
                <w:lang w:val="ru-RU"/>
              </w:rPr>
              <w:t xml:space="preserve">            </w:t>
            </w:r>
            <w:r w:rsidR="00A4466A" w:rsidRPr="00ED5D34">
              <w:rPr>
                <w:color w:val="auto"/>
                <w:sz w:val="22"/>
                <w:lang w:val="ru-RU"/>
              </w:rPr>
              <w:t xml:space="preserve">використовувати </w:t>
            </w:r>
            <w:r w:rsidR="00ED5D34" w:rsidRPr="00ED5D34">
              <w:rPr>
                <w:color w:val="auto"/>
                <w:sz w:val="22"/>
                <w:lang w:val="ru-RU"/>
              </w:rPr>
              <w:t xml:space="preserve">                  </w:t>
            </w:r>
            <w:r w:rsidR="00A4466A" w:rsidRPr="00ED5D34">
              <w:rPr>
                <w:color w:val="auto"/>
                <w:sz w:val="22"/>
                <w:lang w:val="ru-RU"/>
              </w:rPr>
              <w:t>цифрові інструменти відповідно до</w:t>
            </w:r>
            <w:r w:rsidR="00ED5D34" w:rsidRPr="00ED5D34">
              <w:rPr>
                <w:color w:val="auto"/>
                <w:sz w:val="22"/>
                <w:lang w:val="ru-RU"/>
              </w:rPr>
              <w:t xml:space="preserve">                        </w:t>
            </w:r>
            <w:r w:rsidR="00A4466A" w:rsidRPr="00ED5D34">
              <w:rPr>
                <w:color w:val="auto"/>
                <w:sz w:val="22"/>
                <w:lang w:val="ru-RU"/>
              </w:rPr>
              <w:t xml:space="preserve"> професійних </w:t>
            </w:r>
            <w:r w:rsidR="00ED5D34" w:rsidRPr="00ED5D34">
              <w:rPr>
                <w:color w:val="auto"/>
                <w:sz w:val="22"/>
                <w:lang w:val="ru-RU"/>
              </w:rPr>
              <w:t xml:space="preserve">                          </w:t>
            </w:r>
            <w:r w:rsidR="00A4466A" w:rsidRPr="00ED5D34">
              <w:rPr>
                <w:color w:val="auto"/>
                <w:sz w:val="22"/>
                <w:lang w:val="ru-RU"/>
              </w:rPr>
              <w:t xml:space="preserve">повноважень та відповідати за </w:t>
            </w:r>
            <w:r w:rsidR="00ED5D34" w:rsidRPr="00ED5D34">
              <w:rPr>
                <w:color w:val="auto"/>
                <w:sz w:val="22"/>
                <w:lang w:val="ru-RU"/>
              </w:rPr>
              <w:t xml:space="preserve">                    </w:t>
            </w:r>
            <w:r w:rsidR="00A4466A" w:rsidRPr="00ED5D34">
              <w:rPr>
                <w:color w:val="auto"/>
                <w:sz w:val="22"/>
                <w:lang w:val="ru-RU"/>
              </w:rPr>
              <w:t>правильність внесення інформації.</w:t>
            </w:r>
          </w:p>
        </w:tc>
      </w:tr>
      <w:tr w:rsidR="00217531" w:rsidRPr="0076799D" w14:paraId="4C327893"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FFC8251" w14:textId="77777777" w:rsidR="00217531" w:rsidRPr="003C4740" w:rsidRDefault="00217531" w:rsidP="00217531">
            <w:pPr>
              <w:rPr>
                <w:color w:val="auto"/>
                <w:sz w:val="22"/>
                <w:lang w:val="ru-RU"/>
              </w:rPr>
            </w:pP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652015D8" w14:textId="4904323B" w:rsidR="00A813BB" w:rsidRPr="00ED5D34" w:rsidRDefault="00217531" w:rsidP="00A813BB">
            <w:pPr>
              <w:rPr>
                <w:color w:val="auto"/>
                <w:sz w:val="22"/>
                <w:lang w:val="ru-RU"/>
              </w:rPr>
            </w:pPr>
            <w:r w:rsidRPr="00ED5D34">
              <w:rPr>
                <w:rFonts w:eastAsia="Arial"/>
                <w:b/>
                <w:color w:val="auto"/>
                <w:sz w:val="22"/>
                <w:lang w:val="ru-RU"/>
              </w:rPr>
              <w:t xml:space="preserve">Ц2. </w:t>
            </w:r>
            <w:r w:rsidR="00A813BB" w:rsidRPr="00ED5D34">
              <w:rPr>
                <w:b/>
                <w:color w:val="auto"/>
                <w:sz w:val="22"/>
                <w:lang w:val="ru-RU"/>
              </w:rPr>
              <w:t xml:space="preserve">Здатність працювати з </w:t>
            </w:r>
            <w:r w:rsidR="00ED5D34" w:rsidRPr="00ED5D34">
              <w:rPr>
                <w:b/>
                <w:color w:val="auto"/>
                <w:sz w:val="22"/>
                <w:lang w:val="ru-RU"/>
              </w:rPr>
              <w:t xml:space="preserve">                </w:t>
            </w:r>
            <w:r w:rsidR="00A813BB" w:rsidRPr="00ED5D34">
              <w:rPr>
                <w:b/>
                <w:color w:val="auto"/>
                <w:sz w:val="22"/>
                <w:lang w:val="ru-RU"/>
              </w:rPr>
              <w:t>цифровими даними та інформацією про отримувачів підтримки.</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96FA258" w14:textId="3DAD8455" w:rsidR="00A813BB" w:rsidRPr="00ED5D34" w:rsidRDefault="00217531" w:rsidP="00217531">
            <w:pPr>
              <w:spacing w:after="24"/>
              <w:rPr>
                <w:rFonts w:eastAsia="Arial"/>
                <w:color w:val="auto"/>
                <w:sz w:val="22"/>
                <w:lang w:val="ru-RU"/>
              </w:rPr>
            </w:pPr>
            <w:r w:rsidRPr="00ED5D34">
              <w:rPr>
                <w:rFonts w:eastAsia="Arial"/>
                <w:b/>
                <w:color w:val="auto"/>
                <w:sz w:val="22"/>
                <w:lang w:val="ru-RU"/>
              </w:rPr>
              <w:t xml:space="preserve">Ц2.З1. </w:t>
            </w:r>
            <w:r w:rsidR="00A813BB" w:rsidRPr="00ED5D34">
              <w:rPr>
                <w:rFonts w:eastAsia="Arial"/>
                <w:color w:val="auto"/>
                <w:sz w:val="22"/>
                <w:lang w:val="ru-RU"/>
              </w:rPr>
              <w:t xml:space="preserve">Принципи пошуку, </w:t>
            </w:r>
            <w:r w:rsidR="00ED5D34" w:rsidRPr="00ED5D34">
              <w:rPr>
                <w:rFonts w:eastAsia="Arial"/>
                <w:color w:val="auto"/>
                <w:sz w:val="22"/>
                <w:lang w:val="ru-RU"/>
              </w:rPr>
              <w:t xml:space="preserve">     </w:t>
            </w:r>
            <w:r w:rsidR="00A813BB" w:rsidRPr="00ED5D34">
              <w:rPr>
                <w:rFonts w:eastAsia="Arial"/>
                <w:color w:val="auto"/>
                <w:sz w:val="22"/>
                <w:lang w:val="ru-RU"/>
              </w:rPr>
              <w:t>перевірки, структурування, актуалізації та зберігання цифрових даних.</w:t>
            </w:r>
          </w:p>
          <w:p w14:paraId="7F548F1B" w14:textId="77777777" w:rsidR="00A813BB" w:rsidRPr="00ED5D34" w:rsidRDefault="00A813BB" w:rsidP="00217531">
            <w:pPr>
              <w:spacing w:after="24"/>
              <w:rPr>
                <w:color w:val="auto"/>
                <w:sz w:val="22"/>
                <w:lang w:val="ru-RU"/>
              </w:rPr>
            </w:pPr>
          </w:p>
          <w:p w14:paraId="5786D4F3" w14:textId="624DE84E" w:rsidR="00A813BB" w:rsidRPr="00ED5D34" w:rsidRDefault="00217531" w:rsidP="00217531">
            <w:pPr>
              <w:spacing w:after="24"/>
              <w:rPr>
                <w:rFonts w:eastAsia="Arial"/>
                <w:color w:val="auto"/>
                <w:sz w:val="22"/>
                <w:lang w:val="ru-RU"/>
              </w:rPr>
            </w:pPr>
            <w:r w:rsidRPr="00ED5D34">
              <w:rPr>
                <w:rFonts w:eastAsia="Arial"/>
                <w:b/>
                <w:color w:val="auto"/>
                <w:sz w:val="22"/>
                <w:lang w:val="ru-RU"/>
              </w:rPr>
              <w:t xml:space="preserve">Ц2.З2. </w:t>
            </w:r>
            <w:r w:rsidR="00A813BB" w:rsidRPr="00ED5D34">
              <w:rPr>
                <w:rFonts w:eastAsia="Arial"/>
                <w:color w:val="auto"/>
                <w:sz w:val="22"/>
                <w:lang w:val="ru-RU"/>
              </w:rPr>
              <w:t xml:space="preserve">Вимоги щодо мінімізації даних, </w:t>
            </w:r>
            <w:r w:rsidR="00ED5D34" w:rsidRPr="00ED5D34">
              <w:rPr>
                <w:rFonts w:eastAsia="Arial"/>
                <w:color w:val="auto"/>
                <w:sz w:val="22"/>
                <w:lang w:val="ru-RU"/>
              </w:rPr>
              <w:t xml:space="preserve">                          </w:t>
            </w:r>
            <w:r w:rsidR="00A813BB" w:rsidRPr="00ED5D34">
              <w:rPr>
                <w:rFonts w:eastAsia="Arial"/>
                <w:color w:val="auto"/>
                <w:sz w:val="22"/>
                <w:lang w:val="ru-RU"/>
              </w:rPr>
              <w:t>розмежування доступу, строків зберігання та конфіденційності інформації.</w:t>
            </w:r>
          </w:p>
          <w:p w14:paraId="75FCAA07" w14:textId="77777777" w:rsidR="00A813BB" w:rsidRPr="00ED5D34" w:rsidRDefault="00A813BB" w:rsidP="00217531">
            <w:pPr>
              <w:spacing w:after="24"/>
              <w:rPr>
                <w:color w:val="auto"/>
                <w:sz w:val="22"/>
                <w:lang w:val="ru-RU"/>
              </w:rPr>
            </w:pP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181C4DD" w14:textId="050A1710" w:rsidR="006D2B48" w:rsidRPr="00ED5D34" w:rsidRDefault="00217531" w:rsidP="00217531">
            <w:pPr>
              <w:spacing w:after="24"/>
              <w:rPr>
                <w:rFonts w:eastAsia="Arial"/>
                <w:color w:val="auto"/>
                <w:sz w:val="22"/>
                <w:lang w:val="ru-RU"/>
              </w:rPr>
            </w:pPr>
            <w:r w:rsidRPr="00ED5D34">
              <w:rPr>
                <w:rFonts w:eastAsia="Arial"/>
                <w:b/>
                <w:color w:val="auto"/>
                <w:sz w:val="22"/>
                <w:lang w:val="ru-RU"/>
              </w:rPr>
              <w:t xml:space="preserve">Ц2.У1. </w:t>
            </w:r>
            <w:r w:rsidR="006D2B48" w:rsidRPr="00ED5D34">
              <w:rPr>
                <w:rFonts w:eastAsia="Arial"/>
                <w:color w:val="auto"/>
                <w:sz w:val="22"/>
                <w:lang w:val="ru-RU"/>
              </w:rPr>
              <w:t xml:space="preserve">Збирати, перевіряти, систематизувати та </w:t>
            </w:r>
            <w:r w:rsidR="00ED5D34" w:rsidRPr="00ED5D34">
              <w:rPr>
                <w:rFonts w:eastAsia="Arial"/>
                <w:color w:val="auto"/>
                <w:sz w:val="22"/>
                <w:lang w:val="ru-RU"/>
              </w:rPr>
              <w:t xml:space="preserve">                        </w:t>
            </w:r>
            <w:r w:rsidR="006D2B48" w:rsidRPr="00ED5D34">
              <w:rPr>
                <w:rFonts w:eastAsia="Arial"/>
                <w:color w:val="auto"/>
                <w:sz w:val="22"/>
                <w:lang w:val="ru-RU"/>
              </w:rPr>
              <w:t xml:space="preserve">актуалізувати необхідні </w:t>
            </w:r>
            <w:r w:rsidR="00ED5D34" w:rsidRPr="00ED5D34">
              <w:rPr>
                <w:rFonts w:eastAsia="Arial"/>
                <w:color w:val="auto"/>
                <w:sz w:val="22"/>
                <w:lang w:val="ru-RU"/>
              </w:rPr>
              <w:t xml:space="preserve">              </w:t>
            </w:r>
            <w:r w:rsidR="006D2B48" w:rsidRPr="00ED5D34">
              <w:rPr>
                <w:rFonts w:eastAsia="Arial"/>
                <w:color w:val="auto"/>
                <w:sz w:val="22"/>
                <w:lang w:val="ru-RU"/>
              </w:rPr>
              <w:t>професійні дані.</w:t>
            </w:r>
          </w:p>
          <w:p w14:paraId="4817232F" w14:textId="77777777" w:rsidR="006D2B48" w:rsidRPr="00ED5D34" w:rsidRDefault="006D2B48" w:rsidP="00217531">
            <w:pPr>
              <w:spacing w:after="24"/>
              <w:rPr>
                <w:color w:val="auto"/>
                <w:sz w:val="22"/>
                <w:lang w:val="ru-RU"/>
              </w:rPr>
            </w:pPr>
          </w:p>
          <w:p w14:paraId="042692CC" w14:textId="5EB3E6D8" w:rsidR="006D2B48" w:rsidRPr="00ED5D34" w:rsidRDefault="00217531" w:rsidP="00217531">
            <w:pPr>
              <w:spacing w:after="24"/>
              <w:rPr>
                <w:rFonts w:eastAsia="Arial"/>
                <w:color w:val="auto"/>
                <w:sz w:val="22"/>
                <w:lang w:val="ru-RU"/>
              </w:rPr>
            </w:pPr>
            <w:r w:rsidRPr="00ED5D34">
              <w:rPr>
                <w:rFonts w:eastAsia="Arial"/>
                <w:b/>
                <w:color w:val="auto"/>
                <w:sz w:val="22"/>
                <w:lang w:val="ru-RU"/>
              </w:rPr>
              <w:t xml:space="preserve">Ц2.У2. </w:t>
            </w:r>
            <w:r w:rsidR="006D2B48" w:rsidRPr="00ED5D34">
              <w:rPr>
                <w:color w:val="auto"/>
                <w:sz w:val="22"/>
                <w:lang w:val="ru-RU"/>
              </w:rPr>
              <w:t>Виявляти неповні,</w:t>
            </w:r>
            <w:r w:rsidR="00ED5D34" w:rsidRPr="00ED5D34">
              <w:rPr>
                <w:color w:val="auto"/>
                <w:sz w:val="22"/>
                <w:lang w:val="ru-RU"/>
              </w:rPr>
              <w:t xml:space="preserve">     </w:t>
            </w:r>
            <w:r w:rsidR="006D2B48" w:rsidRPr="00ED5D34">
              <w:rPr>
                <w:color w:val="auto"/>
                <w:sz w:val="22"/>
                <w:lang w:val="ru-RU"/>
              </w:rPr>
              <w:t xml:space="preserve"> суперечливі або застарілі дані та вживати визначених</w:t>
            </w:r>
            <w:r w:rsidR="00ED5D34" w:rsidRPr="00ED5D34">
              <w:rPr>
                <w:color w:val="auto"/>
                <w:sz w:val="22"/>
                <w:lang w:val="ru-RU"/>
              </w:rPr>
              <w:t xml:space="preserve">               </w:t>
            </w:r>
            <w:r w:rsidR="006D2B48" w:rsidRPr="00ED5D34">
              <w:rPr>
                <w:color w:val="auto"/>
                <w:sz w:val="22"/>
                <w:lang w:val="ru-RU"/>
              </w:rPr>
              <w:t xml:space="preserve"> процедурою заходів щодо їх уточнення.</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56DA3E80" w14:textId="62D1DF44" w:rsidR="006D2B48" w:rsidRPr="00ED5D34" w:rsidRDefault="00217531" w:rsidP="006D2B48">
            <w:pPr>
              <w:spacing w:after="24"/>
              <w:rPr>
                <w:color w:val="auto"/>
                <w:sz w:val="22"/>
                <w:lang w:val="ru-RU"/>
              </w:rPr>
            </w:pPr>
            <w:r w:rsidRPr="00ED5D34">
              <w:rPr>
                <w:rFonts w:eastAsia="Arial"/>
                <w:b/>
                <w:color w:val="auto"/>
                <w:sz w:val="22"/>
                <w:lang w:val="ru-RU"/>
              </w:rPr>
              <w:t xml:space="preserve">Ц2.К1. </w:t>
            </w:r>
            <w:r w:rsidR="006D2B48" w:rsidRPr="00ED5D34">
              <w:rPr>
                <w:color w:val="auto"/>
                <w:sz w:val="22"/>
                <w:lang w:val="ru-RU"/>
              </w:rPr>
              <w:t xml:space="preserve">Уточнювати </w:t>
            </w:r>
            <w:r w:rsidR="00ED5D34" w:rsidRPr="00ED5D34">
              <w:rPr>
                <w:color w:val="auto"/>
                <w:sz w:val="22"/>
                <w:lang w:val="ru-RU"/>
              </w:rPr>
              <w:t xml:space="preserve">      </w:t>
            </w:r>
            <w:r w:rsidR="006D2B48" w:rsidRPr="00ED5D34">
              <w:rPr>
                <w:color w:val="auto"/>
                <w:sz w:val="22"/>
                <w:lang w:val="ru-RU"/>
              </w:rPr>
              <w:t xml:space="preserve">джерело, мету отримання та допустимий обсяг </w:t>
            </w:r>
            <w:r w:rsidR="00ED5D34" w:rsidRPr="00ED5D34">
              <w:rPr>
                <w:color w:val="auto"/>
                <w:sz w:val="22"/>
                <w:lang w:val="ru-RU"/>
              </w:rPr>
              <w:t xml:space="preserve">            </w:t>
            </w:r>
            <w:r w:rsidR="006D2B48" w:rsidRPr="00ED5D34">
              <w:rPr>
                <w:color w:val="auto"/>
                <w:sz w:val="22"/>
                <w:lang w:val="ru-RU"/>
              </w:rPr>
              <w:t xml:space="preserve">інформації під час її збору, використання і </w:t>
            </w:r>
            <w:r w:rsidR="00ED5D34" w:rsidRPr="00ED5D34">
              <w:rPr>
                <w:color w:val="auto"/>
                <w:sz w:val="22"/>
                <w:lang w:val="ru-RU"/>
              </w:rPr>
              <w:t xml:space="preserve">      </w:t>
            </w:r>
            <w:r w:rsidR="006D2B48" w:rsidRPr="00ED5D34">
              <w:rPr>
                <w:color w:val="auto"/>
                <w:sz w:val="22"/>
                <w:lang w:val="ru-RU"/>
              </w:rPr>
              <w:t>передавання.</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D9C9CA7" w14:textId="56771D29" w:rsidR="006D2B48" w:rsidRPr="00ED5D34" w:rsidRDefault="00217531" w:rsidP="00217531">
            <w:pPr>
              <w:spacing w:after="24"/>
              <w:rPr>
                <w:rFonts w:eastAsia="Arial"/>
                <w:color w:val="auto"/>
                <w:sz w:val="22"/>
                <w:lang w:val="ru-RU"/>
              </w:rPr>
            </w:pPr>
            <w:r w:rsidRPr="00ED5D34">
              <w:rPr>
                <w:rFonts w:eastAsia="Arial"/>
                <w:b/>
                <w:color w:val="auto"/>
                <w:sz w:val="22"/>
                <w:lang w:val="ru-RU"/>
              </w:rPr>
              <w:t xml:space="preserve">Ц2.В1. </w:t>
            </w:r>
            <w:r w:rsidR="006D2B48" w:rsidRPr="00ED5D34">
              <w:rPr>
                <w:color w:val="auto"/>
                <w:sz w:val="22"/>
                <w:lang w:val="ru-RU"/>
              </w:rPr>
              <w:t xml:space="preserve">Відповідати в межах своїх </w:t>
            </w:r>
            <w:r w:rsidR="00ED5D34" w:rsidRPr="00ED5D34">
              <w:rPr>
                <w:color w:val="auto"/>
                <w:sz w:val="22"/>
                <w:lang w:val="ru-RU"/>
              </w:rPr>
              <w:t xml:space="preserve">                               </w:t>
            </w:r>
            <w:r w:rsidR="006D2B48" w:rsidRPr="00ED5D34">
              <w:rPr>
                <w:color w:val="auto"/>
                <w:sz w:val="22"/>
                <w:lang w:val="ru-RU"/>
              </w:rPr>
              <w:t>повноважень за</w:t>
            </w:r>
            <w:r w:rsidR="00ED5D34" w:rsidRPr="00ED5D34">
              <w:rPr>
                <w:color w:val="auto"/>
                <w:sz w:val="22"/>
                <w:lang w:val="ru-RU"/>
              </w:rPr>
              <w:t xml:space="preserve">                       </w:t>
            </w:r>
            <w:r w:rsidR="006D2B48" w:rsidRPr="00ED5D34">
              <w:rPr>
                <w:color w:val="auto"/>
                <w:sz w:val="22"/>
                <w:lang w:val="ru-RU"/>
              </w:rPr>
              <w:t xml:space="preserve"> достовірність, цілісність та належне зберігання опрацьованих цифрових даних.</w:t>
            </w:r>
          </w:p>
        </w:tc>
      </w:tr>
      <w:tr w:rsidR="00217531" w:rsidRPr="0076799D" w14:paraId="00EDA9B3"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7488B4D" w14:textId="77777777" w:rsidR="00217531" w:rsidRPr="003C4740" w:rsidRDefault="00217531" w:rsidP="00217531">
            <w:pPr>
              <w:rPr>
                <w:color w:val="auto"/>
                <w:sz w:val="22"/>
                <w:lang w:val="ru-RU"/>
              </w:rPr>
            </w:pP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514D207" w14:textId="31BA7C0E" w:rsidR="006D2B48" w:rsidRPr="00ED5D34" w:rsidRDefault="00217531" w:rsidP="00217531">
            <w:pPr>
              <w:rPr>
                <w:rFonts w:eastAsia="Arial"/>
                <w:b/>
                <w:color w:val="auto"/>
                <w:sz w:val="22"/>
                <w:lang w:val="ru-RU"/>
              </w:rPr>
            </w:pPr>
            <w:r w:rsidRPr="00ED5D34">
              <w:rPr>
                <w:rFonts w:eastAsia="Arial"/>
                <w:b/>
                <w:color w:val="auto"/>
                <w:sz w:val="22"/>
                <w:lang w:val="ru-RU"/>
              </w:rPr>
              <w:t xml:space="preserve">Ц3. </w:t>
            </w:r>
            <w:r w:rsidR="006D2B48" w:rsidRPr="00ED5D34">
              <w:rPr>
                <w:b/>
                <w:bCs/>
                <w:color w:val="auto"/>
                <w:sz w:val="22"/>
                <w:lang w:val="ru-RU"/>
              </w:rPr>
              <w:t xml:space="preserve">Здатність </w:t>
            </w:r>
            <w:r w:rsidR="00ED5D34" w:rsidRPr="00ED5D34">
              <w:rPr>
                <w:b/>
                <w:bCs/>
                <w:color w:val="auto"/>
                <w:sz w:val="22"/>
                <w:lang w:val="ru-RU"/>
              </w:rPr>
              <w:t xml:space="preserve">                  </w:t>
            </w:r>
            <w:r w:rsidR="006D2B48" w:rsidRPr="00ED5D34">
              <w:rPr>
                <w:b/>
                <w:bCs/>
                <w:color w:val="auto"/>
                <w:sz w:val="22"/>
                <w:lang w:val="ru-RU"/>
              </w:rPr>
              <w:t xml:space="preserve">створювати, </w:t>
            </w:r>
            <w:r w:rsidR="006D2B48" w:rsidRPr="00ED5D34">
              <w:rPr>
                <w:b/>
                <w:bCs/>
                <w:color w:val="auto"/>
                <w:sz w:val="22"/>
                <w:lang w:val="ru-RU"/>
              </w:rPr>
              <w:lastRenderedPageBreak/>
              <w:t>опрацьовувати та використовувати електронні</w:t>
            </w:r>
            <w:r w:rsidR="00ED5D34" w:rsidRPr="00ED5D34">
              <w:rPr>
                <w:b/>
                <w:bCs/>
                <w:color w:val="auto"/>
                <w:sz w:val="22"/>
                <w:lang w:val="ru-RU"/>
              </w:rPr>
              <w:t xml:space="preserve">                     </w:t>
            </w:r>
            <w:r w:rsidR="006D2B48" w:rsidRPr="00ED5D34">
              <w:rPr>
                <w:b/>
                <w:bCs/>
                <w:color w:val="auto"/>
                <w:sz w:val="22"/>
                <w:lang w:val="ru-RU"/>
              </w:rPr>
              <w:t xml:space="preserve"> професійні </w:t>
            </w:r>
            <w:r w:rsidR="00ED5D34" w:rsidRPr="00ED5D34">
              <w:rPr>
                <w:b/>
                <w:bCs/>
                <w:color w:val="auto"/>
                <w:sz w:val="22"/>
                <w:lang w:val="ru-RU"/>
              </w:rPr>
              <w:t xml:space="preserve">               </w:t>
            </w:r>
            <w:r w:rsidR="006D2B48" w:rsidRPr="00ED5D34">
              <w:rPr>
                <w:b/>
                <w:bCs/>
                <w:color w:val="auto"/>
                <w:sz w:val="22"/>
                <w:lang w:val="ru-RU"/>
              </w:rPr>
              <w:t>документи.</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B4EA862" w14:textId="26324517" w:rsidR="00CC5C57" w:rsidRPr="00ED5D34" w:rsidRDefault="00217531" w:rsidP="00217531">
            <w:pPr>
              <w:spacing w:after="24"/>
              <w:rPr>
                <w:rFonts w:eastAsia="Arial"/>
                <w:color w:val="auto"/>
                <w:sz w:val="22"/>
                <w:lang w:val="ru-RU"/>
              </w:rPr>
            </w:pPr>
            <w:r w:rsidRPr="00ED5D34">
              <w:rPr>
                <w:rFonts w:eastAsia="Arial"/>
                <w:b/>
                <w:color w:val="auto"/>
                <w:sz w:val="22"/>
                <w:lang w:val="ru-RU"/>
              </w:rPr>
              <w:lastRenderedPageBreak/>
              <w:t xml:space="preserve">Ц3.З1. </w:t>
            </w:r>
            <w:r w:rsidR="00CC5C57" w:rsidRPr="00ED5D34">
              <w:rPr>
                <w:rFonts w:eastAsia="Arial"/>
                <w:color w:val="auto"/>
                <w:sz w:val="22"/>
                <w:lang w:val="ru-RU"/>
              </w:rPr>
              <w:t xml:space="preserve">Види та формати </w:t>
            </w:r>
            <w:r w:rsidR="00ED5D34" w:rsidRPr="00ED5D34">
              <w:rPr>
                <w:rFonts w:eastAsia="Arial"/>
                <w:color w:val="auto"/>
                <w:sz w:val="22"/>
                <w:lang w:val="ru-RU"/>
              </w:rPr>
              <w:t xml:space="preserve">      </w:t>
            </w:r>
            <w:r w:rsidR="00CC5C57" w:rsidRPr="00ED5D34">
              <w:rPr>
                <w:rFonts w:eastAsia="Arial"/>
                <w:color w:val="auto"/>
                <w:sz w:val="22"/>
                <w:lang w:val="ru-RU"/>
              </w:rPr>
              <w:t xml:space="preserve">електронних документів, </w:t>
            </w:r>
            <w:r w:rsidR="00CC5C57" w:rsidRPr="00ED5D34">
              <w:rPr>
                <w:rFonts w:eastAsia="Arial"/>
                <w:color w:val="auto"/>
                <w:sz w:val="22"/>
                <w:lang w:val="ru-RU"/>
              </w:rPr>
              <w:lastRenderedPageBreak/>
              <w:t>правила їх оформлення, зберігання та використання.</w:t>
            </w:r>
          </w:p>
          <w:p w14:paraId="02C32A4F" w14:textId="77777777" w:rsidR="00CC5C57" w:rsidRPr="00ED5D34" w:rsidRDefault="00CC5C57" w:rsidP="00217531">
            <w:pPr>
              <w:spacing w:after="24"/>
              <w:rPr>
                <w:color w:val="auto"/>
                <w:sz w:val="22"/>
                <w:lang w:val="ru-RU"/>
              </w:rPr>
            </w:pPr>
          </w:p>
          <w:p w14:paraId="4A418AAD" w14:textId="7D122B70" w:rsidR="00CC5C57" w:rsidRPr="00ED5D34" w:rsidRDefault="00217531" w:rsidP="00217531">
            <w:pPr>
              <w:spacing w:after="24"/>
              <w:rPr>
                <w:rFonts w:eastAsia="Arial"/>
                <w:color w:val="auto"/>
                <w:sz w:val="22"/>
                <w:lang w:val="ru-RU"/>
              </w:rPr>
            </w:pPr>
            <w:r w:rsidRPr="00ED5D34">
              <w:rPr>
                <w:rFonts w:eastAsia="Arial"/>
                <w:b/>
                <w:color w:val="auto"/>
                <w:sz w:val="22"/>
                <w:lang w:val="ru-RU"/>
              </w:rPr>
              <w:t xml:space="preserve">Ц3.З2. </w:t>
            </w:r>
            <w:r w:rsidR="00CC5C57" w:rsidRPr="00ED5D34">
              <w:rPr>
                <w:color w:val="auto"/>
                <w:sz w:val="22"/>
                <w:lang w:val="ru-RU"/>
              </w:rPr>
              <w:t xml:space="preserve">Правила застосування електронних шаблонів, </w:t>
            </w:r>
            <w:r w:rsidR="00ED5D34" w:rsidRPr="00ED5D34">
              <w:rPr>
                <w:color w:val="auto"/>
                <w:sz w:val="22"/>
                <w:lang w:val="ru-RU"/>
              </w:rPr>
              <w:t xml:space="preserve">            </w:t>
            </w:r>
            <w:r w:rsidR="00CC5C57" w:rsidRPr="00ED5D34">
              <w:rPr>
                <w:color w:val="auto"/>
                <w:sz w:val="22"/>
                <w:lang w:val="ru-RU"/>
              </w:rPr>
              <w:t xml:space="preserve">електронного підпису та </w:t>
            </w:r>
            <w:r w:rsidR="00ED5D34" w:rsidRPr="00ED5D34">
              <w:rPr>
                <w:color w:val="auto"/>
                <w:sz w:val="22"/>
                <w:lang w:val="ru-RU"/>
              </w:rPr>
              <w:t xml:space="preserve">             </w:t>
            </w:r>
            <w:r w:rsidR="00CC5C57" w:rsidRPr="00ED5D34">
              <w:rPr>
                <w:color w:val="auto"/>
                <w:sz w:val="22"/>
                <w:lang w:val="ru-RU"/>
              </w:rPr>
              <w:t>перетворення документів між форматами.</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28D6666B" w14:textId="685FD9F0" w:rsidR="00D016C2" w:rsidRPr="00ED5D34" w:rsidRDefault="00217531" w:rsidP="00217531">
            <w:pPr>
              <w:spacing w:after="24"/>
              <w:rPr>
                <w:rFonts w:eastAsia="Arial"/>
                <w:color w:val="auto"/>
                <w:sz w:val="22"/>
                <w:lang w:val="ru-RU"/>
              </w:rPr>
            </w:pPr>
            <w:r w:rsidRPr="00ED5D34">
              <w:rPr>
                <w:rFonts w:eastAsia="Arial"/>
                <w:b/>
                <w:color w:val="auto"/>
                <w:sz w:val="22"/>
                <w:lang w:val="ru-RU"/>
              </w:rPr>
              <w:lastRenderedPageBreak/>
              <w:t xml:space="preserve">Ц3.У1. </w:t>
            </w:r>
            <w:r w:rsidR="00D016C2" w:rsidRPr="00ED5D34">
              <w:rPr>
                <w:rFonts w:eastAsia="Arial"/>
                <w:color w:val="auto"/>
                <w:sz w:val="22"/>
                <w:lang w:val="ru-RU"/>
              </w:rPr>
              <w:t>Створювати,</w:t>
            </w:r>
            <w:r w:rsidR="00ED5D34" w:rsidRPr="00ED5D34">
              <w:rPr>
                <w:rFonts w:eastAsia="Arial"/>
                <w:color w:val="auto"/>
                <w:sz w:val="22"/>
                <w:lang w:val="ru-RU"/>
              </w:rPr>
              <w:t xml:space="preserve">                     </w:t>
            </w:r>
            <w:r w:rsidR="00D016C2" w:rsidRPr="00ED5D34">
              <w:rPr>
                <w:rFonts w:eastAsia="Arial"/>
                <w:color w:val="auto"/>
                <w:sz w:val="22"/>
                <w:lang w:val="ru-RU"/>
              </w:rPr>
              <w:t xml:space="preserve"> редагувати, форматувати, </w:t>
            </w:r>
            <w:r w:rsidR="00D016C2" w:rsidRPr="00ED5D34">
              <w:rPr>
                <w:rFonts w:eastAsia="Arial"/>
                <w:color w:val="auto"/>
                <w:sz w:val="22"/>
                <w:lang w:val="ru-RU"/>
              </w:rPr>
              <w:lastRenderedPageBreak/>
              <w:t xml:space="preserve">перевіряти та зберігати </w:t>
            </w:r>
            <w:r w:rsidR="00ED5D34" w:rsidRPr="00ED5D34">
              <w:rPr>
                <w:rFonts w:eastAsia="Arial"/>
                <w:color w:val="auto"/>
                <w:sz w:val="22"/>
                <w:lang w:val="ru-RU"/>
              </w:rPr>
              <w:t xml:space="preserve">            </w:t>
            </w:r>
            <w:r w:rsidR="00D016C2" w:rsidRPr="00ED5D34">
              <w:rPr>
                <w:rFonts w:eastAsia="Arial"/>
                <w:color w:val="auto"/>
                <w:sz w:val="22"/>
                <w:lang w:val="ru-RU"/>
              </w:rPr>
              <w:t xml:space="preserve">електронні професійні </w:t>
            </w:r>
            <w:r w:rsidR="00ED5D34" w:rsidRPr="00ED5D34">
              <w:rPr>
                <w:rFonts w:eastAsia="Arial"/>
                <w:color w:val="auto"/>
                <w:sz w:val="22"/>
                <w:lang w:val="ru-RU"/>
              </w:rPr>
              <w:t xml:space="preserve">            </w:t>
            </w:r>
            <w:r w:rsidR="00D016C2" w:rsidRPr="00ED5D34">
              <w:rPr>
                <w:rFonts w:eastAsia="Arial"/>
                <w:color w:val="auto"/>
                <w:sz w:val="22"/>
                <w:lang w:val="ru-RU"/>
              </w:rPr>
              <w:t>документи.</w:t>
            </w:r>
          </w:p>
          <w:p w14:paraId="5218559B" w14:textId="77777777" w:rsidR="00D016C2" w:rsidRPr="00ED5D34" w:rsidRDefault="00D016C2" w:rsidP="00217531">
            <w:pPr>
              <w:spacing w:after="24"/>
              <w:rPr>
                <w:color w:val="auto"/>
                <w:sz w:val="22"/>
                <w:lang w:val="ru-RU"/>
              </w:rPr>
            </w:pPr>
          </w:p>
          <w:p w14:paraId="62E6B7DA" w14:textId="4FF43177" w:rsidR="00D016C2" w:rsidRPr="00ED5D34" w:rsidRDefault="00217531" w:rsidP="00D016C2">
            <w:pPr>
              <w:spacing w:after="24"/>
              <w:rPr>
                <w:color w:val="auto"/>
                <w:sz w:val="22"/>
                <w:lang w:val="ru-RU"/>
              </w:rPr>
            </w:pPr>
            <w:r w:rsidRPr="00ED5D34">
              <w:rPr>
                <w:rFonts w:eastAsia="Arial"/>
                <w:b/>
                <w:color w:val="auto"/>
                <w:sz w:val="22"/>
                <w:lang w:val="ru-RU"/>
              </w:rPr>
              <w:t xml:space="preserve">Ц3.У2. </w:t>
            </w:r>
            <w:r w:rsidR="00D016C2" w:rsidRPr="00ED5D34">
              <w:rPr>
                <w:color w:val="auto"/>
                <w:sz w:val="22"/>
                <w:lang w:val="ru-RU"/>
              </w:rPr>
              <w:t xml:space="preserve">Формувати </w:t>
            </w:r>
            <w:r w:rsidR="00ED5D34" w:rsidRPr="00ED5D34">
              <w:rPr>
                <w:color w:val="auto"/>
                <w:sz w:val="22"/>
                <w:lang w:val="ru-RU"/>
              </w:rPr>
              <w:t xml:space="preserve">                   </w:t>
            </w:r>
            <w:r w:rsidR="00D016C2" w:rsidRPr="00ED5D34">
              <w:rPr>
                <w:color w:val="auto"/>
                <w:sz w:val="22"/>
                <w:lang w:val="ru-RU"/>
              </w:rPr>
              <w:t>електронні документи та</w:t>
            </w:r>
            <w:r w:rsidR="00ED5D34" w:rsidRPr="00ED5D34">
              <w:rPr>
                <w:color w:val="auto"/>
                <w:sz w:val="22"/>
                <w:lang w:val="ru-RU"/>
              </w:rPr>
              <w:t xml:space="preserve">             </w:t>
            </w:r>
            <w:r w:rsidR="00D016C2" w:rsidRPr="00ED5D34">
              <w:rPr>
                <w:color w:val="auto"/>
                <w:sz w:val="22"/>
                <w:lang w:val="ru-RU"/>
              </w:rPr>
              <w:t xml:space="preserve"> матеріали з дотриманням</w:t>
            </w:r>
            <w:r w:rsidR="00ED5D34" w:rsidRPr="00ED5D34">
              <w:rPr>
                <w:color w:val="auto"/>
                <w:sz w:val="22"/>
                <w:lang w:val="ru-RU"/>
              </w:rPr>
              <w:t xml:space="preserve">              </w:t>
            </w:r>
            <w:r w:rsidR="00D016C2" w:rsidRPr="00ED5D34">
              <w:rPr>
                <w:color w:val="auto"/>
                <w:sz w:val="22"/>
                <w:lang w:val="ru-RU"/>
              </w:rPr>
              <w:t xml:space="preserve"> вимог доступності,</w:t>
            </w:r>
            <w:r w:rsidR="00ED5D34" w:rsidRPr="00ED5D34">
              <w:rPr>
                <w:color w:val="auto"/>
                <w:sz w:val="22"/>
                <w:lang w:val="ru-RU"/>
              </w:rPr>
              <w:t xml:space="preserve">                     </w:t>
            </w:r>
            <w:r w:rsidR="00D016C2" w:rsidRPr="00ED5D34">
              <w:rPr>
                <w:color w:val="auto"/>
                <w:sz w:val="22"/>
                <w:lang w:val="ru-RU"/>
              </w:rPr>
              <w:t xml:space="preserve"> зрозумілості та цілісності офіційної інформації.</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8282486" w14:textId="10DCD0E4" w:rsidR="00D016C2" w:rsidRPr="00ED5D34" w:rsidRDefault="00217531" w:rsidP="00217531">
            <w:pPr>
              <w:spacing w:after="24"/>
              <w:rPr>
                <w:rFonts w:eastAsia="Arial"/>
                <w:color w:val="auto"/>
                <w:sz w:val="22"/>
                <w:lang w:val="ru-RU"/>
              </w:rPr>
            </w:pPr>
            <w:r w:rsidRPr="00ED5D34">
              <w:rPr>
                <w:rFonts w:eastAsia="Arial"/>
                <w:b/>
                <w:color w:val="auto"/>
                <w:sz w:val="22"/>
                <w:lang w:val="ru-RU"/>
              </w:rPr>
              <w:lastRenderedPageBreak/>
              <w:t>Ц3.К1</w:t>
            </w:r>
            <w:r w:rsidR="00D016C2" w:rsidRPr="00ED5D34">
              <w:rPr>
                <w:rFonts w:eastAsia="Arial"/>
                <w:b/>
                <w:color w:val="auto"/>
                <w:sz w:val="22"/>
                <w:lang w:val="ru-RU"/>
              </w:rPr>
              <w:t>.</w:t>
            </w:r>
            <w:r w:rsidR="00D016C2" w:rsidRPr="00ED5D34">
              <w:rPr>
                <w:color w:val="auto"/>
                <w:sz w:val="22"/>
                <w:lang w:val="ru-RU"/>
              </w:rPr>
              <w:t xml:space="preserve">Погоджувати зміст електронного </w:t>
            </w:r>
            <w:r w:rsidR="00D016C2" w:rsidRPr="00ED5D34">
              <w:rPr>
                <w:color w:val="auto"/>
                <w:sz w:val="22"/>
                <w:lang w:val="ru-RU"/>
              </w:rPr>
              <w:lastRenderedPageBreak/>
              <w:t>документа з відповідною особою або суб'єктом у межах визначених повноважень.</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70E0BF6" w14:textId="126E8082" w:rsidR="00623E27" w:rsidRPr="00ED5D34" w:rsidRDefault="00217531" w:rsidP="00623E27">
            <w:pPr>
              <w:spacing w:after="24"/>
              <w:rPr>
                <w:color w:val="auto"/>
                <w:sz w:val="22"/>
                <w:lang w:val="ru-RU"/>
              </w:rPr>
            </w:pPr>
            <w:r w:rsidRPr="00ED5D34">
              <w:rPr>
                <w:rFonts w:eastAsia="Arial"/>
                <w:b/>
                <w:color w:val="auto"/>
                <w:sz w:val="22"/>
                <w:lang w:val="ru-RU"/>
              </w:rPr>
              <w:lastRenderedPageBreak/>
              <w:t xml:space="preserve">Ц3.В1. </w:t>
            </w:r>
            <w:r w:rsidR="00623E27" w:rsidRPr="00ED5D34">
              <w:rPr>
                <w:color w:val="auto"/>
                <w:sz w:val="22"/>
                <w:lang w:val="ru-RU"/>
              </w:rPr>
              <w:t xml:space="preserve">Самостійно </w:t>
            </w:r>
            <w:r w:rsidR="00ED5D34" w:rsidRPr="00ED5D34">
              <w:rPr>
                <w:color w:val="auto"/>
                <w:sz w:val="22"/>
                <w:lang w:val="ru-RU"/>
              </w:rPr>
              <w:t xml:space="preserve">    </w:t>
            </w:r>
            <w:r w:rsidR="00623E27" w:rsidRPr="00ED5D34">
              <w:rPr>
                <w:color w:val="auto"/>
                <w:sz w:val="22"/>
                <w:lang w:val="ru-RU"/>
              </w:rPr>
              <w:t xml:space="preserve">створювати та </w:t>
            </w:r>
            <w:r w:rsidR="00623E27" w:rsidRPr="00ED5D34">
              <w:rPr>
                <w:color w:val="auto"/>
                <w:sz w:val="22"/>
                <w:lang w:val="ru-RU"/>
              </w:rPr>
              <w:lastRenderedPageBreak/>
              <w:t xml:space="preserve">опрацьовувати </w:t>
            </w:r>
            <w:r w:rsidR="00ED5D34" w:rsidRPr="00ED5D34">
              <w:rPr>
                <w:color w:val="auto"/>
                <w:sz w:val="22"/>
                <w:lang w:val="ru-RU"/>
              </w:rPr>
              <w:t xml:space="preserve">                  </w:t>
            </w:r>
            <w:r w:rsidR="00623E27" w:rsidRPr="00ED5D34">
              <w:rPr>
                <w:color w:val="auto"/>
                <w:sz w:val="22"/>
                <w:lang w:val="ru-RU"/>
              </w:rPr>
              <w:t>електронні документи і відповідати за відповідність внесених відомостей первинним даним.</w:t>
            </w:r>
          </w:p>
        </w:tc>
      </w:tr>
      <w:tr w:rsidR="00217531" w:rsidRPr="0076799D" w14:paraId="3A70F889"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893D686" w14:textId="77777777" w:rsidR="00217531" w:rsidRPr="003C4740" w:rsidRDefault="00217531" w:rsidP="00217531">
            <w:pPr>
              <w:rPr>
                <w:color w:val="00B050"/>
                <w:sz w:val="22"/>
                <w:lang w:val="ru-RU"/>
              </w:rPr>
            </w:pP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A99A9C0" w14:textId="0017154F" w:rsidR="00623E27" w:rsidRPr="00ED5D34" w:rsidRDefault="00217531" w:rsidP="00623E27">
            <w:pPr>
              <w:rPr>
                <w:b/>
                <w:color w:val="auto"/>
                <w:sz w:val="22"/>
                <w:lang w:val="ru-RU"/>
              </w:rPr>
            </w:pPr>
            <w:r w:rsidRPr="00ED5D34">
              <w:rPr>
                <w:rFonts w:eastAsia="Arial"/>
                <w:b/>
                <w:color w:val="auto"/>
                <w:sz w:val="22"/>
                <w:lang w:val="ru-RU"/>
              </w:rPr>
              <w:t xml:space="preserve">Ц4. </w:t>
            </w:r>
            <w:r w:rsidR="00623E27" w:rsidRPr="00ED5D34">
              <w:rPr>
                <w:b/>
                <w:color w:val="auto"/>
                <w:sz w:val="22"/>
                <w:lang w:val="ru-RU"/>
              </w:rPr>
              <w:t xml:space="preserve">Здатність здійснювати </w:t>
            </w:r>
            <w:r w:rsidR="00ED5D34" w:rsidRPr="00ED5D34">
              <w:rPr>
                <w:b/>
                <w:color w:val="auto"/>
                <w:sz w:val="22"/>
                <w:lang w:val="ru-RU"/>
              </w:rPr>
              <w:t xml:space="preserve">               </w:t>
            </w:r>
            <w:r w:rsidR="00623E27" w:rsidRPr="00ED5D34">
              <w:rPr>
                <w:b/>
                <w:color w:val="auto"/>
                <w:sz w:val="22"/>
                <w:lang w:val="ru-RU"/>
              </w:rPr>
              <w:t xml:space="preserve">безпечний </w:t>
            </w:r>
            <w:r w:rsidR="00ED5D34" w:rsidRPr="00ED5D34">
              <w:rPr>
                <w:b/>
                <w:color w:val="auto"/>
                <w:sz w:val="22"/>
                <w:lang w:val="ru-RU"/>
              </w:rPr>
              <w:t xml:space="preserve">                  </w:t>
            </w:r>
            <w:r w:rsidR="00623E27" w:rsidRPr="00ED5D34">
              <w:rPr>
                <w:b/>
                <w:color w:val="auto"/>
                <w:sz w:val="22"/>
                <w:lang w:val="ru-RU"/>
              </w:rPr>
              <w:t xml:space="preserve">цифровий обмін професійною </w:t>
            </w:r>
            <w:r w:rsidR="00ED5D34" w:rsidRPr="00ED5D34">
              <w:rPr>
                <w:b/>
                <w:color w:val="auto"/>
                <w:sz w:val="22"/>
                <w:lang w:val="ru-RU"/>
              </w:rPr>
              <w:t xml:space="preserve">                 </w:t>
            </w:r>
            <w:r w:rsidR="00623E27" w:rsidRPr="00ED5D34">
              <w:rPr>
                <w:b/>
                <w:color w:val="auto"/>
                <w:sz w:val="22"/>
                <w:lang w:val="ru-RU"/>
              </w:rPr>
              <w:t>інформацією.</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E0BDF28" w14:textId="377B8097" w:rsidR="00623E27" w:rsidRPr="00ED5D34" w:rsidRDefault="00217531" w:rsidP="00217531">
            <w:pPr>
              <w:spacing w:after="24"/>
              <w:rPr>
                <w:rFonts w:eastAsia="Arial"/>
                <w:color w:val="auto"/>
                <w:sz w:val="22"/>
                <w:lang w:val="ru-RU"/>
              </w:rPr>
            </w:pPr>
            <w:r w:rsidRPr="00ED5D34">
              <w:rPr>
                <w:rFonts w:eastAsia="Arial"/>
                <w:b/>
                <w:color w:val="auto"/>
                <w:sz w:val="22"/>
                <w:lang w:val="ru-RU"/>
              </w:rPr>
              <w:t xml:space="preserve">Ц4.З1. </w:t>
            </w:r>
            <w:r w:rsidR="00623E27" w:rsidRPr="00ED5D34">
              <w:rPr>
                <w:rFonts w:eastAsia="Arial"/>
                <w:color w:val="auto"/>
                <w:sz w:val="22"/>
                <w:lang w:val="ru-RU"/>
              </w:rPr>
              <w:t xml:space="preserve">Канали цифрової взаємодії, правила </w:t>
            </w:r>
            <w:r w:rsidR="00ED5D34" w:rsidRPr="00ED5D34">
              <w:rPr>
                <w:rFonts w:eastAsia="Arial"/>
                <w:color w:val="auto"/>
                <w:sz w:val="22"/>
                <w:lang w:val="ru-RU"/>
              </w:rPr>
              <w:t xml:space="preserve">                     </w:t>
            </w:r>
            <w:r w:rsidR="00623E27" w:rsidRPr="00ED5D34">
              <w:rPr>
                <w:rFonts w:eastAsia="Arial"/>
                <w:color w:val="auto"/>
                <w:sz w:val="22"/>
                <w:lang w:val="ru-RU"/>
              </w:rPr>
              <w:t xml:space="preserve">електронного обміну </w:t>
            </w:r>
            <w:r w:rsidR="00ED5D34" w:rsidRPr="00ED5D34">
              <w:rPr>
                <w:rFonts w:eastAsia="Arial"/>
                <w:color w:val="auto"/>
                <w:sz w:val="22"/>
                <w:lang w:val="ru-RU"/>
              </w:rPr>
              <w:t xml:space="preserve">                 </w:t>
            </w:r>
            <w:r w:rsidR="00623E27" w:rsidRPr="00ED5D34">
              <w:rPr>
                <w:rFonts w:eastAsia="Arial"/>
                <w:color w:val="auto"/>
                <w:sz w:val="22"/>
                <w:lang w:val="ru-RU"/>
              </w:rPr>
              <w:t>документами та вимоги до безпечного передавання</w:t>
            </w:r>
            <w:r w:rsidR="00ED5D34" w:rsidRPr="00ED5D34">
              <w:rPr>
                <w:rFonts w:eastAsia="Arial"/>
                <w:color w:val="auto"/>
                <w:sz w:val="22"/>
                <w:lang w:val="ru-RU"/>
              </w:rPr>
              <w:t xml:space="preserve">              </w:t>
            </w:r>
            <w:r w:rsidR="00623E27" w:rsidRPr="00ED5D34">
              <w:rPr>
                <w:rFonts w:eastAsia="Arial"/>
                <w:color w:val="auto"/>
                <w:sz w:val="22"/>
                <w:lang w:val="ru-RU"/>
              </w:rPr>
              <w:t xml:space="preserve"> інформації.</w:t>
            </w:r>
          </w:p>
          <w:p w14:paraId="75E5009E" w14:textId="77777777" w:rsidR="00623E27" w:rsidRPr="00ED5D34" w:rsidRDefault="00623E27" w:rsidP="00217531">
            <w:pPr>
              <w:spacing w:after="24"/>
              <w:rPr>
                <w:color w:val="auto"/>
                <w:sz w:val="22"/>
                <w:lang w:val="ru-RU"/>
              </w:rPr>
            </w:pPr>
          </w:p>
          <w:p w14:paraId="0EA0B090" w14:textId="18BC29C3" w:rsidR="008B1A2F" w:rsidRPr="00ED5D34" w:rsidRDefault="00217531" w:rsidP="008B1A2F">
            <w:pPr>
              <w:spacing w:after="24"/>
              <w:rPr>
                <w:color w:val="auto"/>
                <w:sz w:val="22"/>
                <w:lang w:val="ru-RU"/>
              </w:rPr>
            </w:pPr>
            <w:r w:rsidRPr="00ED5D34">
              <w:rPr>
                <w:rFonts w:eastAsia="Arial"/>
                <w:b/>
                <w:color w:val="auto"/>
                <w:sz w:val="22"/>
                <w:lang w:val="ru-RU"/>
              </w:rPr>
              <w:t xml:space="preserve">Ц4.З2. </w:t>
            </w:r>
            <w:r w:rsidR="008B1A2F" w:rsidRPr="00ED5D34">
              <w:rPr>
                <w:color w:val="auto"/>
                <w:sz w:val="22"/>
                <w:lang w:val="ru-RU"/>
              </w:rPr>
              <w:t xml:space="preserve">Правові підстави та обмеження щодо передавання персональних даних та </w:t>
            </w:r>
            <w:r w:rsidR="00ED5D34" w:rsidRPr="00ED5D34">
              <w:rPr>
                <w:color w:val="auto"/>
                <w:sz w:val="22"/>
                <w:lang w:val="ru-RU"/>
              </w:rPr>
              <w:t xml:space="preserve">                </w:t>
            </w:r>
            <w:r w:rsidR="008B1A2F" w:rsidRPr="00ED5D34">
              <w:rPr>
                <w:color w:val="auto"/>
                <w:sz w:val="22"/>
                <w:lang w:val="ru-RU"/>
              </w:rPr>
              <w:t xml:space="preserve">інформації з обмеженим </w:t>
            </w:r>
            <w:r w:rsidR="00ED5D34" w:rsidRPr="00ED5D34">
              <w:rPr>
                <w:color w:val="auto"/>
                <w:sz w:val="22"/>
                <w:lang w:val="ru-RU"/>
              </w:rPr>
              <w:t xml:space="preserve">            </w:t>
            </w:r>
            <w:r w:rsidR="008B1A2F" w:rsidRPr="00ED5D34">
              <w:rPr>
                <w:color w:val="auto"/>
                <w:sz w:val="22"/>
                <w:lang w:val="ru-RU"/>
              </w:rPr>
              <w:t>доступом.</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6CE20712" w14:textId="047ED354" w:rsidR="008B1A2F" w:rsidRPr="00ED5D34" w:rsidRDefault="00217531" w:rsidP="00217531">
            <w:pPr>
              <w:spacing w:after="24"/>
              <w:rPr>
                <w:rFonts w:eastAsia="Arial"/>
                <w:color w:val="auto"/>
                <w:sz w:val="22"/>
                <w:lang w:val="ru-RU"/>
              </w:rPr>
            </w:pPr>
            <w:r w:rsidRPr="00ED5D34">
              <w:rPr>
                <w:rFonts w:eastAsia="Arial"/>
                <w:b/>
                <w:color w:val="auto"/>
                <w:sz w:val="22"/>
                <w:lang w:val="ru-RU"/>
              </w:rPr>
              <w:t xml:space="preserve">Ц4.У1. </w:t>
            </w:r>
            <w:r w:rsidR="008B1A2F" w:rsidRPr="00ED5D34">
              <w:rPr>
                <w:rFonts w:eastAsia="Arial"/>
                <w:color w:val="auto"/>
                <w:sz w:val="22"/>
                <w:lang w:val="ru-RU"/>
              </w:rPr>
              <w:t xml:space="preserve">Передавати </w:t>
            </w:r>
            <w:r w:rsidR="00ED5D34" w:rsidRPr="00ED5D34">
              <w:rPr>
                <w:rFonts w:eastAsia="Arial"/>
                <w:color w:val="auto"/>
                <w:sz w:val="22"/>
                <w:lang w:val="ru-RU"/>
              </w:rPr>
              <w:t xml:space="preserve">                </w:t>
            </w:r>
            <w:r w:rsidR="008B1A2F" w:rsidRPr="00ED5D34">
              <w:rPr>
                <w:rFonts w:eastAsia="Arial"/>
                <w:color w:val="auto"/>
                <w:sz w:val="22"/>
                <w:lang w:val="ru-RU"/>
              </w:rPr>
              <w:t>електронні документи та</w:t>
            </w:r>
            <w:r w:rsidR="00ED5D34" w:rsidRPr="00ED5D34">
              <w:rPr>
                <w:rFonts w:eastAsia="Arial"/>
                <w:color w:val="auto"/>
                <w:sz w:val="22"/>
                <w:lang w:val="ru-RU"/>
              </w:rPr>
              <w:t xml:space="preserve">            </w:t>
            </w:r>
            <w:r w:rsidR="008B1A2F" w:rsidRPr="00ED5D34">
              <w:rPr>
                <w:rFonts w:eastAsia="Arial"/>
                <w:color w:val="auto"/>
                <w:sz w:val="22"/>
                <w:lang w:val="ru-RU"/>
              </w:rPr>
              <w:t xml:space="preserve"> інформацію належному</w:t>
            </w:r>
            <w:r w:rsidR="00ED5D34" w:rsidRPr="00ED5D34">
              <w:rPr>
                <w:rFonts w:eastAsia="Arial"/>
                <w:color w:val="auto"/>
                <w:sz w:val="22"/>
                <w:lang w:val="ru-RU"/>
              </w:rPr>
              <w:t xml:space="preserve">            </w:t>
            </w:r>
            <w:r w:rsidR="008B1A2F" w:rsidRPr="00ED5D34">
              <w:rPr>
                <w:rFonts w:eastAsia="Arial"/>
                <w:color w:val="auto"/>
                <w:sz w:val="22"/>
                <w:lang w:val="ru-RU"/>
              </w:rPr>
              <w:t xml:space="preserve"> адресату із застосуванням визначених засобів цифрової взаємодії.</w:t>
            </w:r>
          </w:p>
          <w:p w14:paraId="58C36104" w14:textId="77777777" w:rsidR="008B1A2F" w:rsidRPr="00ED5D34" w:rsidRDefault="008B1A2F" w:rsidP="00217531">
            <w:pPr>
              <w:spacing w:after="24"/>
              <w:rPr>
                <w:color w:val="auto"/>
                <w:sz w:val="22"/>
                <w:lang w:val="ru-RU"/>
              </w:rPr>
            </w:pPr>
          </w:p>
          <w:p w14:paraId="7AB078A6" w14:textId="44A42118" w:rsidR="001B3675" w:rsidRPr="00ED5D34" w:rsidRDefault="00217531" w:rsidP="001B3675">
            <w:pPr>
              <w:spacing w:after="24"/>
              <w:rPr>
                <w:color w:val="auto"/>
                <w:sz w:val="22"/>
                <w:lang w:val="ru-RU"/>
              </w:rPr>
            </w:pPr>
            <w:r w:rsidRPr="00ED5D34">
              <w:rPr>
                <w:rFonts w:eastAsia="Arial"/>
                <w:b/>
                <w:color w:val="auto"/>
                <w:sz w:val="22"/>
                <w:lang w:val="ru-RU"/>
              </w:rPr>
              <w:t xml:space="preserve">Ц4.У2. </w:t>
            </w:r>
            <w:r w:rsidR="001B3675" w:rsidRPr="00ED5D34">
              <w:rPr>
                <w:color w:val="auto"/>
                <w:sz w:val="22"/>
                <w:lang w:val="ru-RU"/>
              </w:rPr>
              <w:t xml:space="preserve">Визначати необхідний обсяг інформації для </w:t>
            </w:r>
            <w:r w:rsidR="00ED5D34" w:rsidRPr="00ED5D34">
              <w:rPr>
                <w:color w:val="auto"/>
                <w:sz w:val="22"/>
                <w:lang w:val="ru-RU"/>
              </w:rPr>
              <w:t xml:space="preserve">                    </w:t>
            </w:r>
            <w:r w:rsidR="001B3675" w:rsidRPr="00ED5D34">
              <w:rPr>
                <w:color w:val="auto"/>
                <w:sz w:val="22"/>
                <w:lang w:val="ru-RU"/>
              </w:rPr>
              <w:t xml:space="preserve">виконання конкретної </w:t>
            </w:r>
            <w:r w:rsidR="00ED5D34" w:rsidRPr="00ED5D34">
              <w:rPr>
                <w:color w:val="auto"/>
                <w:sz w:val="22"/>
                <w:lang w:val="ru-RU"/>
              </w:rPr>
              <w:t xml:space="preserve">                 </w:t>
            </w:r>
            <w:r w:rsidR="001B3675" w:rsidRPr="00ED5D34">
              <w:rPr>
                <w:color w:val="auto"/>
                <w:sz w:val="22"/>
                <w:lang w:val="ru-RU"/>
              </w:rPr>
              <w:t xml:space="preserve">професійної дії та не </w:t>
            </w:r>
            <w:r w:rsidR="00ED5D34" w:rsidRPr="00ED5D34">
              <w:rPr>
                <w:color w:val="auto"/>
                <w:sz w:val="22"/>
                <w:lang w:val="ru-RU"/>
              </w:rPr>
              <w:t xml:space="preserve">                  </w:t>
            </w:r>
            <w:r w:rsidR="001B3675" w:rsidRPr="00ED5D34">
              <w:rPr>
                <w:color w:val="auto"/>
                <w:sz w:val="22"/>
                <w:lang w:val="ru-RU"/>
              </w:rPr>
              <w:t>передавати надлишкові дані.</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5F11640D" w14:textId="55EB5628" w:rsidR="001B3675" w:rsidRPr="00ED5D34" w:rsidRDefault="00217531" w:rsidP="00217531">
            <w:pPr>
              <w:spacing w:after="24"/>
              <w:rPr>
                <w:rFonts w:eastAsia="Arial"/>
                <w:color w:val="auto"/>
                <w:sz w:val="22"/>
                <w:lang w:val="ru-RU"/>
              </w:rPr>
            </w:pPr>
            <w:r w:rsidRPr="00ED5D34">
              <w:rPr>
                <w:rFonts w:eastAsia="Arial"/>
                <w:b/>
                <w:color w:val="auto"/>
                <w:sz w:val="22"/>
                <w:lang w:val="ru-RU"/>
              </w:rPr>
              <w:t xml:space="preserve">Ц4.К1. </w:t>
            </w:r>
            <w:r w:rsidR="001B3675" w:rsidRPr="00ED5D34">
              <w:rPr>
                <w:color w:val="auto"/>
                <w:sz w:val="22"/>
                <w:lang w:val="ru-RU"/>
              </w:rPr>
              <w:t>Узгоджувати з учасниками взаємодії мету, адресата, спосіб і строк цифрового обміну інформацією.</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938285B" w14:textId="5FF03FC5" w:rsidR="001B3675" w:rsidRPr="00ED5D34" w:rsidRDefault="00217531" w:rsidP="00217531">
            <w:pPr>
              <w:spacing w:after="24"/>
              <w:rPr>
                <w:rFonts w:eastAsia="Arial"/>
                <w:color w:val="auto"/>
                <w:sz w:val="22"/>
                <w:lang w:val="ru-RU"/>
              </w:rPr>
            </w:pPr>
            <w:r w:rsidRPr="00ED5D34">
              <w:rPr>
                <w:rFonts w:eastAsia="Arial"/>
                <w:b/>
                <w:color w:val="auto"/>
                <w:sz w:val="22"/>
                <w:lang w:val="ru-RU"/>
              </w:rPr>
              <w:t>Ц4.В1.</w:t>
            </w:r>
            <w:r w:rsidR="001B3675" w:rsidRPr="00ED5D34">
              <w:rPr>
                <w:rFonts w:eastAsia="Arial"/>
                <w:color w:val="auto"/>
                <w:sz w:val="22"/>
                <w:lang w:val="ru-RU"/>
              </w:rPr>
              <w:t xml:space="preserve"> </w:t>
            </w:r>
            <w:r w:rsidR="001B3675" w:rsidRPr="00ED5D34">
              <w:rPr>
                <w:color w:val="auto"/>
                <w:sz w:val="22"/>
                <w:lang w:val="ru-RU"/>
              </w:rPr>
              <w:t xml:space="preserve">Відповідати в межах професійних </w:t>
            </w:r>
            <w:r w:rsidR="00ED5D34" w:rsidRPr="00ED5D34">
              <w:rPr>
                <w:color w:val="auto"/>
                <w:sz w:val="22"/>
                <w:lang w:val="ru-RU"/>
              </w:rPr>
              <w:t xml:space="preserve">              </w:t>
            </w:r>
            <w:r w:rsidR="001B3675" w:rsidRPr="00ED5D34">
              <w:rPr>
                <w:color w:val="auto"/>
                <w:sz w:val="22"/>
                <w:lang w:val="ru-RU"/>
              </w:rPr>
              <w:t xml:space="preserve">повноважень за </w:t>
            </w:r>
            <w:r w:rsidR="00ED5D34" w:rsidRPr="00ED5D34">
              <w:rPr>
                <w:color w:val="auto"/>
                <w:sz w:val="22"/>
                <w:lang w:val="ru-RU"/>
              </w:rPr>
              <w:t xml:space="preserve">                   </w:t>
            </w:r>
            <w:r w:rsidR="001B3675" w:rsidRPr="00ED5D34">
              <w:rPr>
                <w:color w:val="auto"/>
                <w:sz w:val="22"/>
                <w:lang w:val="ru-RU"/>
              </w:rPr>
              <w:t xml:space="preserve">правомірність </w:t>
            </w:r>
            <w:r w:rsidR="00ED5D34" w:rsidRPr="00ED5D34">
              <w:rPr>
                <w:color w:val="auto"/>
                <w:sz w:val="22"/>
                <w:lang w:val="ru-RU"/>
              </w:rPr>
              <w:t xml:space="preserve">                         </w:t>
            </w:r>
            <w:r w:rsidR="001B3675" w:rsidRPr="00ED5D34">
              <w:rPr>
                <w:color w:val="auto"/>
                <w:sz w:val="22"/>
                <w:lang w:val="ru-RU"/>
              </w:rPr>
              <w:t xml:space="preserve">передавання інформації та недопущення її </w:t>
            </w:r>
            <w:r w:rsidR="00ED5D34" w:rsidRPr="00ED5D34">
              <w:rPr>
                <w:color w:val="auto"/>
                <w:sz w:val="22"/>
                <w:lang w:val="ru-RU"/>
              </w:rPr>
              <w:t xml:space="preserve">                 </w:t>
            </w:r>
            <w:r w:rsidR="001B3675" w:rsidRPr="00ED5D34">
              <w:rPr>
                <w:color w:val="auto"/>
                <w:sz w:val="22"/>
                <w:lang w:val="ru-RU"/>
              </w:rPr>
              <w:t>розголошення.</w:t>
            </w:r>
          </w:p>
        </w:tc>
      </w:tr>
      <w:tr w:rsidR="00217531" w:rsidRPr="0076799D" w14:paraId="5B2F2D46"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AFB7291" w14:textId="77777777" w:rsidR="00217531" w:rsidRPr="003C4740" w:rsidRDefault="00217531" w:rsidP="00217531">
            <w:pPr>
              <w:rPr>
                <w:color w:val="auto"/>
                <w:sz w:val="22"/>
                <w:lang w:val="ru-RU"/>
              </w:rPr>
            </w:pP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B66F380" w14:textId="2593025A" w:rsidR="001B3675" w:rsidRPr="00132B2C" w:rsidRDefault="00217531" w:rsidP="001B3675">
            <w:pPr>
              <w:rPr>
                <w:b/>
                <w:color w:val="auto"/>
                <w:sz w:val="22"/>
                <w:lang w:val="ru-RU"/>
              </w:rPr>
            </w:pPr>
            <w:r w:rsidRPr="00132B2C">
              <w:rPr>
                <w:rFonts w:eastAsia="Arial"/>
                <w:b/>
                <w:color w:val="auto"/>
                <w:sz w:val="22"/>
                <w:lang w:val="ru-RU"/>
              </w:rPr>
              <w:t xml:space="preserve">Ц5. </w:t>
            </w:r>
            <w:r w:rsidR="001B3675" w:rsidRPr="00132B2C">
              <w:rPr>
                <w:b/>
                <w:color w:val="auto"/>
                <w:sz w:val="22"/>
                <w:lang w:val="ru-RU"/>
              </w:rPr>
              <w:t>Здатність</w:t>
            </w:r>
            <w:r w:rsidR="00ED5D34" w:rsidRPr="00132B2C">
              <w:rPr>
                <w:b/>
                <w:color w:val="auto"/>
                <w:sz w:val="22"/>
                <w:lang w:val="ru-RU"/>
              </w:rPr>
              <w:t xml:space="preserve">                  </w:t>
            </w:r>
            <w:r w:rsidR="001B3675" w:rsidRPr="00132B2C">
              <w:rPr>
                <w:b/>
                <w:color w:val="auto"/>
                <w:sz w:val="22"/>
                <w:lang w:val="ru-RU"/>
              </w:rPr>
              <w:t xml:space="preserve"> забезпечувати </w:t>
            </w:r>
            <w:r w:rsidR="00ED5D34" w:rsidRPr="00132B2C">
              <w:rPr>
                <w:b/>
                <w:color w:val="auto"/>
                <w:sz w:val="22"/>
                <w:lang w:val="ru-RU"/>
              </w:rPr>
              <w:t xml:space="preserve">         </w:t>
            </w:r>
            <w:r w:rsidR="001B3675" w:rsidRPr="00132B2C">
              <w:rPr>
                <w:b/>
                <w:color w:val="auto"/>
                <w:sz w:val="22"/>
                <w:lang w:val="ru-RU"/>
              </w:rPr>
              <w:t>цифрову безпеку та захист професійної інформації.</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52912ED6" w14:textId="193FF724" w:rsidR="001B3675" w:rsidRPr="00132B2C" w:rsidRDefault="00217531" w:rsidP="00217531">
            <w:pPr>
              <w:spacing w:after="24"/>
              <w:rPr>
                <w:rFonts w:eastAsia="Arial"/>
                <w:color w:val="auto"/>
                <w:sz w:val="22"/>
                <w:lang w:val="ru-RU"/>
              </w:rPr>
            </w:pPr>
            <w:r w:rsidRPr="00132B2C">
              <w:rPr>
                <w:rFonts w:eastAsia="Arial"/>
                <w:b/>
                <w:color w:val="auto"/>
                <w:sz w:val="22"/>
                <w:lang w:val="ru-RU"/>
              </w:rPr>
              <w:t xml:space="preserve">Ц5.З1. </w:t>
            </w:r>
            <w:r w:rsidR="001B3675" w:rsidRPr="00132B2C">
              <w:rPr>
                <w:rFonts w:eastAsia="Arial"/>
                <w:color w:val="auto"/>
                <w:sz w:val="22"/>
                <w:lang w:val="ru-RU"/>
              </w:rPr>
              <w:t xml:space="preserve">Основні кіберзагрози, правила безпечної </w:t>
            </w:r>
            <w:r w:rsidR="00132B2C" w:rsidRPr="00132B2C">
              <w:rPr>
                <w:rFonts w:eastAsia="Arial"/>
                <w:color w:val="auto"/>
                <w:sz w:val="22"/>
                <w:lang w:val="ru-RU"/>
              </w:rPr>
              <w:t xml:space="preserve">                           </w:t>
            </w:r>
            <w:r w:rsidR="001B3675" w:rsidRPr="00132B2C">
              <w:rPr>
                <w:rFonts w:eastAsia="Arial"/>
                <w:color w:val="auto"/>
                <w:sz w:val="22"/>
                <w:lang w:val="ru-RU"/>
              </w:rPr>
              <w:t xml:space="preserve">автентифікації, використання паролів, багатофакторної </w:t>
            </w:r>
            <w:r w:rsidR="00132B2C" w:rsidRPr="00132B2C">
              <w:rPr>
                <w:rFonts w:eastAsia="Arial"/>
                <w:color w:val="auto"/>
                <w:sz w:val="22"/>
                <w:lang w:val="ru-RU"/>
              </w:rPr>
              <w:t xml:space="preserve">               </w:t>
            </w:r>
            <w:r w:rsidR="001B3675" w:rsidRPr="00132B2C">
              <w:rPr>
                <w:rFonts w:eastAsia="Arial"/>
                <w:color w:val="auto"/>
                <w:sz w:val="22"/>
                <w:lang w:val="ru-RU"/>
              </w:rPr>
              <w:t xml:space="preserve">автентифікації, оновлення </w:t>
            </w:r>
            <w:r w:rsidR="00ED5D34" w:rsidRPr="00132B2C">
              <w:rPr>
                <w:rFonts w:eastAsia="Arial"/>
                <w:color w:val="auto"/>
                <w:sz w:val="22"/>
                <w:lang w:val="ru-RU"/>
              </w:rPr>
              <w:t xml:space="preserve">                        </w:t>
            </w:r>
            <w:r w:rsidR="001B3675" w:rsidRPr="00132B2C">
              <w:rPr>
                <w:rFonts w:eastAsia="Arial"/>
                <w:color w:val="auto"/>
                <w:sz w:val="22"/>
                <w:lang w:val="ru-RU"/>
              </w:rPr>
              <w:t xml:space="preserve">програмного забезпечення та реагування на цифрові </w:t>
            </w:r>
            <w:r w:rsidR="00ED5D34" w:rsidRPr="00132B2C">
              <w:rPr>
                <w:rFonts w:eastAsia="Arial"/>
                <w:color w:val="auto"/>
                <w:sz w:val="22"/>
                <w:lang w:val="ru-RU"/>
              </w:rPr>
              <w:t xml:space="preserve">                      </w:t>
            </w:r>
            <w:r w:rsidR="001B3675" w:rsidRPr="00132B2C">
              <w:rPr>
                <w:rFonts w:eastAsia="Arial"/>
                <w:color w:val="auto"/>
                <w:sz w:val="22"/>
                <w:lang w:val="ru-RU"/>
              </w:rPr>
              <w:t>інциденти.</w:t>
            </w:r>
          </w:p>
          <w:p w14:paraId="7B3B17EF" w14:textId="77777777" w:rsidR="001B3675" w:rsidRPr="00132B2C" w:rsidRDefault="001B3675" w:rsidP="00217531">
            <w:pPr>
              <w:spacing w:after="24"/>
              <w:rPr>
                <w:color w:val="auto"/>
                <w:sz w:val="22"/>
                <w:lang w:val="ru-RU"/>
              </w:rPr>
            </w:pPr>
          </w:p>
          <w:p w14:paraId="29A70897" w14:textId="517B2ADA" w:rsidR="001B3675" w:rsidRPr="00132B2C" w:rsidRDefault="00217531" w:rsidP="00217531">
            <w:pPr>
              <w:spacing w:after="24"/>
              <w:rPr>
                <w:rFonts w:eastAsia="Arial"/>
                <w:color w:val="auto"/>
                <w:sz w:val="22"/>
                <w:lang w:val="ru-RU"/>
              </w:rPr>
            </w:pPr>
            <w:r w:rsidRPr="00132B2C">
              <w:rPr>
                <w:rFonts w:eastAsia="Arial"/>
                <w:b/>
                <w:color w:val="auto"/>
                <w:sz w:val="22"/>
                <w:lang w:val="ru-RU"/>
              </w:rPr>
              <w:t xml:space="preserve">Ц5.З2. </w:t>
            </w:r>
            <w:r w:rsidR="001B3675" w:rsidRPr="00132B2C">
              <w:rPr>
                <w:color w:val="auto"/>
                <w:sz w:val="22"/>
                <w:lang w:val="ru-RU"/>
              </w:rPr>
              <w:t xml:space="preserve">Вимоги щодо захисту персональних даних та іншої інформації з обмеженим </w:t>
            </w:r>
            <w:r w:rsidR="00132B2C" w:rsidRPr="00132B2C">
              <w:rPr>
                <w:color w:val="auto"/>
                <w:sz w:val="22"/>
                <w:lang w:val="ru-RU"/>
              </w:rPr>
              <w:t xml:space="preserve">               </w:t>
            </w:r>
            <w:r w:rsidR="001B3675" w:rsidRPr="00132B2C">
              <w:rPr>
                <w:color w:val="auto"/>
                <w:sz w:val="22"/>
                <w:lang w:val="ru-RU"/>
              </w:rPr>
              <w:t>доступом.</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38B1C2A" w14:textId="51D56732" w:rsidR="001B3675" w:rsidRPr="00132B2C" w:rsidRDefault="00217531" w:rsidP="00217531">
            <w:pPr>
              <w:spacing w:after="24"/>
              <w:rPr>
                <w:rFonts w:eastAsia="Arial"/>
                <w:color w:val="auto"/>
                <w:sz w:val="22"/>
                <w:lang w:val="ru-RU"/>
              </w:rPr>
            </w:pPr>
            <w:r w:rsidRPr="00132B2C">
              <w:rPr>
                <w:rFonts w:eastAsia="Arial"/>
                <w:b/>
                <w:color w:val="auto"/>
                <w:sz w:val="22"/>
                <w:lang w:val="ru-RU"/>
              </w:rPr>
              <w:t xml:space="preserve">Ц5.У1. </w:t>
            </w:r>
            <w:r w:rsidR="001B3675" w:rsidRPr="00132B2C">
              <w:rPr>
                <w:rFonts w:eastAsia="Arial"/>
                <w:color w:val="auto"/>
                <w:sz w:val="22"/>
                <w:lang w:val="ru-RU"/>
              </w:rPr>
              <w:t xml:space="preserve">Застосовувати </w:t>
            </w:r>
            <w:r w:rsidR="00132B2C" w:rsidRPr="00132B2C">
              <w:rPr>
                <w:rFonts w:eastAsia="Arial"/>
                <w:color w:val="auto"/>
                <w:sz w:val="22"/>
                <w:lang w:val="ru-RU"/>
              </w:rPr>
              <w:t xml:space="preserve">                  </w:t>
            </w:r>
            <w:r w:rsidR="001B3675" w:rsidRPr="00132B2C">
              <w:rPr>
                <w:rFonts w:eastAsia="Arial"/>
                <w:color w:val="auto"/>
                <w:sz w:val="22"/>
                <w:lang w:val="ru-RU"/>
              </w:rPr>
              <w:t xml:space="preserve">встановлені засоби </w:t>
            </w:r>
            <w:r w:rsidR="00132B2C" w:rsidRPr="00132B2C">
              <w:rPr>
                <w:rFonts w:eastAsia="Arial"/>
                <w:color w:val="auto"/>
                <w:sz w:val="22"/>
                <w:lang w:val="ru-RU"/>
              </w:rPr>
              <w:t xml:space="preserve">                            </w:t>
            </w:r>
            <w:r w:rsidR="001B3675" w:rsidRPr="00132B2C">
              <w:rPr>
                <w:rFonts w:eastAsia="Arial"/>
                <w:color w:val="auto"/>
                <w:sz w:val="22"/>
                <w:lang w:val="ru-RU"/>
              </w:rPr>
              <w:t>автентифікації, блокування пристроїв, безпечного зберігання та передавання</w:t>
            </w:r>
            <w:r w:rsidR="00132B2C" w:rsidRPr="00132B2C">
              <w:rPr>
                <w:rFonts w:eastAsia="Arial"/>
                <w:color w:val="auto"/>
                <w:sz w:val="22"/>
                <w:lang w:val="ru-RU"/>
              </w:rPr>
              <w:t xml:space="preserve">               </w:t>
            </w:r>
            <w:r w:rsidR="001B3675" w:rsidRPr="00132B2C">
              <w:rPr>
                <w:rFonts w:eastAsia="Arial"/>
                <w:color w:val="auto"/>
                <w:sz w:val="22"/>
                <w:lang w:val="ru-RU"/>
              </w:rPr>
              <w:t xml:space="preserve"> інформації.</w:t>
            </w:r>
          </w:p>
          <w:p w14:paraId="33185AED" w14:textId="77777777" w:rsidR="001B3675" w:rsidRPr="00132B2C" w:rsidRDefault="001B3675" w:rsidP="00217531">
            <w:pPr>
              <w:spacing w:after="24"/>
              <w:rPr>
                <w:color w:val="auto"/>
                <w:sz w:val="22"/>
                <w:lang w:val="ru-RU"/>
              </w:rPr>
            </w:pPr>
          </w:p>
          <w:p w14:paraId="33FB48F7" w14:textId="4EC64301" w:rsidR="001B3675" w:rsidRPr="00132B2C" w:rsidRDefault="00217531" w:rsidP="004315DC">
            <w:pPr>
              <w:spacing w:after="24"/>
              <w:rPr>
                <w:color w:val="auto"/>
                <w:sz w:val="22"/>
                <w:lang w:val="ru-RU"/>
              </w:rPr>
            </w:pPr>
            <w:r w:rsidRPr="00132B2C">
              <w:rPr>
                <w:rFonts w:eastAsia="Arial"/>
                <w:b/>
                <w:color w:val="auto"/>
                <w:sz w:val="22"/>
                <w:lang w:val="ru-RU"/>
              </w:rPr>
              <w:t xml:space="preserve">Ц5.У2. </w:t>
            </w:r>
            <w:r w:rsidR="001B3675" w:rsidRPr="00132B2C">
              <w:rPr>
                <w:color w:val="auto"/>
                <w:sz w:val="22"/>
                <w:lang w:val="ru-RU"/>
              </w:rPr>
              <w:t>Розпізнавати ознаки фішингу, несанкціонованого доступу, втрати або витоку інформації та діяти відповідно до встановленої процедури.</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A2AEDBE" w14:textId="169FEBF2" w:rsidR="004315DC" w:rsidRPr="00132B2C" w:rsidRDefault="00217531" w:rsidP="004315DC">
            <w:pPr>
              <w:spacing w:after="24"/>
              <w:rPr>
                <w:color w:val="auto"/>
                <w:sz w:val="22"/>
                <w:lang w:val="ru-RU"/>
              </w:rPr>
            </w:pPr>
            <w:r w:rsidRPr="00132B2C">
              <w:rPr>
                <w:rFonts w:eastAsia="Arial"/>
                <w:b/>
                <w:color w:val="auto"/>
                <w:sz w:val="22"/>
                <w:lang w:val="ru-RU"/>
              </w:rPr>
              <w:t xml:space="preserve">Ц5.К1. </w:t>
            </w:r>
            <w:r w:rsidR="004315DC" w:rsidRPr="00132B2C">
              <w:rPr>
                <w:color w:val="auto"/>
                <w:sz w:val="22"/>
                <w:lang w:val="ru-RU"/>
              </w:rPr>
              <w:t xml:space="preserve">Невідкладно </w:t>
            </w:r>
            <w:r w:rsidR="00132B2C" w:rsidRPr="00132B2C">
              <w:rPr>
                <w:color w:val="auto"/>
                <w:sz w:val="22"/>
                <w:lang w:val="ru-RU"/>
              </w:rPr>
              <w:t xml:space="preserve">                </w:t>
            </w:r>
            <w:r w:rsidR="004315DC" w:rsidRPr="00132B2C">
              <w:rPr>
                <w:color w:val="auto"/>
                <w:sz w:val="22"/>
                <w:lang w:val="ru-RU"/>
              </w:rPr>
              <w:t>повідомляти уповноважену особу про виявлений цифровий інцидент, надаючи лише необхідну для реагування</w:t>
            </w:r>
            <w:r w:rsidR="00132B2C" w:rsidRPr="00132B2C">
              <w:rPr>
                <w:color w:val="auto"/>
                <w:sz w:val="22"/>
                <w:lang w:val="ru-RU"/>
              </w:rPr>
              <w:t xml:space="preserve">                         </w:t>
            </w:r>
            <w:r w:rsidR="004315DC" w:rsidRPr="00132B2C">
              <w:rPr>
                <w:color w:val="auto"/>
                <w:sz w:val="22"/>
                <w:lang w:val="ru-RU"/>
              </w:rPr>
              <w:t xml:space="preserve"> інформацію.</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6BEF6CD6" w14:textId="66A9B18E" w:rsidR="004315DC" w:rsidRPr="00132B2C" w:rsidRDefault="00217531" w:rsidP="004315DC">
            <w:pPr>
              <w:spacing w:after="24"/>
              <w:rPr>
                <w:color w:val="auto"/>
                <w:sz w:val="22"/>
                <w:lang w:val="ru-RU"/>
              </w:rPr>
            </w:pPr>
            <w:r w:rsidRPr="00132B2C">
              <w:rPr>
                <w:rFonts w:eastAsia="Arial"/>
                <w:b/>
                <w:color w:val="auto"/>
                <w:sz w:val="22"/>
                <w:lang w:val="ru-RU"/>
              </w:rPr>
              <w:t xml:space="preserve">Ц5.В1. </w:t>
            </w:r>
            <w:r w:rsidR="004315DC" w:rsidRPr="00132B2C">
              <w:rPr>
                <w:color w:val="auto"/>
                <w:sz w:val="22"/>
                <w:lang w:val="ru-RU"/>
              </w:rPr>
              <w:t xml:space="preserve">Персонально </w:t>
            </w:r>
            <w:r w:rsidR="00132B2C" w:rsidRPr="00132B2C">
              <w:rPr>
                <w:color w:val="auto"/>
                <w:sz w:val="22"/>
                <w:lang w:val="ru-RU"/>
              </w:rPr>
              <w:t xml:space="preserve">            </w:t>
            </w:r>
            <w:r w:rsidR="004315DC" w:rsidRPr="00132B2C">
              <w:rPr>
                <w:color w:val="auto"/>
                <w:sz w:val="22"/>
                <w:lang w:val="ru-RU"/>
              </w:rPr>
              <w:t xml:space="preserve">дотримуватися </w:t>
            </w:r>
            <w:r w:rsidR="008C506C">
              <w:rPr>
                <w:color w:val="auto"/>
                <w:sz w:val="22"/>
                <w:lang w:val="ru-RU"/>
              </w:rPr>
              <w:t xml:space="preserve">                   </w:t>
            </w:r>
            <w:r w:rsidR="004315DC" w:rsidRPr="00132B2C">
              <w:rPr>
                <w:color w:val="auto"/>
                <w:sz w:val="22"/>
                <w:lang w:val="ru-RU"/>
              </w:rPr>
              <w:t>встановлених правил цифрової безпеки та нести відповідальність за їх виконання в межах своїх повноважень.</w:t>
            </w:r>
          </w:p>
        </w:tc>
      </w:tr>
      <w:tr w:rsidR="00217531" w:rsidRPr="0076799D" w14:paraId="5073B481"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BE8C70C" w14:textId="587ACDE0" w:rsidR="00217531" w:rsidRPr="00132B2C" w:rsidRDefault="00217531" w:rsidP="00217531">
            <w:pPr>
              <w:rPr>
                <w:color w:val="auto"/>
                <w:sz w:val="22"/>
                <w:lang w:val="ru-RU"/>
              </w:rPr>
            </w:pPr>
            <w:r w:rsidRPr="00132B2C">
              <w:rPr>
                <w:rFonts w:eastAsia="Arial"/>
                <w:b/>
                <w:color w:val="auto"/>
                <w:sz w:val="22"/>
                <w:lang w:val="ru-RU"/>
              </w:rPr>
              <w:t xml:space="preserve">Б. </w:t>
            </w:r>
            <w:r w:rsidR="004315DC" w:rsidRPr="00132B2C">
              <w:rPr>
                <w:rFonts w:eastAsia="Arial"/>
                <w:b/>
                <w:color w:val="auto"/>
                <w:sz w:val="22"/>
                <w:lang w:val="ru-RU"/>
              </w:rPr>
              <w:t xml:space="preserve">Організація обліку та </w:t>
            </w:r>
            <w:r w:rsidR="00A80C07" w:rsidRPr="00132B2C">
              <w:rPr>
                <w:rFonts w:eastAsia="Arial"/>
                <w:b/>
                <w:color w:val="auto"/>
                <w:sz w:val="22"/>
                <w:lang w:val="ru-RU"/>
              </w:rPr>
              <w:t xml:space="preserve">                         </w:t>
            </w:r>
            <w:r w:rsidR="004315DC" w:rsidRPr="00132B2C">
              <w:rPr>
                <w:rFonts w:eastAsia="Arial"/>
                <w:b/>
                <w:color w:val="auto"/>
                <w:sz w:val="22"/>
                <w:lang w:val="ru-RU"/>
              </w:rPr>
              <w:t xml:space="preserve">інформаційного </w:t>
            </w:r>
            <w:r w:rsidR="00A80C07" w:rsidRPr="00132B2C">
              <w:rPr>
                <w:rFonts w:eastAsia="Arial"/>
                <w:b/>
                <w:color w:val="auto"/>
                <w:sz w:val="22"/>
                <w:lang w:val="ru-RU"/>
              </w:rPr>
              <w:t xml:space="preserve">             </w:t>
            </w:r>
            <w:r w:rsidR="004315DC" w:rsidRPr="00132B2C">
              <w:rPr>
                <w:rFonts w:eastAsia="Arial"/>
                <w:b/>
                <w:color w:val="auto"/>
                <w:sz w:val="22"/>
                <w:lang w:val="ru-RU"/>
              </w:rPr>
              <w:lastRenderedPageBreak/>
              <w:t>супроводу ветеранів війни, членів їхніх</w:t>
            </w:r>
            <w:r w:rsidR="00734136" w:rsidRPr="00132B2C">
              <w:rPr>
                <w:rFonts w:eastAsia="Arial"/>
                <w:b/>
                <w:color w:val="auto"/>
                <w:sz w:val="22"/>
                <w:lang w:val="ru-RU"/>
              </w:rPr>
              <w:t xml:space="preserve"> </w:t>
            </w:r>
            <w:r w:rsidR="004315DC" w:rsidRPr="00132B2C">
              <w:rPr>
                <w:rFonts w:eastAsia="Arial"/>
                <w:b/>
                <w:color w:val="auto"/>
                <w:sz w:val="22"/>
                <w:lang w:val="ru-RU"/>
              </w:rPr>
              <w:t xml:space="preserve">сімей </w:t>
            </w:r>
            <w:r w:rsidR="00734136" w:rsidRPr="00132B2C">
              <w:rPr>
                <w:rFonts w:eastAsia="Arial"/>
                <w:b/>
                <w:color w:val="auto"/>
                <w:sz w:val="22"/>
                <w:lang w:val="ru-RU"/>
              </w:rPr>
              <w:t xml:space="preserve">та інших визначених </w:t>
            </w:r>
            <w:r w:rsidR="00132B2C" w:rsidRPr="00132B2C">
              <w:rPr>
                <w:rFonts w:eastAsia="Arial"/>
                <w:b/>
                <w:color w:val="auto"/>
                <w:sz w:val="22"/>
                <w:lang w:val="ru-RU"/>
              </w:rPr>
              <w:t xml:space="preserve">                     </w:t>
            </w:r>
            <w:r w:rsidR="00734136" w:rsidRPr="00132B2C">
              <w:rPr>
                <w:rFonts w:eastAsia="Arial"/>
                <w:b/>
                <w:color w:val="auto"/>
                <w:sz w:val="22"/>
                <w:lang w:val="ru-RU"/>
              </w:rPr>
              <w:t xml:space="preserve">законодавством </w:t>
            </w:r>
            <w:r w:rsidR="00A80C07" w:rsidRPr="00132B2C">
              <w:rPr>
                <w:rFonts w:eastAsia="Arial"/>
                <w:b/>
                <w:color w:val="auto"/>
                <w:sz w:val="22"/>
                <w:lang w:val="ru-RU"/>
              </w:rPr>
              <w:t xml:space="preserve">           </w:t>
            </w:r>
            <w:r w:rsidR="00734136" w:rsidRPr="00132B2C">
              <w:rPr>
                <w:rFonts w:eastAsia="Arial"/>
                <w:b/>
                <w:color w:val="auto"/>
                <w:sz w:val="22"/>
                <w:lang w:val="ru-RU"/>
              </w:rPr>
              <w:t>категорій осіб.</w:t>
            </w: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6C28F16C" w14:textId="29E4B93C" w:rsidR="004315DC" w:rsidRPr="00132B2C" w:rsidRDefault="00217531" w:rsidP="00217531">
            <w:pPr>
              <w:rPr>
                <w:rFonts w:eastAsia="Arial"/>
                <w:b/>
                <w:color w:val="auto"/>
                <w:sz w:val="22"/>
                <w:lang w:val="ru-RU"/>
              </w:rPr>
            </w:pPr>
            <w:r w:rsidRPr="00132B2C">
              <w:rPr>
                <w:rFonts w:eastAsia="Arial"/>
                <w:b/>
                <w:color w:val="auto"/>
                <w:sz w:val="22"/>
                <w:lang w:val="ru-RU"/>
              </w:rPr>
              <w:lastRenderedPageBreak/>
              <w:t xml:space="preserve">Б1. </w:t>
            </w:r>
            <w:r w:rsidR="004315DC" w:rsidRPr="00132B2C">
              <w:rPr>
                <w:rFonts w:eastAsia="Arial"/>
                <w:b/>
                <w:color w:val="auto"/>
                <w:sz w:val="22"/>
                <w:lang w:val="ru-RU"/>
              </w:rPr>
              <w:t xml:space="preserve">Здатність </w:t>
            </w:r>
            <w:r w:rsidR="00132B2C" w:rsidRPr="00132B2C">
              <w:rPr>
                <w:rFonts w:eastAsia="Arial"/>
                <w:b/>
                <w:color w:val="auto"/>
                <w:sz w:val="22"/>
                <w:lang w:val="ru-RU"/>
              </w:rPr>
              <w:t xml:space="preserve">                   </w:t>
            </w:r>
            <w:r w:rsidR="004315DC" w:rsidRPr="00132B2C">
              <w:rPr>
                <w:rFonts w:eastAsia="Arial"/>
                <w:b/>
                <w:color w:val="auto"/>
                <w:sz w:val="22"/>
                <w:lang w:val="ru-RU"/>
              </w:rPr>
              <w:t xml:space="preserve">застосовувати </w:t>
            </w:r>
            <w:r w:rsidR="00132B2C" w:rsidRPr="00132B2C">
              <w:rPr>
                <w:rFonts w:eastAsia="Arial"/>
                <w:b/>
                <w:color w:val="auto"/>
                <w:sz w:val="22"/>
                <w:lang w:val="ru-RU"/>
              </w:rPr>
              <w:t xml:space="preserve">              </w:t>
            </w:r>
            <w:r w:rsidR="004315DC" w:rsidRPr="00132B2C">
              <w:rPr>
                <w:rFonts w:eastAsia="Arial"/>
                <w:b/>
                <w:color w:val="auto"/>
                <w:sz w:val="22"/>
                <w:lang w:val="ru-RU"/>
              </w:rPr>
              <w:t>нормативно-</w:t>
            </w:r>
            <w:r w:rsidR="004315DC" w:rsidRPr="00132B2C">
              <w:rPr>
                <w:rFonts w:eastAsia="Arial"/>
                <w:b/>
                <w:color w:val="auto"/>
                <w:sz w:val="22"/>
                <w:lang w:val="ru-RU"/>
              </w:rPr>
              <w:lastRenderedPageBreak/>
              <w:t>правові вимоги у сфері соціального захисту, прав,</w:t>
            </w:r>
            <w:r w:rsidR="00132B2C" w:rsidRPr="00132B2C">
              <w:rPr>
                <w:rFonts w:eastAsia="Arial"/>
                <w:b/>
                <w:color w:val="auto"/>
                <w:sz w:val="22"/>
                <w:lang w:val="ru-RU"/>
              </w:rPr>
              <w:t xml:space="preserve">                 </w:t>
            </w:r>
            <w:r w:rsidR="004315DC" w:rsidRPr="00132B2C">
              <w:rPr>
                <w:rFonts w:eastAsia="Arial"/>
                <w:b/>
                <w:color w:val="auto"/>
                <w:sz w:val="22"/>
                <w:lang w:val="ru-RU"/>
              </w:rPr>
              <w:t xml:space="preserve"> гарантій та послуг для ветеранів війни</w:t>
            </w:r>
            <w:r w:rsidR="00734136" w:rsidRPr="00132B2C">
              <w:rPr>
                <w:rFonts w:eastAsia="Arial"/>
                <w:b/>
                <w:color w:val="auto"/>
                <w:sz w:val="22"/>
                <w:lang w:val="ru-RU"/>
              </w:rPr>
              <w:t xml:space="preserve">, </w:t>
            </w:r>
            <w:r w:rsidR="004315DC" w:rsidRPr="00132B2C">
              <w:rPr>
                <w:rFonts w:eastAsia="Arial"/>
                <w:b/>
                <w:color w:val="auto"/>
                <w:sz w:val="22"/>
                <w:lang w:val="ru-RU"/>
              </w:rPr>
              <w:t>членів їх</w:t>
            </w:r>
            <w:r w:rsidR="00734136" w:rsidRPr="00132B2C">
              <w:rPr>
                <w:rFonts w:eastAsia="Arial"/>
                <w:b/>
                <w:color w:val="auto"/>
                <w:sz w:val="22"/>
                <w:lang w:val="ru-RU"/>
              </w:rPr>
              <w:t>ніх</w:t>
            </w:r>
            <w:r w:rsidR="004315DC" w:rsidRPr="00132B2C">
              <w:rPr>
                <w:rFonts w:eastAsia="Arial"/>
                <w:b/>
                <w:color w:val="auto"/>
                <w:sz w:val="22"/>
                <w:lang w:val="ru-RU"/>
              </w:rPr>
              <w:t xml:space="preserve"> сімей</w:t>
            </w:r>
            <w:r w:rsidR="00734136" w:rsidRPr="00132B2C">
              <w:rPr>
                <w:rFonts w:eastAsia="Arial"/>
                <w:b/>
                <w:color w:val="auto"/>
                <w:sz w:val="22"/>
                <w:lang w:val="ru-RU"/>
              </w:rPr>
              <w:t xml:space="preserve"> та інших визначених </w:t>
            </w:r>
            <w:r w:rsidR="00132B2C" w:rsidRPr="00132B2C">
              <w:rPr>
                <w:rFonts w:eastAsia="Arial"/>
                <w:b/>
                <w:color w:val="auto"/>
                <w:sz w:val="22"/>
                <w:lang w:val="ru-RU"/>
              </w:rPr>
              <w:t xml:space="preserve">              </w:t>
            </w:r>
            <w:r w:rsidR="00734136" w:rsidRPr="00132B2C">
              <w:rPr>
                <w:rFonts w:eastAsia="Arial"/>
                <w:b/>
                <w:color w:val="auto"/>
                <w:sz w:val="22"/>
                <w:lang w:val="ru-RU"/>
              </w:rPr>
              <w:t xml:space="preserve">законодавством </w:t>
            </w:r>
            <w:r w:rsidR="00132B2C" w:rsidRPr="00132B2C">
              <w:rPr>
                <w:rFonts w:eastAsia="Arial"/>
                <w:b/>
                <w:color w:val="auto"/>
                <w:sz w:val="22"/>
                <w:lang w:val="ru-RU"/>
              </w:rPr>
              <w:t xml:space="preserve">     </w:t>
            </w:r>
            <w:r w:rsidR="00734136" w:rsidRPr="00132B2C">
              <w:rPr>
                <w:rFonts w:eastAsia="Arial"/>
                <w:b/>
                <w:color w:val="auto"/>
                <w:sz w:val="22"/>
                <w:lang w:val="ru-RU"/>
              </w:rPr>
              <w:t>категорій осіб.</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D06CC83" w14:textId="13170436" w:rsidR="00734136" w:rsidRPr="00132B2C" w:rsidRDefault="00217531" w:rsidP="00217531">
            <w:pPr>
              <w:spacing w:after="24"/>
              <w:rPr>
                <w:rFonts w:eastAsia="Arial"/>
                <w:color w:val="auto"/>
                <w:sz w:val="22"/>
                <w:lang w:val="ru-RU"/>
              </w:rPr>
            </w:pPr>
            <w:r w:rsidRPr="00132B2C">
              <w:rPr>
                <w:rFonts w:eastAsia="Arial"/>
                <w:b/>
                <w:color w:val="auto"/>
                <w:sz w:val="22"/>
                <w:lang w:val="ru-RU"/>
              </w:rPr>
              <w:lastRenderedPageBreak/>
              <w:t xml:space="preserve">Б1.З1. </w:t>
            </w:r>
            <w:r w:rsidR="00734136" w:rsidRPr="00132B2C">
              <w:rPr>
                <w:rFonts w:eastAsia="Arial"/>
                <w:color w:val="auto"/>
                <w:sz w:val="22"/>
                <w:lang w:val="ru-RU"/>
              </w:rPr>
              <w:t xml:space="preserve">Нормативно-правові засади визначення статусів, прав, гарантій, пільг, виплат, </w:t>
            </w:r>
            <w:r w:rsidR="00734136" w:rsidRPr="00132B2C">
              <w:rPr>
                <w:rFonts w:eastAsia="Arial"/>
                <w:color w:val="auto"/>
                <w:sz w:val="22"/>
                <w:lang w:val="ru-RU"/>
              </w:rPr>
              <w:lastRenderedPageBreak/>
              <w:t>соціальних та інших послуг для ветеранів війни, членів їх</w:t>
            </w:r>
            <w:r w:rsidR="0072223F" w:rsidRPr="00132B2C">
              <w:rPr>
                <w:rFonts w:eastAsia="Arial"/>
                <w:color w:val="auto"/>
                <w:sz w:val="22"/>
                <w:lang w:val="ru-RU"/>
              </w:rPr>
              <w:t>ніх</w:t>
            </w:r>
            <w:r w:rsidR="00734136" w:rsidRPr="00132B2C">
              <w:rPr>
                <w:rFonts w:eastAsia="Arial"/>
                <w:color w:val="auto"/>
                <w:sz w:val="22"/>
                <w:lang w:val="ru-RU"/>
              </w:rPr>
              <w:t xml:space="preserve"> сімей та інших </w:t>
            </w:r>
            <w:r w:rsidR="00132B2C" w:rsidRPr="00132B2C">
              <w:rPr>
                <w:rFonts w:eastAsia="Arial"/>
                <w:color w:val="auto"/>
                <w:sz w:val="22"/>
                <w:lang w:val="ru-RU"/>
              </w:rPr>
              <w:t xml:space="preserve">                  </w:t>
            </w:r>
            <w:r w:rsidR="00734136" w:rsidRPr="00132B2C">
              <w:rPr>
                <w:rFonts w:eastAsia="Arial"/>
                <w:color w:val="auto"/>
                <w:sz w:val="22"/>
                <w:lang w:val="ru-RU"/>
              </w:rPr>
              <w:t>визначених законодавством категорій осіб.</w:t>
            </w:r>
          </w:p>
          <w:p w14:paraId="68D3C303" w14:textId="77777777" w:rsidR="00734136" w:rsidRPr="00132B2C" w:rsidRDefault="00734136" w:rsidP="00217531">
            <w:pPr>
              <w:spacing w:after="24"/>
              <w:rPr>
                <w:color w:val="auto"/>
                <w:sz w:val="22"/>
                <w:lang w:val="ru-RU"/>
              </w:rPr>
            </w:pPr>
          </w:p>
          <w:p w14:paraId="3AECD2AA" w14:textId="70F4A240" w:rsidR="00734136" w:rsidRPr="00132B2C" w:rsidRDefault="00217531" w:rsidP="00217531">
            <w:pPr>
              <w:spacing w:after="24"/>
              <w:rPr>
                <w:rFonts w:eastAsia="Arial"/>
                <w:color w:val="auto"/>
                <w:sz w:val="22"/>
                <w:lang w:val="ru-RU"/>
              </w:rPr>
            </w:pPr>
            <w:r w:rsidRPr="00132B2C">
              <w:rPr>
                <w:rFonts w:eastAsia="Arial"/>
                <w:b/>
                <w:color w:val="auto"/>
                <w:sz w:val="22"/>
                <w:lang w:val="ru-RU"/>
              </w:rPr>
              <w:t xml:space="preserve">Б1.З2. </w:t>
            </w:r>
            <w:r w:rsidR="00734136" w:rsidRPr="00132B2C">
              <w:rPr>
                <w:rFonts w:eastAsia="Arial"/>
                <w:color w:val="auto"/>
                <w:sz w:val="22"/>
                <w:lang w:val="ru-RU"/>
              </w:rPr>
              <w:t xml:space="preserve">Правові підстави </w:t>
            </w:r>
            <w:r w:rsidR="00132B2C" w:rsidRPr="00132B2C">
              <w:rPr>
                <w:rFonts w:eastAsia="Arial"/>
                <w:color w:val="auto"/>
                <w:sz w:val="22"/>
                <w:lang w:val="ru-RU"/>
              </w:rPr>
              <w:t xml:space="preserve">               </w:t>
            </w:r>
            <w:r w:rsidR="00734136" w:rsidRPr="00132B2C">
              <w:rPr>
                <w:rFonts w:eastAsia="Arial"/>
                <w:color w:val="auto"/>
                <w:sz w:val="22"/>
                <w:lang w:val="ru-RU"/>
              </w:rPr>
              <w:t xml:space="preserve">отримання, перевірки, </w:t>
            </w:r>
            <w:r w:rsidR="00132B2C" w:rsidRPr="00132B2C">
              <w:rPr>
                <w:rFonts w:eastAsia="Arial"/>
                <w:color w:val="auto"/>
                <w:sz w:val="22"/>
                <w:lang w:val="ru-RU"/>
              </w:rPr>
              <w:t xml:space="preserve">                          </w:t>
            </w:r>
            <w:r w:rsidR="00734136" w:rsidRPr="00132B2C">
              <w:rPr>
                <w:rFonts w:eastAsia="Arial"/>
                <w:color w:val="auto"/>
                <w:sz w:val="22"/>
                <w:lang w:val="ru-RU"/>
              </w:rPr>
              <w:t xml:space="preserve">використання та внесення відомостей, необхідних для обліку та організації </w:t>
            </w:r>
            <w:r w:rsidR="00132B2C" w:rsidRPr="00132B2C">
              <w:rPr>
                <w:rFonts w:eastAsia="Arial"/>
                <w:color w:val="auto"/>
                <w:sz w:val="22"/>
                <w:lang w:val="ru-RU"/>
              </w:rPr>
              <w:t xml:space="preserve">                      </w:t>
            </w:r>
            <w:r w:rsidR="00734136" w:rsidRPr="00132B2C">
              <w:rPr>
                <w:rFonts w:eastAsia="Arial"/>
                <w:color w:val="auto"/>
                <w:sz w:val="22"/>
                <w:lang w:val="ru-RU"/>
              </w:rPr>
              <w:t>супроводу, а також вимоги щодо захисту персональних даних.</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0532567" w14:textId="7329AF63" w:rsidR="00734136" w:rsidRPr="00132B2C" w:rsidRDefault="00217531" w:rsidP="00217531">
            <w:pPr>
              <w:spacing w:after="24"/>
              <w:rPr>
                <w:rFonts w:eastAsia="Arial"/>
                <w:color w:val="auto"/>
                <w:sz w:val="22"/>
                <w:lang w:val="ru-RU"/>
              </w:rPr>
            </w:pPr>
            <w:r w:rsidRPr="00132B2C">
              <w:rPr>
                <w:rFonts w:eastAsia="Arial"/>
                <w:b/>
                <w:color w:val="auto"/>
                <w:sz w:val="22"/>
                <w:lang w:val="ru-RU"/>
              </w:rPr>
              <w:lastRenderedPageBreak/>
              <w:t xml:space="preserve">Б1.У1. </w:t>
            </w:r>
            <w:r w:rsidR="00734136" w:rsidRPr="00132B2C">
              <w:rPr>
                <w:rFonts w:eastAsia="Arial"/>
                <w:color w:val="auto"/>
                <w:sz w:val="22"/>
                <w:lang w:val="ru-RU"/>
              </w:rPr>
              <w:t xml:space="preserve">Визначати </w:t>
            </w:r>
            <w:r w:rsidR="00132B2C" w:rsidRPr="00132B2C">
              <w:rPr>
                <w:rFonts w:eastAsia="Arial"/>
                <w:color w:val="auto"/>
                <w:sz w:val="22"/>
                <w:lang w:val="ru-RU"/>
              </w:rPr>
              <w:t xml:space="preserve">                            </w:t>
            </w:r>
            <w:r w:rsidR="00734136" w:rsidRPr="00132B2C">
              <w:rPr>
                <w:rFonts w:eastAsia="Arial"/>
                <w:color w:val="auto"/>
                <w:sz w:val="22"/>
                <w:lang w:val="ru-RU"/>
              </w:rPr>
              <w:t xml:space="preserve">нормативно-правову підставу для обліку, отримання </w:t>
            </w:r>
            <w:r w:rsidR="00734136" w:rsidRPr="00132B2C">
              <w:rPr>
                <w:rFonts w:eastAsia="Arial"/>
                <w:color w:val="auto"/>
                <w:sz w:val="22"/>
                <w:lang w:val="ru-RU"/>
              </w:rPr>
              <w:lastRenderedPageBreak/>
              <w:t xml:space="preserve">послуги, виплати, пільги або іншого виду підтримки в межах професійних </w:t>
            </w:r>
            <w:r w:rsidR="00132B2C" w:rsidRPr="00132B2C">
              <w:rPr>
                <w:rFonts w:eastAsia="Arial"/>
                <w:color w:val="auto"/>
                <w:sz w:val="22"/>
                <w:lang w:val="ru-RU"/>
              </w:rPr>
              <w:t xml:space="preserve">                       </w:t>
            </w:r>
            <w:r w:rsidR="00734136" w:rsidRPr="00132B2C">
              <w:rPr>
                <w:rFonts w:eastAsia="Arial"/>
                <w:color w:val="auto"/>
                <w:sz w:val="22"/>
                <w:lang w:val="ru-RU"/>
              </w:rPr>
              <w:t>повноважень.</w:t>
            </w:r>
          </w:p>
          <w:p w14:paraId="5C5DDBFE" w14:textId="77777777" w:rsidR="00734136" w:rsidRPr="00132B2C" w:rsidRDefault="00734136" w:rsidP="00217531">
            <w:pPr>
              <w:spacing w:after="24"/>
              <w:rPr>
                <w:color w:val="auto"/>
                <w:sz w:val="22"/>
                <w:lang w:val="ru-RU"/>
              </w:rPr>
            </w:pPr>
          </w:p>
          <w:p w14:paraId="70D88E33" w14:textId="43CFF0FA" w:rsidR="00F771E1" w:rsidRPr="00132B2C" w:rsidRDefault="00217531" w:rsidP="00F771E1">
            <w:pPr>
              <w:spacing w:after="24"/>
              <w:rPr>
                <w:color w:val="auto"/>
                <w:sz w:val="22"/>
                <w:lang w:val="ru-RU"/>
              </w:rPr>
            </w:pPr>
            <w:r w:rsidRPr="00132B2C">
              <w:rPr>
                <w:rFonts w:eastAsia="Arial"/>
                <w:b/>
                <w:color w:val="auto"/>
                <w:sz w:val="22"/>
                <w:lang w:val="ru-RU"/>
              </w:rPr>
              <w:t xml:space="preserve">Б1.У2. </w:t>
            </w:r>
            <w:r w:rsidR="00F771E1" w:rsidRPr="00132B2C">
              <w:rPr>
                <w:color w:val="auto"/>
                <w:sz w:val="22"/>
                <w:lang w:val="ru-RU"/>
              </w:rPr>
              <w:t xml:space="preserve">Застосовувати </w:t>
            </w:r>
            <w:r w:rsidR="00132B2C" w:rsidRPr="00132B2C">
              <w:rPr>
                <w:color w:val="auto"/>
                <w:sz w:val="22"/>
                <w:lang w:val="ru-RU"/>
              </w:rPr>
              <w:t xml:space="preserve">                      </w:t>
            </w:r>
            <w:r w:rsidR="00F771E1" w:rsidRPr="00132B2C">
              <w:rPr>
                <w:color w:val="auto"/>
                <w:sz w:val="22"/>
                <w:lang w:val="ru-RU"/>
              </w:rPr>
              <w:t>положення нормативно-</w:t>
            </w:r>
            <w:r w:rsidR="00132B2C" w:rsidRPr="00132B2C">
              <w:rPr>
                <w:color w:val="auto"/>
                <w:sz w:val="22"/>
                <w:lang w:val="ru-RU"/>
              </w:rPr>
              <w:t xml:space="preserve">                </w:t>
            </w:r>
            <w:r w:rsidR="00F771E1" w:rsidRPr="00132B2C">
              <w:rPr>
                <w:color w:val="auto"/>
                <w:sz w:val="22"/>
                <w:lang w:val="ru-RU"/>
              </w:rPr>
              <w:t xml:space="preserve">правових актів до типових професійних ситуацій, не </w:t>
            </w:r>
            <w:r w:rsidR="00132B2C" w:rsidRPr="00132B2C">
              <w:rPr>
                <w:color w:val="auto"/>
                <w:sz w:val="22"/>
                <w:lang w:val="ru-RU"/>
              </w:rPr>
              <w:t xml:space="preserve">             </w:t>
            </w:r>
            <w:r w:rsidR="00F771E1" w:rsidRPr="00132B2C">
              <w:rPr>
                <w:color w:val="auto"/>
                <w:sz w:val="22"/>
                <w:lang w:val="ru-RU"/>
              </w:rPr>
              <w:t>виходячи за межі професійної компетентності та не підміняючи професійну</w:t>
            </w:r>
            <w:r w:rsidR="00132B2C" w:rsidRPr="00132B2C">
              <w:rPr>
                <w:color w:val="auto"/>
                <w:sz w:val="22"/>
                <w:lang w:val="ru-RU"/>
              </w:rPr>
              <w:t xml:space="preserve">               </w:t>
            </w:r>
            <w:r w:rsidR="00F771E1" w:rsidRPr="00132B2C">
              <w:rPr>
                <w:color w:val="auto"/>
                <w:sz w:val="22"/>
                <w:lang w:val="ru-RU"/>
              </w:rPr>
              <w:t xml:space="preserve"> правничу допомогу.</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ED43808" w14:textId="302CF3F5" w:rsidR="00F771E1" w:rsidRPr="00132B2C" w:rsidRDefault="00217531" w:rsidP="00F771E1">
            <w:pPr>
              <w:spacing w:after="24"/>
              <w:rPr>
                <w:color w:val="auto"/>
                <w:sz w:val="22"/>
                <w:lang w:val="ru-RU"/>
              </w:rPr>
            </w:pPr>
            <w:r w:rsidRPr="00132B2C">
              <w:rPr>
                <w:rFonts w:eastAsia="Arial"/>
                <w:b/>
                <w:color w:val="auto"/>
                <w:sz w:val="22"/>
                <w:lang w:val="ru-RU"/>
              </w:rPr>
              <w:lastRenderedPageBreak/>
              <w:t xml:space="preserve">Б1.К1. </w:t>
            </w:r>
            <w:r w:rsidR="00F771E1" w:rsidRPr="00132B2C">
              <w:rPr>
                <w:color w:val="auto"/>
                <w:sz w:val="22"/>
                <w:lang w:val="ru-RU"/>
              </w:rPr>
              <w:t xml:space="preserve">Зрозуміло </w:t>
            </w:r>
            <w:r w:rsidR="00132B2C" w:rsidRPr="00132B2C">
              <w:rPr>
                <w:color w:val="auto"/>
                <w:sz w:val="22"/>
                <w:lang w:val="ru-RU"/>
              </w:rPr>
              <w:t xml:space="preserve">                     </w:t>
            </w:r>
            <w:r w:rsidR="00F771E1" w:rsidRPr="00132B2C">
              <w:rPr>
                <w:color w:val="auto"/>
                <w:sz w:val="22"/>
                <w:lang w:val="ru-RU"/>
              </w:rPr>
              <w:t xml:space="preserve">пояснювати отримувачу підтримки його права, </w:t>
            </w:r>
            <w:r w:rsidR="00F771E1" w:rsidRPr="00132B2C">
              <w:rPr>
                <w:color w:val="auto"/>
                <w:sz w:val="22"/>
                <w:lang w:val="ru-RU"/>
              </w:rPr>
              <w:lastRenderedPageBreak/>
              <w:t xml:space="preserve">гарантії, можливості </w:t>
            </w:r>
            <w:r w:rsidR="00132B2C" w:rsidRPr="00132B2C">
              <w:rPr>
                <w:color w:val="auto"/>
                <w:sz w:val="22"/>
                <w:lang w:val="ru-RU"/>
              </w:rPr>
              <w:t xml:space="preserve">             </w:t>
            </w:r>
            <w:r w:rsidR="00F771E1" w:rsidRPr="00132B2C">
              <w:rPr>
                <w:color w:val="auto"/>
                <w:sz w:val="22"/>
                <w:lang w:val="ru-RU"/>
              </w:rPr>
              <w:t>отримання заходів з підтримки та правові підстави використання необхідних відомостей.</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6E766E55" w14:textId="17710DF7" w:rsidR="00B92FC8" w:rsidRPr="00132B2C" w:rsidRDefault="00217531" w:rsidP="00217531">
            <w:pPr>
              <w:spacing w:after="24"/>
              <w:rPr>
                <w:rFonts w:eastAsia="Arial"/>
                <w:color w:val="auto"/>
                <w:sz w:val="22"/>
                <w:lang w:val="ru-RU"/>
              </w:rPr>
            </w:pPr>
            <w:r w:rsidRPr="00132B2C">
              <w:rPr>
                <w:rFonts w:eastAsia="Arial"/>
                <w:b/>
                <w:color w:val="auto"/>
                <w:sz w:val="22"/>
                <w:lang w:val="ru-RU"/>
              </w:rPr>
              <w:lastRenderedPageBreak/>
              <w:t>Б1.В1.</w:t>
            </w:r>
            <w:r w:rsidR="00B92FC8" w:rsidRPr="00132B2C">
              <w:rPr>
                <w:rFonts w:eastAsia="Arial"/>
                <w:color w:val="auto"/>
                <w:sz w:val="22"/>
                <w:lang w:val="ru-RU"/>
              </w:rPr>
              <w:t xml:space="preserve"> </w:t>
            </w:r>
            <w:r w:rsidR="00B92FC8" w:rsidRPr="00132B2C">
              <w:rPr>
                <w:color w:val="auto"/>
                <w:sz w:val="22"/>
                <w:lang w:val="ru-RU"/>
              </w:rPr>
              <w:t xml:space="preserve">Самостійно </w:t>
            </w:r>
            <w:r w:rsidR="00132B2C" w:rsidRPr="00132B2C">
              <w:rPr>
                <w:color w:val="auto"/>
                <w:sz w:val="22"/>
                <w:lang w:val="ru-RU"/>
              </w:rPr>
              <w:t xml:space="preserve">                    </w:t>
            </w:r>
            <w:r w:rsidR="00B92FC8" w:rsidRPr="00132B2C">
              <w:rPr>
                <w:color w:val="auto"/>
                <w:sz w:val="22"/>
                <w:lang w:val="ru-RU"/>
              </w:rPr>
              <w:t xml:space="preserve">застосовувати </w:t>
            </w:r>
            <w:r w:rsidR="00132B2C" w:rsidRPr="00132B2C">
              <w:rPr>
                <w:color w:val="auto"/>
                <w:sz w:val="22"/>
                <w:lang w:val="ru-RU"/>
              </w:rPr>
              <w:t xml:space="preserve">                       </w:t>
            </w:r>
            <w:r w:rsidR="00B92FC8" w:rsidRPr="00132B2C">
              <w:rPr>
                <w:color w:val="auto"/>
                <w:sz w:val="22"/>
                <w:lang w:val="ru-RU"/>
              </w:rPr>
              <w:t xml:space="preserve">нормативно-правові </w:t>
            </w:r>
            <w:r w:rsidR="00B92FC8" w:rsidRPr="00132B2C">
              <w:rPr>
                <w:color w:val="auto"/>
                <w:sz w:val="22"/>
                <w:lang w:val="ru-RU"/>
              </w:rPr>
              <w:lastRenderedPageBreak/>
              <w:t xml:space="preserve">вимоги в межах професійних повноважень та відповідати за </w:t>
            </w:r>
            <w:r w:rsidR="00132B2C" w:rsidRPr="00132B2C">
              <w:rPr>
                <w:color w:val="auto"/>
                <w:sz w:val="22"/>
                <w:lang w:val="ru-RU"/>
              </w:rPr>
              <w:t xml:space="preserve">                  </w:t>
            </w:r>
            <w:r w:rsidR="00B92FC8" w:rsidRPr="00132B2C">
              <w:rPr>
                <w:color w:val="auto"/>
                <w:sz w:val="22"/>
                <w:lang w:val="ru-RU"/>
              </w:rPr>
              <w:t xml:space="preserve">правомірність дій щодо отримання і </w:t>
            </w:r>
            <w:r w:rsidR="00132B2C" w:rsidRPr="00132B2C">
              <w:rPr>
                <w:color w:val="auto"/>
                <w:sz w:val="22"/>
                <w:lang w:val="ru-RU"/>
              </w:rPr>
              <w:t xml:space="preserve">                             </w:t>
            </w:r>
            <w:r w:rsidR="00B92FC8" w:rsidRPr="00132B2C">
              <w:rPr>
                <w:color w:val="auto"/>
                <w:sz w:val="22"/>
                <w:lang w:val="ru-RU"/>
              </w:rPr>
              <w:t xml:space="preserve">використання </w:t>
            </w:r>
            <w:r w:rsidR="00132B2C" w:rsidRPr="00132B2C">
              <w:rPr>
                <w:color w:val="auto"/>
                <w:sz w:val="22"/>
                <w:lang w:val="ru-RU"/>
              </w:rPr>
              <w:t xml:space="preserve">                         </w:t>
            </w:r>
            <w:r w:rsidR="00B92FC8" w:rsidRPr="00132B2C">
              <w:rPr>
                <w:color w:val="auto"/>
                <w:sz w:val="22"/>
                <w:lang w:val="ru-RU"/>
              </w:rPr>
              <w:t>інформації.</w:t>
            </w:r>
          </w:p>
        </w:tc>
      </w:tr>
      <w:tr w:rsidR="00217531" w:rsidRPr="009B7411" w14:paraId="0AE54A35"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1E09BFF" w14:textId="77777777" w:rsidR="00217531" w:rsidRPr="00132B2C" w:rsidRDefault="00217531" w:rsidP="00217531">
            <w:pPr>
              <w:rPr>
                <w:color w:val="auto"/>
                <w:sz w:val="22"/>
                <w:lang w:val="ru-RU"/>
              </w:rPr>
            </w:pP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20CD4507" w14:textId="7C33FA50" w:rsidR="00B92FC8" w:rsidRPr="00132B2C" w:rsidRDefault="00217531" w:rsidP="00B92FC8">
            <w:pPr>
              <w:rPr>
                <w:b/>
                <w:color w:val="auto"/>
                <w:sz w:val="22"/>
                <w:lang w:val="ru-RU"/>
              </w:rPr>
            </w:pPr>
            <w:r w:rsidRPr="00132B2C">
              <w:rPr>
                <w:rFonts w:eastAsia="Arial"/>
                <w:b/>
                <w:color w:val="auto"/>
                <w:sz w:val="22"/>
                <w:lang w:val="ru-RU"/>
              </w:rPr>
              <w:t xml:space="preserve">Б2. </w:t>
            </w:r>
            <w:r w:rsidR="00B92FC8" w:rsidRPr="00132B2C">
              <w:rPr>
                <w:b/>
                <w:color w:val="auto"/>
                <w:sz w:val="22"/>
                <w:lang w:val="ru-RU"/>
              </w:rPr>
              <w:t>Здатність вести, актуалізувати та використовувати облікові дані й</w:t>
            </w:r>
            <w:r w:rsidR="00132B2C" w:rsidRPr="00132B2C">
              <w:rPr>
                <w:b/>
                <w:color w:val="auto"/>
                <w:sz w:val="22"/>
                <w:lang w:val="ru-RU"/>
              </w:rPr>
              <w:t xml:space="preserve">               </w:t>
            </w:r>
            <w:r w:rsidR="00B92FC8" w:rsidRPr="00132B2C">
              <w:rPr>
                <w:b/>
                <w:color w:val="auto"/>
                <w:sz w:val="22"/>
                <w:lang w:val="ru-RU"/>
              </w:rPr>
              <w:t xml:space="preserve"> інформацію, </w:t>
            </w:r>
            <w:r w:rsidR="00132B2C" w:rsidRPr="00132B2C">
              <w:rPr>
                <w:b/>
                <w:color w:val="auto"/>
                <w:sz w:val="22"/>
                <w:lang w:val="ru-RU"/>
              </w:rPr>
              <w:t xml:space="preserve">  що             </w:t>
            </w:r>
            <w:r w:rsidR="00B92FC8" w:rsidRPr="00132B2C">
              <w:rPr>
                <w:b/>
                <w:color w:val="auto"/>
                <w:sz w:val="22"/>
                <w:lang w:val="ru-RU"/>
              </w:rPr>
              <w:t>необ</w:t>
            </w:r>
            <w:r w:rsidR="00132B2C" w:rsidRPr="00132B2C">
              <w:rPr>
                <w:b/>
                <w:color w:val="auto"/>
                <w:sz w:val="22"/>
                <w:lang w:val="ru-RU"/>
              </w:rPr>
              <w:t>х</w:t>
            </w:r>
            <w:r w:rsidR="00B92FC8" w:rsidRPr="00132B2C">
              <w:rPr>
                <w:b/>
                <w:color w:val="auto"/>
                <w:sz w:val="22"/>
                <w:lang w:val="ru-RU"/>
              </w:rPr>
              <w:t>ідн</w:t>
            </w:r>
            <w:r w:rsidR="00132B2C" w:rsidRPr="00132B2C">
              <w:rPr>
                <w:b/>
                <w:color w:val="auto"/>
                <w:sz w:val="22"/>
                <w:lang w:val="ru-RU"/>
              </w:rPr>
              <w:t>а</w:t>
            </w:r>
            <w:r w:rsidR="00B92FC8" w:rsidRPr="00132B2C">
              <w:rPr>
                <w:b/>
                <w:color w:val="auto"/>
                <w:sz w:val="22"/>
                <w:lang w:val="ru-RU"/>
              </w:rPr>
              <w:t xml:space="preserve"> для</w:t>
            </w:r>
            <w:r w:rsidR="00132B2C" w:rsidRPr="00132B2C">
              <w:rPr>
                <w:b/>
                <w:color w:val="auto"/>
                <w:sz w:val="22"/>
                <w:lang w:val="ru-RU"/>
              </w:rPr>
              <w:t xml:space="preserve">             </w:t>
            </w:r>
            <w:r w:rsidR="00B92FC8" w:rsidRPr="00132B2C">
              <w:rPr>
                <w:b/>
                <w:color w:val="auto"/>
                <w:sz w:val="22"/>
                <w:lang w:val="ru-RU"/>
              </w:rPr>
              <w:t xml:space="preserve"> організації </w:t>
            </w:r>
            <w:r w:rsidR="00132B2C">
              <w:rPr>
                <w:b/>
                <w:color w:val="auto"/>
                <w:sz w:val="22"/>
                <w:lang w:val="ru-RU"/>
              </w:rPr>
              <w:t xml:space="preserve">                       </w:t>
            </w:r>
            <w:r w:rsidR="00B92FC8" w:rsidRPr="00132B2C">
              <w:rPr>
                <w:b/>
                <w:color w:val="auto"/>
                <w:sz w:val="22"/>
                <w:lang w:val="ru-RU"/>
              </w:rPr>
              <w:t>супроводу.</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28D046A4" w14:textId="1939B364" w:rsidR="00B92FC8" w:rsidRPr="00132B2C" w:rsidRDefault="00217531" w:rsidP="00217531">
            <w:pPr>
              <w:spacing w:after="24"/>
              <w:rPr>
                <w:rFonts w:eastAsia="Arial"/>
                <w:color w:val="auto"/>
                <w:sz w:val="22"/>
                <w:lang w:val="ru-RU"/>
              </w:rPr>
            </w:pPr>
            <w:r w:rsidRPr="00132B2C">
              <w:rPr>
                <w:rFonts w:eastAsia="Arial"/>
                <w:b/>
                <w:color w:val="auto"/>
                <w:sz w:val="22"/>
                <w:lang w:val="ru-RU"/>
              </w:rPr>
              <w:t xml:space="preserve">Б2.З1. </w:t>
            </w:r>
            <w:r w:rsidR="00B92FC8" w:rsidRPr="00132B2C">
              <w:rPr>
                <w:rFonts w:eastAsia="Arial"/>
                <w:color w:val="auto"/>
                <w:sz w:val="22"/>
                <w:lang w:val="ru-RU"/>
              </w:rPr>
              <w:t xml:space="preserve">Види офіційних </w:t>
            </w:r>
            <w:r w:rsidR="00132B2C" w:rsidRPr="00132B2C">
              <w:rPr>
                <w:rFonts w:eastAsia="Arial"/>
                <w:color w:val="auto"/>
                <w:sz w:val="22"/>
                <w:lang w:val="ru-RU"/>
              </w:rPr>
              <w:t xml:space="preserve">                 </w:t>
            </w:r>
            <w:r w:rsidR="00B92FC8" w:rsidRPr="00132B2C">
              <w:rPr>
                <w:rFonts w:eastAsia="Arial"/>
                <w:color w:val="auto"/>
                <w:sz w:val="22"/>
                <w:lang w:val="ru-RU"/>
              </w:rPr>
              <w:t xml:space="preserve">документів, інформаційних систем, реєстрів, баз даних та облікових форм, що </w:t>
            </w:r>
            <w:r w:rsidR="00132B2C" w:rsidRPr="00132B2C">
              <w:rPr>
                <w:rFonts w:eastAsia="Arial"/>
                <w:color w:val="auto"/>
                <w:sz w:val="22"/>
                <w:lang w:val="ru-RU"/>
              </w:rPr>
              <w:t xml:space="preserve">                         </w:t>
            </w:r>
            <w:r w:rsidR="00B92FC8" w:rsidRPr="00132B2C">
              <w:rPr>
                <w:rFonts w:eastAsia="Arial"/>
                <w:color w:val="auto"/>
                <w:sz w:val="22"/>
                <w:lang w:val="ru-RU"/>
              </w:rPr>
              <w:t xml:space="preserve">використовуються під час </w:t>
            </w:r>
            <w:r w:rsidR="00132B2C" w:rsidRPr="00132B2C">
              <w:rPr>
                <w:rFonts w:eastAsia="Arial"/>
                <w:color w:val="auto"/>
                <w:sz w:val="22"/>
                <w:lang w:val="ru-RU"/>
              </w:rPr>
              <w:t xml:space="preserve">                </w:t>
            </w:r>
            <w:r w:rsidR="00B92FC8" w:rsidRPr="00132B2C">
              <w:rPr>
                <w:rFonts w:eastAsia="Arial"/>
                <w:color w:val="auto"/>
                <w:sz w:val="22"/>
                <w:lang w:val="ru-RU"/>
              </w:rPr>
              <w:t>організації супроводу.</w:t>
            </w:r>
          </w:p>
          <w:p w14:paraId="0F12A9CE" w14:textId="77777777" w:rsidR="00B92FC8" w:rsidRPr="00132B2C" w:rsidRDefault="00B92FC8" w:rsidP="00217531">
            <w:pPr>
              <w:spacing w:after="24"/>
              <w:rPr>
                <w:color w:val="auto"/>
                <w:sz w:val="22"/>
                <w:lang w:val="ru-RU"/>
              </w:rPr>
            </w:pPr>
          </w:p>
          <w:p w14:paraId="457FA943" w14:textId="217B2006" w:rsidR="00B92FC8" w:rsidRPr="00132B2C" w:rsidRDefault="00217531" w:rsidP="00B92FC8">
            <w:pPr>
              <w:spacing w:after="24"/>
              <w:rPr>
                <w:color w:val="auto"/>
                <w:sz w:val="22"/>
                <w:lang w:val="ru-RU"/>
              </w:rPr>
            </w:pPr>
            <w:r w:rsidRPr="00132B2C">
              <w:rPr>
                <w:rFonts w:eastAsia="Arial"/>
                <w:b/>
                <w:color w:val="auto"/>
                <w:sz w:val="22"/>
                <w:lang w:val="ru-RU"/>
              </w:rPr>
              <w:t xml:space="preserve">Б2.З2. </w:t>
            </w:r>
            <w:r w:rsidR="00B92FC8" w:rsidRPr="00132B2C">
              <w:rPr>
                <w:color w:val="auto"/>
                <w:sz w:val="22"/>
                <w:lang w:val="ru-RU"/>
              </w:rPr>
              <w:t xml:space="preserve">Порядок внесення, </w:t>
            </w:r>
            <w:r w:rsidR="00132B2C" w:rsidRPr="00132B2C">
              <w:rPr>
                <w:color w:val="auto"/>
                <w:sz w:val="22"/>
                <w:lang w:val="ru-RU"/>
              </w:rPr>
              <w:t xml:space="preserve">            </w:t>
            </w:r>
            <w:r w:rsidR="00B92FC8" w:rsidRPr="00132B2C">
              <w:rPr>
                <w:color w:val="auto"/>
                <w:sz w:val="22"/>
                <w:lang w:val="ru-RU"/>
              </w:rPr>
              <w:t>перевірки, актуалізації, виправлення, використання та зберігання облікових</w:t>
            </w:r>
            <w:r w:rsidR="00132B2C" w:rsidRPr="00132B2C">
              <w:rPr>
                <w:color w:val="auto"/>
                <w:sz w:val="22"/>
                <w:lang w:val="ru-RU"/>
              </w:rPr>
              <w:t xml:space="preserve">               </w:t>
            </w:r>
            <w:r w:rsidR="00B92FC8" w:rsidRPr="00132B2C">
              <w:rPr>
                <w:color w:val="auto"/>
                <w:sz w:val="22"/>
                <w:lang w:val="ru-RU"/>
              </w:rPr>
              <w:t xml:space="preserve"> відомостей, а також правила розмежування прав доступу до них.</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EB9B543" w14:textId="6203EC4A" w:rsidR="00B92FC8" w:rsidRPr="00132B2C" w:rsidRDefault="00217531" w:rsidP="00217531">
            <w:pPr>
              <w:spacing w:after="24"/>
              <w:rPr>
                <w:rFonts w:eastAsia="Arial"/>
                <w:color w:val="auto"/>
                <w:sz w:val="22"/>
                <w:lang w:val="ru-RU"/>
              </w:rPr>
            </w:pPr>
            <w:r w:rsidRPr="00132B2C">
              <w:rPr>
                <w:rFonts w:eastAsia="Arial"/>
                <w:b/>
                <w:color w:val="auto"/>
                <w:sz w:val="22"/>
                <w:lang w:val="ru-RU"/>
              </w:rPr>
              <w:t xml:space="preserve">Б2.У1. </w:t>
            </w:r>
            <w:r w:rsidR="00B92FC8" w:rsidRPr="00132B2C">
              <w:rPr>
                <w:rFonts w:eastAsia="Arial"/>
                <w:color w:val="auto"/>
                <w:sz w:val="22"/>
                <w:lang w:val="ru-RU"/>
              </w:rPr>
              <w:t xml:space="preserve">Перевіряти </w:t>
            </w:r>
            <w:r w:rsidR="00132B2C" w:rsidRPr="00132B2C">
              <w:rPr>
                <w:rFonts w:eastAsia="Arial"/>
                <w:color w:val="auto"/>
                <w:sz w:val="22"/>
                <w:lang w:val="ru-RU"/>
              </w:rPr>
              <w:t xml:space="preserve">                        </w:t>
            </w:r>
            <w:r w:rsidR="00B92FC8" w:rsidRPr="00132B2C">
              <w:rPr>
                <w:rFonts w:eastAsia="Arial"/>
                <w:color w:val="auto"/>
                <w:sz w:val="22"/>
                <w:lang w:val="ru-RU"/>
              </w:rPr>
              <w:t xml:space="preserve">належність, повноту та відповідність установленим вимогам документів і </w:t>
            </w:r>
            <w:r w:rsidR="00132B2C" w:rsidRPr="00132B2C">
              <w:rPr>
                <w:rFonts w:eastAsia="Arial"/>
                <w:color w:val="auto"/>
                <w:sz w:val="22"/>
                <w:lang w:val="ru-RU"/>
              </w:rPr>
              <w:t xml:space="preserve">                    </w:t>
            </w:r>
            <w:r w:rsidR="00B92FC8" w:rsidRPr="00132B2C">
              <w:rPr>
                <w:rFonts w:eastAsia="Arial"/>
                <w:color w:val="auto"/>
                <w:sz w:val="22"/>
                <w:lang w:val="ru-RU"/>
              </w:rPr>
              <w:t>відомостей, необхідних для обліку та супроводу.</w:t>
            </w:r>
          </w:p>
          <w:p w14:paraId="0AFAC66D" w14:textId="77777777" w:rsidR="00B92FC8" w:rsidRPr="00132B2C" w:rsidRDefault="00B92FC8" w:rsidP="00217531">
            <w:pPr>
              <w:spacing w:after="24"/>
              <w:rPr>
                <w:color w:val="auto"/>
                <w:sz w:val="22"/>
                <w:lang w:val="ru-RU"/>
              </w:rPr>
            </w:pPr>
          </w:p>
          <w:p w14:paraId="6010877F" w14:textId="0CF0B885" w:rsidR="00B92FC8" w:rsidRPr="00132B2C" w:rsidRDefault="00217531" w:rsidP="00B718CE">
            <w:pPr>
              <w:spacing w:after="24"/>
              <w:rPr>
                <w:color w:val="auto"/>
                <w:sz w:val="22"/>
                <w:lang w:val="ru-RU"/>
              </w:rPr>
            </w:pPr>
            <w:r w:rsidRPr="00132B2C">
              <w:rPr>
                <w:rFonts w:eastAsia="Arial"/>
                <w:b/>
                <w:color w:val="auto"/>
                <w:sz w:val="22"/>
                <w:lang w:val="ru-RU"/>
              </w:rPr>
              <w:t xml:space="preserve">Б2.У2. </w:t>
            </w:r>
            <w:r w:rsidR="00B92FC8" w:rsidRPr="00132B2C">
              <w:rPr>
                <w:color w:val="auto"/>
                <w:sz w:val="22"/>
                <w:lang w:val="ru-RU"/>
              </w:rPr>
              <w:t xml:space="preserve">Вносити, </w:t>
            </w:r>
            <w:r w:rsidR="00132B2C" w:rsidRPr="00132B2C">
              <w:rPr>
                <w:color w:val="auto"/>
                <w:sz w:val="22"/>
                <w:lang w:val="ru-RU"/>
              </w:rPr>
              <w:t xml:space="preserve">                            </w:t>
            </w:r>
            <w:r w:rsidR="00B92FC8" w:rsidRPr="00132B2C">
              <w:rPr>
                <w:color w:val="auto"/>
                <w:sz w:val="22"/>
                <w:lang w:val="ru-RU"/>
              </w:rPr>
              <w:t>актуалізувати,</w:t>
            </w:r>
            <w:r w:rsidR="00132B2C" w:rsidRPr="00132B2C">
              <w:rPr>
                <w:color w:val="auto"/>
                <w:sz w:val="22"/>
                <w:lang w:val="ru-RU"/>
              </w:rPr>
              <w:t xml:space="preserve">                           </w:t>
            </w:r>
            <w:r w:rsidR="00B92FC8" w:rsidRPr="00132B2C">
              <w:rPr>
                <w:color w:val="auto"/>
                <w:sz w:val="22"/>
                <w:lang w:val="ru-RU"/>
              </w:rPr>
              <w:t xml:space="preserve"> систематизувати та</w:t>
            </w:r>
            <w:r w:rsidR="00132B2C" w:rsidRPr="00132B2C">
              <w:rPr>
                <w:color w:val="auto"/>
                <w:sz w:val="22"/>
                <w:lang w:val="ru-RU"/>
              </w:rPr>
              <w:t xml:space="preserve">                       </w:t>
            </w:r>
            <w:r w:rsidR="00B92FC8" w:rsidRPr="00132B2C">
              <w:rPr>
                <w:color w:val="auto"/>
                <w:sz w:val="22"/>
                <w:lang w:val="ru-RU"/>
              </w:rPr>
              <w:t xml:space="preserve"> використовувати відомості про отримувача підтримки, його потреби, звернення, здійснені заходи та</w:t>
            </w:r>
            <w:r w:rsidR="00132B2C" w:rsidRPr="00132B2C">
              <w:rPr>
                <w:color w:val="auto"/>
                <w:sz w:val="22"/>
                <w:lang w:val="ru-RU"/>
              </w:rPr>
              <w:t xml:space="preserve">                           </w:t>
            </w:r>
            <w:r w:rsidR="00B92FC8" w:rsidRPr="00132B2C">
              <w:rPr>
                <w:color w:val="auto"/>
                <w:sz w:val="22"/>
                <w:lang w:val="ru-RU"/>
              </w:rPr>
              <w:t xml:space="preserve"> результати супроводу в межах наданих прав доступу.</w:t>
            </w:r>
          </w:p>
          <w:p w14:paraId="0D7865FA" w14:textId="77777777" w:rsidR="00B718CE" w:rsidRPr="00132B2C" w:rsidRDefault="00B718CE" w:rsidP="00B718CE">
            <w:pPr>
              <w:spacing w:after="24"/>
              <w:rPr>
                <w:color w:val="auto"/>
                <w:sz w:val="22"/>
                <w:lang w:val="ru-RU"/>
              </w:rPr>
            </w:pPr>
          </w:p>
          <w:p w14:paraId="40543A59" w14:textId="4050E567" w:rsidR="00B718CE" w:rsidRPr="00132B2C" w:rsidRDefault="00B718CE" w:rsidP="00B718CE">
            <w:pPr>
              <w:spacing w:after="24"/>
              <w:rPr>
                <w:color w:val="auto"/>
                <w:sz w:val="22"/>
                <w:lang w:val="ru-RU"/>
              </w:rPr>
            </w:pPr>
            <w:r w:rsidRPr="00132B2C">
              <w:rPr>
                <w:b/>
                <w:bCs/>
                <w:color w:val="auto"/>
                <w:sz w:val="22"/>
                <w:lang w:val="ru-RU"/>
              </w:rPr>
              <w:t>Б2.У3.</w:t>
            </w:r>
            <w:r w:rsidRPr="00132B2C">
              <w:rPr>
                <w:color w:val="auto"/>
                <w:sz w:val="22"/>
                <w:lang w:val="ru-RU"/>
              </w:rPr>
              <w:t xml:space="preserve"> Виявляти неповні, </w:t>
            </w:r>
            <w:r w:rsidR="00132B2C" w:rsidRPr="00132B2C">
              <w:rPr>
                <w:color w:val="auto"/>
                <w:sz w:val="22"/>
                <w:lang w:val="ru-RU"/>
              </w:rPr>
              <w:t xml:space="preserve">                   </w:t>
            </w:r>
            <w:r w:rsidRPr="00132B2C">
              <w:rPr>
                <w:color w:val="auto"/>
                <w:sz w:val="22"/>
                <w:lang w:val="ru-RU"/>
              </w:rPr>
              <w:t xml:space="preserve">суперечливі, дубльовані або застарілі відомості та здійснювати передбачені </w:t>
            </w:r>
            <w:r w:rsidR="00132B2C" w:rsidRPr="00132B2C">
              <w:rPr>
                <w:color w:val="auto"/>
                <w:sz w:val="22"/>
                <w:lang w:val="ru-RU"/>
              </w:rPr>
              <w:t xml:space="preserve">         </w:t>
            </w:r>
            <w:r w:rsidRPr="00132B2C">
              <w:rPr>
                <w:color w:val="auto"/>
                <w:sz w:val="22"/>
                <w:lang w:val="ru-RU"/>
              </w:rPr>
              <w:t>процедурами дії щодо їх уточнення або виправлення.</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A4F471D" w14:textId="19C9A33F" w:rsidR="00B718CE" w:rsidRPr="00132B2C" w:rsidRDefault="00217531" w:rsidP="00217531">
            <w:pPr>
              <w:spacing w:after="24"/>
              <w:rPr>
                <w:rFonts w:eastAsia="Arial"/>
                <w:color w:val="auto"/>
                <w:sz w:val="22"/>
                <w:lang w:val="ru-RU"/>
              </w:rPr>
            </w:pPr>
            <w:r w:rsidRPr="00132B2C">
              <w:rPr>
                <w:rFonts w:eastAsia="Arial"/>
                <w:b/>
                <w:color w:val="auto"/>
                <w:sz w:val="22"/>
                <w:lang w:val="ru-RU"/>
              </w:rPr>
              <w:t xml:space="preserve">Б2.К1. </w:t>
            </w:r>
            <w:r w:rsidR="00B718CE" w:rsidRPr="00132B2C">
              <w:rPr>
                <w:color w:val="auto"/>
                <w:sz w:val="22"/>
                <w:lang w:val="ru-RU"/>
              </w:rPr>
              <w:t xml:space="preserve">Запитувати та </w:t>
            </w:r>
            <w:r w:rsidR="00132B2C" w:rsidRPr="00132B2C">
              <w:rPr>
                <w:color w:val="auto"/>
                <w:sz w:val="22"/>
                <w:lang w:val="ru-RU"/>
              </w:rPr>
              <w:t xml:space="preserve">                 </w:t>
            </w:r>
            <w:r w:rsidR="00B718CE" w:rsidRPr="00132B2C">
              <w:rPr>
                <w:color w:val="auto"/>
                <w:sz w:val="22"/>
                <w:lang w:val="ru-RU"/>
              </w:rPr>
              <w:t xml:space="preserve">передавати лише </w:t>
            </w:r>
            <w:r w:rsidR="00132B2C" w:rsidRPr="00132B2C">
              <w:rPr>
                <w:color w:val="auto"/>
                <w:sz w:val="22"/>
                <w:lang w:val="ru-RU"/>
              </w:rPr>
              <w:t xml:space="preserve">                    </w:t>
            </w:r>
            <w:r w:rsidR="00B718CE" w:rsidRPr="00132B2C">
              <w:rPr>
                <w:color w:val="auto"/>
                <w:sz w:val="22"/>
                <w:lang w:val="ru-RU"/>
              </w:rPr>
              <w:t xml:space="preserve">необхідні для виконання професійного завдання відомості уповноваженим суб'єктам із </w:t>
            </w:r>
            <w:r w:rsidR="00132B2C" w:rsidRPr="00132B2C">
              <w:rPr>
                <w:color w:val="auto"/>
                <w:sz w:val="22"/>
                <w:lang w:val="ru-RU"/>
              </w:rPr>
              <w:t xml:space="preserve">                         </w:t>
            </w:r>
            <w:r w:rsidR="00B718CE" w:rsidRPr="00132B2C">
              <w:rPr>
                <w:color w:val="auto"/>
                <w:sz w:val="22"/>
                <w:lang w:val="ru-RU"/>
              </w:rPr>
              <w:t>дотриманням вимог щодо конфіденційності та захисту персональних даних.</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E681B1F" w14:textId="1D594923" w:rsidR="00B718CE" w:rsidRPr="00132B2C" w:rsidRDefault="00217531" w:rsidP="00B718CE">
            <w:pPr>
              <w:spacing w:after="24"/>
              <w:rPr>
                <w:color w:val="auto"/>
                <w:sz w:val="22"/>
                <w:lang w:val="ru-RU"/>
              </w:rPr>
            </w:pPr>
            <w:r w:rsidRPr="00132B2C">
              <w:rPr>
                <w:rFonts w:eastAsia="Arial"/>
                <w:b/>
                <w:color w:val="auto"/>
                <w:sz w:val="22"/>
                <w:lang w:val="ru-RU"/>
              </w:rPr>
              <w:t xml:space="preserve">Б2.В1. </w:t>
            </w:r>
            <w:r w:rsidR="00B718CE" w:rsidRPr="00132B2C">
              <w:rPr>
                <w:color w:val="auto"/>
                <w:sz w:val="22"/>
                <w:lang w:val="ru-RU"/>
              </w:rPr>
              <w:t>Самостійно вести та актуалізувати облікові записи в межах наданих прав доступу і відповідати за точність, своєчасність, цілісність та конфіденційність</w:t>
            </w:r>
            <w:r w:rsidR="00132B2C" w:rsidRPr="00132B2C">
              <w:rPr>
                <w:color w:val="auto"/>
                <w:sz w:val="22"/>
                <w:lang w:val="ru-RU"/>
              </w:rPr>
              <w:t xml:space="preserve">          </w:t>
            </w:r>
            <w:r w:rsidR="00B718CE" w:rsidRPr="00132B2C">
              <w:rPr>
                <w:color w:val="auto"/>
                <w:sz w:val="22"/>
                <w:lang w:val="ru-RU"/>
              </w:rPr>
              <w:t xml:space="preserve"> внесених відомостей.</w:t>
            </w:r>
          </w:p>
        </w:tc>
      </w:tr>
      <w:tr w:rsidR="00217531" w:rsidRPr="009B7411" w14:paraId="166D5EBA"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95C93D8" w14:textId="2B123090" w:rsidR="00217531" w:rsidRPr="003C4740" w:rsidRDefault="00217531" w:rsidP="00217531">
            <w:pPr>
              <w:rPr>
                <w:color w:val="auto"/>
                <w:sz w:val="22"/>
                <w:lang w:val="ru-RU"/>
              </w:rPr>
            </w:pPr>
            <w:r w:rsidRPr="009B193C">
              <w:rPr>
                <w:rFonts w:eastAsia="Arial"/>
                <w:b/>
                <w:color w:val="auto"/>
                <w:sz w:val="22"/>
                <w:lang w:val="ru-RU"/>
              </w:rPr>
              <w:t xml:space="preserve">В. </w:t>
            </w:r>
            <w:r w:rsidR="0072223F" w:rsidRPr="009B193C">
              <w:rPr>
                <w:rFonts w:eastAsia="Arial"/>
                <w:b/>
                <w:color w:val="auto"/>
                <w:sz w:val="22"/>
                <w:lang w:val="ru-RU"/>
              </w:rPr>
              <w:t xml:space="preserve">Проведення оцінювання потреб </w:t>
            </w:r>
            <w:r w:rsidR="0072223F" w:rsidRPr="009B193C">
              <w:rPr>
                <w:rFonts w:eastAsia="Arial"/>
                <w:b/>
                <w:color w:val="auto"/>
                <w:sz w:val="22"/>
                <w:lang w:val="ru-RU"/>
              </w:rPr>
              <w:lastRenderedPageBreak/>
              <w:t>ветеранів війни, членів їхніх сімей</w:t>
            </w:r>
            <w:r w:rsidR="0072223F" w:rsidRPr="009B193C">
              <w:rPr>
                <w:color w:val="auto"/>
                <w:sz w:val="22"/>
              </w:rPr>
              <w:t xml:space="preserve"> </w:t>
            </w:r>
            <w:r w:rsidR="0072223F" w:rsidRPr="009B193C">
              <w:rPr>
                <w:rFonts w:eastAsia="Arial"/>
                <w:b/>
                <w:color w:val="auto"/>
                <w:sz w:val="22"/>
                <w:lang w:val="ru-RU"/>
              </w:rPr>
              <w:t xml:space="preserve">та інших визначених законодавством </w:t>
            </w:r>
            <w:r w:rsidR="00A80C07" w:rsidRPr="009B193C">
              <w:rPr>
                <w:rFonts w:eastAsia="Arial"/>
                <w:b/>
                <w:color w:val="auto"/>
                <w:sz w:val="22"/>
                <w:lang w:val="ru-RU"/>
              </w:rPr>
              <w:t xml:space="preserve">             </w:t>
            </w:r>
            <w:r w:rsidR="0072223F" w:rsidRPr="009B193C">
              <w:rPr>
                <w:rFonts w:eastAsia="Arial"/>
                <w:b/>
                <w:color w:val="auto"/>
                <w:sz w:val="22"/>
                <w:lang w:val="ru-RU"/>
              </w:rPr>
              <w:t>категорій осіб.</w:t>
            </w: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FA08EFA" w14:textId="0DC29D48" w:rsidR="0072223F" w:rsidRPr="009B193C" w:rsidRDefault="00217531" w:rsidP="0072223F">
            <w:pPr>
              <w:rPr>
                <w:color w:val="auto"/>
                <w:sz w:val="22"/>
                <w:lang w:val="ru-RU"/>
              </w:rPr>
            </w:pPr>
            <w:r w:rsidRPr="009B193C">
              <w:rPr>
                <w:rFonts w:eastAsia="Arial"/>
                <w:b/>
                <w:color w:val="auto"/>
                <w:sz w:val="22"/>
                <w:lang w:val="ru-RU"/>
              </w:rPr>
              <w:lastRenderedPageBreak/>
              <w:t xml:space="preserve">В1. </w:t>
            </w:r>
            <w:r w:rsidR="0072223F" w:rsidRPr="009B193C">
              <w:rPr>
                <w:color w:val="auto"/>
                <w:sz w:val="22"/>
                <w:lang w:val="ru-RU"/>
              </w:rPr>
              <w:t>Здатність</w:t>
            </w:r>
            <w:r w:rsidR="009B193C" w:rsidRPr="009B193C">
              <w:rPr>
                <w:color w:val="auto"/>
                <w:sz w:val="22"/>
                <w:lang w:val="ru-RU"/>
              </w:rPr>
              <w:t xml:space="preserve">                    </w:t>
            </w:r>
            <w:r w:rsidR="0072223F" w:rsidRPr="009B193C">
              <w:rPr>
                <w:color w:val="auto"/>
                <w:sz w:val="22"/>
                <w:lang w:val="ru-RU"/>
              </w:rPr>
              <w:t xml:space="preserve"> установлювати </w:t>
            </w:r>
            <w:r w:rsidR="0072223F" w:rsidRPr="009B193C">
              <w:rPr>
                <w:color w:val="auto"/>
                <w:sz w:val="22"/>
                <w:lang w:val="ru-RU"/>
              </w:rPr>
              <w:lastRenderedPageBreak/>
              <w:t xml:space="preserve">професійний </w:t>
            </w:r>
            <w:r w:rsidR="009B193C" w:rsidRPr="009B193C">
              <w:rPr>
                <w:color w:val="auto"/>
                <w:sz w:val="22"/>
                <w:lang w:val="ru-RU"/>
              </w:rPr>
              <w:t xml:space="preserve">                  </w:t>
            </w:r>
            <w:r w:rsidR="0072223F" w:rsidRPr="009B193C">
              <w:rPr>
                <w:color w:val="auto"/>
                <w:sz w:val="22"/>
                <w:lang w:val="ru-RU"/>
              </w:rPr>
              <w:t>контакт, визначати запит та проводити первинне оцінювання потреб отримувача підтримки.</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694DD2C1" w14:textId="7ADE330A" w:rsidR="0072223F" w:rsidRPr="009B193C" w:rsidRDefault="00217531" w:rsidP="00217531">
            <w:pPr>
              <w:spacing w:after="24"/>
              <w:rPr>
                <w:rFonts w:eastAsia="Arial"/>
                <w:color w:val="auto"/>
                <w:sz w:val="22"/>
                <w:lang w:val="ru-RU"/>
              </w:rPr>
            </w:pPr>
            <w:r w:rsidRPr="009B193C">
              <w:rPr>
                <w:rFonts w:eastAsia="Arial"/>
                <w:b/>
                <w:color w:val="auto"/>
                <w:sz w:val="22"/>
                <w:lang w:val="ru-RU"/>
              </w:rPr>
              <w:lastRenderedPageBreak/>
              <w:t xml:space="preserve">В1.З1. </w:t>
            </w:r>
            <w:r w:rsidR="0072223F" w:rsidRPr="009B193C">
              <w:rPr>
                <w:rFonts w:eastAsia="Arial"/>
                <w:color w:val="auto"/>
                <w:sz w:val="22"/>
                <w:lang w:val="ru-RU"/>
              </w:rPr>
              <w:t xml:space="preserve">Принципи </w:t>
            </w:r>
            <w:r w:rsidR="009B193C" w:rsidRPr="009B193C">
              <w:rPr>
                <w:rFonts w:eastAsia="Arial"/>
                <w:color w:val="auto"/>
                <w:sz w:val="22"/>
                <w:lang w:val="ru-RU"/>
              </w:rPr>
              <w:t xml:space="preserve">                               </w:t>
            </w:r>
            <w:r w:rsidR="0072223F" w:rsidRPr="009B193C">
              <w:rPr>
                <w:rFonts w:eastAsia="Arial"/>
                <w:color w:val="auto"/>
                <w:sz w:val="22"/>
                <w:lang w:val="ru-RU"/>
              </w:rPr>
              <w:t xml:space="preserve">добровільності, поваги до </w:t>
            </w:r>
            <w:r w:rsidR="0072223F" w:rsidRPr="009B193C">
              <w:rPr>
                <w:rFonts w:eastAsia="Arial"/>
                <w:color w:val="auto"/>
                <w:sz w:val="22"/>
                <w:lang w:val="ru-RU"/>
              </w:rPr>
              <w:lastRenderedPageBreak/>
              <w:t xml:space="preserve">гідності, недискримінації, конфіденційності, </w:t>
            </w:r>
            <w:r w:rsidR="009B193C" w:rsidRPr="009B193C">
              <w:rPr>
                <w:rFonts w:eastAsia="Arial"/>
                <w:color w:val="auto"/>
                <w:sz w:val="22"/>
                <w:lang w:val="ru-RU"/>
              </w:rPr>
              <w:t xml:space="preserve">                           </w:t>
            </w:r>
            <w:r w:rsidR="0072223F" w:rsidRPr="009B193C">
              <w:rPr>
                <w:rFonts w:eastAsia="Arial"/>
                <w:color w:val="auto"/>
                <w:sz w:val="22"/>
                <w:lang w:val="ru-RU"/>
              </w:rPr>
              <w:t>безбар'єрності та травма</w:t>
            </w:r>
            <w:r w:rsidR="009B193C" w:rsidRPr="009B193C">
              <w:rPr>
                <w:rFonts w:eastAsia="Arial"/>
                <w:color w:val="auto"/>
                <w:sz w:val="22"/>
                <w:lang w:val="ru-RU"/>
              </w:rPr>
              <w:t xml:space="preserve">                         </w:t>
            </w:r>
            <w:r w:rsidR="0072223F" w:rsidRPr="009B193C">
              <w:rPr>
                <w:rFonts w:eastAsia="Arial"/>
                <w:color w:val="auto"/>
                <w:sz w:val="22"/>
                <w:lang w:val="ru-RU"/>
              </w:rPr>
              <w:t>-інформованої взаємодії під час оцінювання потреб.</w:t>
            </w:r>
          </w:p>
          <w:p w14:paraId="01EFD991" w14:textId="77777777" w:rsidR="0072223F" w:rsidRPr="009B193C" w:rsidRDefault="0072223F" w:rsidP="00217531">
            <w:pPr>
              <w:spacing w:after="24"/>
              <w:rPr>
                <w:color w:val="auto"/>
                <w:sz w:val="22"/>
                <w:lang w:val="ru-RU"/>
              </w:rPr>
            </w:pPr>
          </w:p>
          <w:p w14:paraId="2F89C8BD" w14:textId="7AF62202" w:rsidR="0072223F" w:rsidRPr="009B193C" w:rsidRDefault="00217531" w:rsidP="0072223F">
            <w:pPr>
              <w:spacing w:after="24"/>
              <w:rPr>
                <w:color w:val="auto"/>
                <w:sz w:val="22"/>
                <w:lang w:val="ru-RU"/>
              </w:rPr>
            </w:pPr>
            <w:r w:rsidRPr="009B193C">
              <w:rPr>
                <w:rFonts w:eastAsia="Arial"/>
                <w:b/>
                <w:color w:val="auto"/>
                <w:sz w:val="22"/>
                <w:lang w:val="ru-RU"/>
              </w:rPr>
              <w:t xml:space="preserve">В1.З2. </w:t>
            </w:r>
            <w:r w:rsidR="0072223F" w:rsidRPr="009B193C">
              <w:rPr>
                <w:color w:val="auto"/>
                <w:sz w:val="22"/>
                <w:lang w:val="ru-RU"/>
              </w:rPr>
              <w:t xml:space="preserve">Основні сфери </w:t>
            </w:r>
            <w:r w:rsidR="009B193C" w:rsidRPr="009B193C">
              <w:rPr>
                <w:color w:val="auto"/>
                <w:sz w:val="22"/>
                <w:lang w:val="ru-RU"/>
              </w:rPr>
              <w:t xml:space="preserve">                   </w:t>
            </w:r>
            <w:r w:rsidR="0072223F" w:rsidRPr="009B193C">
              <w:rPr>
                <w:color w:val="auto"/>
                <w:sz w:val="22"/>
                <w:lang w:val="ru-RU"/>
              </w:rPr>
              <w:t>життєдіяльності, етапи</w:t>
            </w:r>
            <w:r w:rsidR="009B193C" w:rsidRPr="009B193C">
              <w:rPr>
                <w:color w:val="auto"/>
                <w:sz w:val="22"/>
                <w:lang w:val="ru-RU"/>
              </w:rPr>
              <w:t xml:space="preserve">                    </w:t>
            </w:r>
            <w:r w:rsidR="0072223F" w:rsidRPr="009B193C">
              <w:rPr>
                <w:color w:val="auto"/>
                <w:sz w:val="22"/>
                <w:lang w:val="ru-RU"/>
              </w:rPr>
              <w:t xml:space="preserve"> первинного контакту, </w:t>
            </w:r>
            <w:r w:rsidR="009B193C" w:rsidRPr="009B193C">
              <w:rPr>
                <w:color w:val="auto"/>
                <w:sz w:val="22"/>
                <w:lang w:val="ru-RU"/>
              </w:rPr>
              <w:t xml:space="preserve">                </w:t>
            </w:r>
            <w:r w:rsidR="0072223F" w:rsidRPr="009B193C">
              <w:rPr>
                <w:color w:val="auto"/>
                <w:sz w:val="22"/>
                <w:lang w:val="ru-RU"/>
              </w:rPr>
              <w:t>способи виявлення запиту, очікуваного результату та необхідності отримання підтримки.</w:t>
            </w:r>
            <w:r w:rsidR="0072223F" w:rsidRPr="009B193C">
              <w:rPr>
                <w:color w:val="auto"/>
                <w:sz w:val="22"/>
              </w:rPr>
              <w:t xml:space="preserve"> </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24C1221" w14:textId="77DB977B" w:rsidR="009B7411" w:rsidRPr="009B193C" w:rsidRDefault="00217531" w:rsidP="00217531">
            <w:pPr>
              <w:spacing w:after="24"/>
              <w:rPr>
                <w:rFonts w:eastAsia="Arial"/>
                <w:color w:val="auto"/>
                <w:sz w:val="22"/>
                <w:lang w:val="ru-RU"/>
              </w:rPr>
            </w:pPr>
            <w:r w:rsidRPr="009B193C">
              <w:rPr>
                <w:rFonts w:eastAsia="Arial"/>
                <w:b/>
                <w:color w:val="auto"/>
                <w:sz w:val="22"/>
                <w:lang w:val="ru-RU"/>
              </w:rPr>
              <w:lastRenderedPageBreak/>
              <w:t xml:space="preserve">В1.У1. </w:t>
            </w:r>
            <w:r w:rsidR="009B7411" w:rsidRPr="009B193C">
              <w:rPr>
                <w:rFonts w:eastAsia="Arial"/>
                <w:color w:val="auto"/>
                <w:sz w:val="22"/>
                <w:lang w:val="ru-RU"/>
              </w:rPr>
              <w:t>Установлювати</w:t>
            </w:r>
            <w:r w:rsidR="00130127" w:rsidRPr="009B193C">
              <w:rPr>
                <w:rFonts w:eastAsia="Arial"/>
                <w:color w:val="auto"/>
                <w:sz w:val="22"/>
                <w:lang w:val="ru-RU"/>
              </w:rPr>
              <w:t xml:space="preserve">                </w:t>
            </w:r>
            <w:r w:rsidR="009B7411" w:rsidRPr="009B193C">
              <w:rPr>
                <w:rFonts w:eastAsia="Arial"/>
                <w:color w:val="auto"/>
                <w:sz w:val="22"/>
                <w:lang w:val="ru-RU"/>
              </w:rPr>
              <w:t xml:space="preserve"> професійний контакт, </w:t>
            </w:r>
            <w:r w:rsidR="009B7411" w:rsidRPr="009B193C">
              <w:rPr>
                <w:rFonts w:eastAsia="Arial"/>
                <w:color w:val="auto"/>
                <w:sz w:val="22"/>
                <w:lang w:val="ru-RU"/>
              </w:rPr>
              <w:lastRenderedPageBreak/>
              <w:t xml:space="preserve">з'ясовувати запит, потреби, очікуваний результат та </w:t>
            </w:r>
            <w:r w:rsidR="009B193C" w:rsidRPr="009B193C">
              <w:rPr>
                <w:rFonts w:eastAsia="Arial"/>
                <w:color w:val="auto"/>
                <w:sz w:val="22"/>
                <w:lang w:val="ru-RU"/>
              </w:rPr>
              <w:t xml:space="preserve">                 </w:t>
            </w:r>
            <w:r w:rsidR="009B7411" w:rsidRPr="009B193C">
              <w:rPr>
                <w:rFonts w:eastAsia="Arial"/>
                <w:color w:val="auto"/>
                <w:sz w:val="22"/>
                <w:lang w:val="ru-RU"/>
              </w:rPr>
              <w:t xml:space="preserve">готовність особи до </w:t>
            </w:r>
            <w:r w:rsidR="009B193C" w:rsidRPr="009B193C">
              <w:rPr>
                <w:rFonts w:eastAsia="Arial"/>
                <w:color w:val="auto"/>
                <w:sz w:val="22"/>
                <w:lang w:val="ru-RU"/>
              </w:rPr>
              <w:t xml:space="preserve">                         </w:t>
            </w:r>
            <w:r w:rsidR="009B7411" w:rsidRPr="009B193C">
              <w:rPr>
                <w:rFonts w:eastAsia="Arial"/>
                <w:color w:val="auto"/>
                <w:sz w:val="22"/>
                <w:lang w:val="ru-RU"/>
              </w:rPr>
              <w:t>отримання підтримки.</w:t>
            </w:r>
          </w:p>
          <w:p w14:paraId="0465B5C5" w14:textId="77777777" w:rsidR="009B7411" w:rsidRPr="009B193C" w:rsidRDefault="009B7411" w:rsidP="00217531">
            <w:pPr>
              <w:spacing w:after="24"/>
              <w:rPr>
                <w:color w:val="auto"/>
                <w:sz w:val="22"/>
                <w:lang w:val="ru-RU"/>
              </w:rPr>
            </w:pPr>
          </w:p>
          <w:p w14:paraId="56F7C0C0" w14:textId="66B8294C" w:rsidR="009B7411" w:rsidRPr="009B193C" w:rsidRDefault="00217531" w:rsidP="009B7411">
            <w:pPr>
              <w:spacing w:after="24"/>
              <w:rPr>
                <w:color w:val="auto"/>
                <w:sz w:val="22"/>
                <w:lang w:val="ru-RU"/>
              </w:rPr>
            </w:pPr>
            <w:r w:rsidRPr="009B193C">
              <w:rPr>
                <w:rFonts w:eastAsia="Arial"/>
                <w:b/>
                <w:color w:val="auto"/>
                <w:sz w:val="22"/>
                <w:lang w:val="ru-RU"/>
              </w:rPr>
              <w:t xml:space="preserve">В1.У2. </w:t>
            </w:r>
            <w:r w:rsidR="009B7411" w:rsidRPr="009B193C">
              <w:rPr>
                <w:color w:val="auto"/>
                <w:sz w:val="22"/>
                <w:lang w:val="ru-RU"/>
              </w:rPr>
              <w:t xml:space="preserve">Проводити первинне оцінювання потреб із </w:t>
            </w:r>
            <w:r w:rsidR="009B193C" w:rsidRPr="009B193C">
              <w:rPr>
                <w:color w:val="auto"/>
                <w:sz w:val="22"/>
                <w:lang w:val="ru-RU"/>
              </w:rPr>
              <w:t xml:space="preserve">                     </w:t>
            </w:r>
            <w:r w:rsidR="009B7411" w:rsidRPr="009B193C">
              <w:rPr>
                <w:color w:val="auto"/>
                <w:sz w:val="22"/>
                <w:lang w:val="ru-RU"/>
              </w:rPr>
              <w:t xml:space="preserve">використанням затверджених форм, методик та </w:t>
            </w:r>
            <w:r w:rsidR="009B193C" w:rsidRPr="009B193C">
              <w:rPr>
                <w:color w:val="auto"/>
                <w:sz w:val="22"/>
                <w:lang w:val="ru-RU"/>
              </w:rPr>
              <w:t xml:space="preserve">                              </w:t>
            </w:r>
            <w:r w:rsidR="009B7411" w:rsidRPr="009B193C">
              <w:rPr>
                <w:color w:val="auto"/>
                <w:sz w:val="22"/>
                <w:lang w:val="ru-RU"/>
              </w:rPr>
              <w:t>інструментів у межах професійної компетентності.</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9AA7B89" w14:textId="7FC870DC" w:rsidR="009B7411" w:rsidRPr="009B193C" w:rsidRDefault="00217531" w:rsidP="009B7411">
            <w:pPr>
              <w:spacing w:after="24"/>
              <w:rPr>
                <w:color w:val="auto"/>
                <w:sz w:val="22"/>
                <w:lang w:val="ru-RU"/>
              </w:rPr>
            </w:pPr>
            <w:r w:rsidRPr="009B193C">
              <w:rPr>
                <w:rFonts w:eastAsia="Arial"/>
                <w:b/>
                <w:color w:val="auto"/>
                <w:sz w:val="22"/>
                <w:lang w:val="ru-RU"/>
              </w:rPr>
              <w:lastRenderedPageBreak/>
              <w:t xml:space="preserve">В1.К1. </w:t>
            </w:r>
            <w:r w:rsidR="009B7411" w:rsidRPr="009B193C">
              <w:rPr>
                <w:color w:val="auto"/>
                <w:sz w:val="22"/>
                <w:lang w:val="ru-RU"/>
              </w:rPr>
              <w:t xml:space="preserve">Застосовувати </w:t>
            </w:r>
            <w:r w:rsidR="009B193C" w:rsidRPr="009B193C">
              <w:rPr>
                <w:color w:val="auto"/>
                <w:sz w:val="22"/>
                <w:lang w:val="ru-RU"/>
              </w:rPr>
              <w:t xml:space="preserve">      </w:t>
            </w:r>
            <w:r w:rsidR="009B7411" w:rsidRPr="009B193C">
              <w:rPr>
                <w:color w:val="auto"/>
                <w:sz w:val="22"/>
                <w:lang w:val="ru-RU"/>
              </w:rPr>
              <w:t xml:space="preserve">активне слухання, </w:t>
            </w:r>
            <w:r w:rsidR="009B7411" w:rsidRPr="009B193C">
              <w:rPr>
                <w:color w:val="auto"/>
                <w:sz w:val="22"/>
                <w:lang w:val="ru-RU"/>
              </w:rPr>
              <w:lastRenderedPageBreak/>
              <w:t>ставити коректні</w:t>
            </w:r>
            <w:r w:rsidR="009B193C" w:rsidRPr="009B193C">
              <w:rPr>
                <w:color w:val="auto"/>
                <w:sz w:val="22"/>
                <w:lang w:val="ru-RU"/>
              </w:rPr>
              <w:t xml:space="preserve">                       </w:t>
            </w:r>
            <w:r w:rsidR="009B7411" w:rsidRPr="009B193C">
              <w:rPr>
                <w:color w:val="auto"/>
                <w:sz w:val="22"/>
                <w:lang w:val="ru-RU"/>
              </w:rPr>
              <w:t xml:space="preserve"> запитання та адаптувати спосіб комунікації до індивідуальних потреб і функціональних </w:t>
            </w:r>
            <w:r w:rsidR="009B193C" w:rsidRPr="009B193C">
              <w:rPr>
                <w:color w:val="auto"/>
                <w:sz w:val="22"/>
                <w:lang w:val="ru-RU"/>
              </w:rPr>
              <w:t xml:space="preserve">                    </w:t>
            </w:r>
            <w:r w:rsidR="009B7411" w:rsidRPr="009B193C">
              <w:rPr>
                <w:color w:val="auto"/>
                <w:sz w:val="22"/>
                <w:lang w:val="ru-RU"/>
              </w:rPr>
              <w:t>можливостей особи.</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C52254B" w14:textId="7C926E89" w:rsidR="009B7411" w:rsidRPr="009B193C" w:rsidRDefault="00217531" w:rsidP="009B7411">
            <w:pPr>
              <w:spacing w:after="24"/>
              <w:rPr>
                <w:color w:val="auto"/>
                <w:sz w:val="22"/>
                <w:lang w:val="ru-RU"/>
              </w:rPr>
            </w:pPr>
            <w:r w:rsidRPr="009B193C">
              <w:rPr>
                <w:rFonts w:eastAsia="Arial"/>
                <w:b/>
                <w:color w:val="auto"/>
                <w:sz w:val="22"/>
                <w:lang w:val="ru-RU"/>
              </w:rPr>
              <w:lastRenderedPageBreak/>
              <w:t xml:space="preserve">В1.В1. </w:t>
            </w:r>
            <w:r w:rsidR="009B7411" w:rsidRPr="009B193C">
              <w:rPr>
                <w:color w:val="auto"/>
                <w:sz w:val="22"/>
                <w:lang w:val="ru-RU"/>
              </w:rPr>
              <w:t xml:space="preserve">Самостійно </w:t>
            </w:r>
            <w:r w:rsidR="009B193C" w:rsidRPr="009B193C">
              <w:rPr>
                <w:color w:val="auto"/>
                <w:sz w:val="22"/>
                <w:lang w:val="ru-RU"/>
              </w:rPr>
              <w:t xml:space="preserve">                </w:t>
            </w:r>
            <w:r w:rsidR="009B7411" w:rsidRPr="009B193C">
              <w:rPr>
                <w:color w:val="auto"/>
                <w:sz w:val="22"/>
                <w:lang w:val="ru-RU"/>
              </w:rPr>
              <w:t xml:space="preserve">проводити первинне </w:t>
            </w:r>
            <w:r w:rsidR="009B7411" w:rsidRPr="009B193C">
              <w:rPr>
                <w:color w:val="auto"/>
                <w:sz w:val="22"/>
                <w:lang w:val="ru-RU"/>
              </w:rPr>
              <w:lastRenderedPageBreak/>
              <w:t xml:space="preserve">оцінювання потреб у межах професійної кваліфікації, не здійснюючи медичної, психологічної, психіатричної чи </w:t>
            </w:r>
            <w:r w:rsidR="009B193C" w:rsidRPr="009B193C">
              <w:rPr>
                <w:color w:val="auto"/>
                <w:sz w:val="22"/>
                <w:lang w:val="ru-RU"/>
              </w:rPr>
              <w:t xml:space="preserve">                  </w:t>
            </w:r>
            <w:r w:rsidR="009B7411" w:rsidRPr="009B193C">
              <w:rPr>
                <w:color w:val="auto"/>
                <w:sz w:val="22"/>
                <w:lang w:val="ru-RU"/>
              </w:rPr>
              <w:t>правової діагностики.</w:t>
            </w:r>
          </w:p>
        </w:tc>
      </w:tr>
      <w:tr w:rsidR="00217531" w:rsidRPr="0076799D" w14:paraId="7203CB6B"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CD7CD0C" w14:textId="77777777" w:rsidR="00217531" w:rsidRPr="003C4740" w:rsidRDefault="00217531" w:rsidP="00217531">
            <w:pPr>
              <w:rPr>
                <w:color w:val="auto"/>
                <w:sz w:val="22"/>
                <w:lang w:val="ru-RU"/>
              </w:rPr>
            </w:pP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DE2507F" w14:textId="242B4234" w:rsidR="003E0B7C" w:rsidRPr="00BA57CD" w:rsidRDefault="00217531" w:rsidP="003E0B7C">
            <w:pPr>
              <w:rPr>
                <w:b/>
                <w:color w:val="auto"/>
                <w:sz w:val="22"/>
                <w:lang w:val="ru-RU"/>
              </w:rPr>
            </w:pPr>
            <w:r w:rsidRPr="00BA57CD">
              <w:rPr>
                <w:rFonts w:eastAsia="Arial"/>
                <w:b/>
                <w:color w:val="auto"/>
                <w:sz w:val="22"/>
                <w:lang w:val="ru-RU"/>
              </w:rPr>
              <w:t xml:space="preserve">В2. </w:t>
            </w:r>
            <w:r w:rsidR="003E0B7C" w:rsidRPr="00BA57CD">
              <w:rPr>
                <w:b/>
                <w:color w:val="auto"/>
                <w:sz w:val="22"/>
                <w:lang w:val="ru-RU"/>
              </w:rPr>
              <w:t>Здатність</w:t>
            </w:r>
            <w:r w:rsidR="00BA57CD" w:rsidRPr="00BA57CD">
              <w:rPr>
                <w:b/>
                <w:color w:val="auto"/>
                <w:sz w:val="22"/>
                <w:lang w:val="ru-RU"/>
              </w:rPr>
              <w:t xml:space="preserve">               </w:t>
            </w:r>
            <w:r w:rsidR="003E0B7C" w:rsidRPr="00BA57CD">
              <w:rPr>
                <w:b/>
                <w:color w:val="auto"/>
                <w:sz w:val="22"/>
                <w:lang w:val="ru-RU"/>
              </w:rPr>
              <w:t xml:space="preserve"> комплексно оцінювати потреби, життєві обставини, ресурси та бар'єри отримувача підтримки.</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66D3B7A1" w14:textId="3A86D00B" w:rsidR="003E0B7C" w:rsidRPr="00BA57CD" w:rsidRDefault="00217531" w:rsidP="00217531">
            <w:pPr>
              <w:spacing w:after="24"/>
              <w:rPr>
                <w:rFonts w:eastAsia="Arial"/>
                <w:color w:val="auto"/>
                <w:sz w:val="22"/>
                <w:lang w:val="ru-RU"/>
              </w:rPr>
            </w:pPr>
            <w:r w:rsidRPr="00BA57CD">
              <w:rPr>
                <w:rFonts w:eastAsia="Arial"/>
                <w:b/>
                <w:color w:val="auto"/>
                <w:sz w:val="22"/>
                <w:lang w:val="ru-RU"/>
              </w:rPr>
              <w:t xml:space="preserve">В2.З1. </w:t>
            </w:r>
            <w:r w:rsidR="003E0B7C" w:rsidRPr="00BA57CD">
              <w:rPr>
                <w:rFonts w:eastAsia="Arial"/>
                <w:color w:val="auto"/>
                <w:sz w:val="22"/>
                <w:lang w:val="ru-RU"/>
              </w:rPr>
              <w:t xml:space="preserve">Основні сфери </w:t>
            </w:r>
            <w:r w:rsidR="00BA57CD" w:rsidRPr="00BA57CD">
              <w:rPr>
                <w:rFonts w:eastAsia="Arial"/>
                <w:color w:val="auto"/>
                <w:sz w:val="22"/>
                <w:lang w:val="ru-RU"/>
              </w:rPr>
              <w:t xml:space="preserve">                  </w:t>
            </w:r>
            <w:r w:rsidR="003E0B7C" w:rsidRPr="00BA57CD">
              <w:rPr>
                <w:rFonts w:eastAsia="Arial"/>
                <w:color w:val="auto"/>
                <w:sz w:val="22"/>
                <w:lang w:val="ru-RU"/>
              </w:rPr>
              <w:t xml:space="preserve">життєдіяльності особи та сім'ї, наявні ресурси, </w:t>
            </w:r>
            <w:r w:rsidR="00BA57CD" w:rsidRPr="00BA57CD">
              <w:rPr>
                <w:rFonts w:eastAsia="Arial"/>
                <w:color w:val="auto"/>
                <w:sz w:val="22"/>
                <w:lang w:val="ru-RU"/>
              </w:rPr>
              <w:t xml:space="preserve">                    </w:t>
            </w:r>
            <w:r w:rsidR="003E0B7C" w:rsidRPr="00BA57CD">
              <w:rPr>
                <w:rFonts w:eastAsia="Arial"/>
                <w:color w:val="auto"/>
                <w:sz w:val="22"/>
                <w:lang w:val="ru-RU"/>
              </w:rPr>
              <w:t>можливості громади, а також фізичні, соціальні,</w:t>
            </w:r>
            <w:r w:rsidR="00BA57CD" w:rsidRPr="00BA57CD">
              <w:rPr>
                <w:rFonts w:eastAsia="Arial"/>
                <w:color w:val="auto"/>
                <w:sz w:val="22"/>
                <w:lang w:val="ru-RU"/>
              </w:rPr>
              <w:t xml:space="preserve">                           </w:t>
            </w:r>
            <w:r w:rsidR="003E0B7C" w:rsidRPr="00BA57CD">
              <w:rPr>
                <w:rFonts w:eastAsia="Arial"/>
                <w:color w:val="auto"/>
                <w:sz w:val="22"/>
                <w:lang w:val="ru-RU"/>
              </w:rPr>
              <w:t xml:space="preserve"> інформаційні, цифрові,</w:t>
            </w:r>
            <w:r w:rsidR="00BA57CD" w:rsidRPr="00BA57CD">
              <w:rPr>
                <w:rFonts w:eastAsia="Arial"/>
                <w:color w:val="auto"/>
                <w:sz w:val="22"/>
                <w:lang w:val="ru-RU"/>
              </w:rPr>
              <w:t xml:space="preserve">                   </w:t>
            </w:r>
            <w:r w:rsidR="003E0B7C" w:rsidRPr="00BA57CD">
              <w:rPr>
                <w:rFonts w:eastAsia="Arial"/>
                <w:color w:val="auto"/>
                <w:sz w:val="22"/>
                <w:lang w:val="ru-RU"/>
              </w:rPr>
              <w:t xml:space="preserve"> комунікаційні, фінансові та організаційні бар'єри.</w:t>
            </w:r>
          </w:p>
          <w:p w14:paraId="0CE4F08C" w14:textId="77777777" w:rsidR="003E0B7C" w:rsidRPr="00BA57CD" w:rsidRDefault="003E0B7C" w:rsidP="00217531">
            <w:pPr>
              <w:spacing w:after="24"/>
              <w:rPr>
                <w:color w:val="auto"/>
                <w:sz w:val="22"/>
                <w:lang w:val="ru-RU"/>
              </w:rPr>
            </w:pPr>
          </w:p>
          <w:p w14:paraId="5473BEEB" w14:textId="2DC8A5C7" w:rsidR="003E0B7C" w:rsidRPr="00BA57CD" w:rsidRDefault="00217531" w:rsidP="003E0B7C">
            <w:pPr>
              <w:spacing w:after="24"/>
              <w:rPr>
                <w:color w:val="auto"/>
                <w:sz w:val="22"/>
                <w:lang w:val="ru-RU"/>
              </w:rPr>
            </w:pPr>
            <w:r w:rsidRPr="00BA57CD">
              <w:rPr>
                <w:rFonts w:eastAsia="Arial"/>
                <w:b/>
                <w:color w:val="auto"/>
                <w:sz w:val="22"/>
                <w:lang w:val="ru-RU"/>
              </w:rPr>
              <w:t xml:space="preserve">В2.З2. </w:t>
            </w:r>
            <w:r w:rsidR="003E0B7C" w:rsidRPr="00BA57CD">
              <w:rPr>
                <w:color w:val="auto"/>
                <w:sz w:val="22"/>
                <w:lang w:val="ru-RU"/>
              </w:rPr>
              <w:t>Особливості</w:t>
            </w:r>
            <w:r w:rsidR="00BA57CD" w:rsidRPr="00BA57CD">
              <w:rPr>
                <w:color w:val="auto"/>
                <w:sz w:val="22"/>
                <w:lang w:val="ru-RU"/>
              </w:rPr>
              <w:t xml:space="preserve">                     </w:t>
            </w:r>
            <w:r w:rsidR="003E0B7C" w:rsidRPr="00BA57CD">
              <w:rPr>
                <w:color w:val="auto"/>
                <w:sz w:val="22"/>
                <w:lang w:val="ru-RU"/>
              </w:rPr>
              <w:t xml:space="preserve"> військового та ветеранського досвіду, соціального </w:t>
            </w:r>
            <w:r w:rsidR="00BA57CD" w:rsidRPr="00BA57CD">
              <w:rPr>
                <w:color w:val="auto"/>
                <w:sz w:val="22"/>
                <w:lang w:val="ru-RU"/>
              </w:rPr>
              <w:t xml:space="preserve">                     </w:t>
            </w:r>
            <w:r w:rsidR="003E0B7C" w:rsidRPr="00BA57CD">
              <w:rPr>
                <w:color w:val="auto"/>
                <w:sz w:val="22"/>
                <w:lang w:val="ru-RU"/>
              </w:rPr>
              <w:t xml:space="preserve">оточення і життєвих обставин та їх можливий вплив на </w:t>
            </w:r>
            <w:r w:rsidR="00BA57CD" w:rsidRPr="00BA57CD">
              <w:rPr>
                <w:color w:val="auto"/>
                <w:sz w:val="22"/>
                <w:lang w:val="ru-RU"/>
              </w:rPr>
              <w:t xml:space="preserve">              </w:t>
            </w:r>
            <w:r w:rsidR="003E0B7C" w:rsidRPr="00BA57CD">
              <w:rPr>
                <w:color w:val="auto"/>
                <w:sz w:val="22"/>
                <w:lang w:val="ru-RU"/>
              </w:rPr>
              <w:t xml:space="preserve">потреби, звернення за підтримкою і доступ до </w:t>
            </w:r>
            <w:r w:rsidR="00BA57CD" w:rsidRPr="00BA57CD">
              <w:rPr>
                <w:color w:val="auto"/>
                <w:sz w:val="22"/>
                <w:lang w:val="ru-RU"/>
              </w:rPr>
              <w:t xml:space="preserve">                   </w:t>
            </w:r>
            <w:r w:rsidR="003E0B7C" w:rsidRPr="00BA57CD">
              <w:rPr>
                <w:color w:val="auto"/>
                <w:sz w:val="22"/>
                <w:lang w:val="ru-RU"/>
              </w:rPr>
              <w:t>послуг.</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BFA3447" w14:textId="58B1F176" w:rsidR="00690A38" w:rsidRPr="00BA57CD" w:rsidRDefault="00217531" w:rsidP="00217531">
            <w:pPr>
              <w:spacing w:after="24"/>
              <w:rPr>
                <w:rFonts w:eastAsia="Arial"/>
                <w:color w:val="auto"/>
                <w:sz w:val="22"/>
                <w:lang w:val="ru-RU"/>
              </w:rPr>
            </w:pPr>
            <w:r w:rsidRPr="00BA57CD">
              <w:rPr>
                <w:rFonts w:eastAsia="Arial"/>
                <w:b/>
                <w:color w:val="auto"/>
                <w:sz w:val="22"/>
                <w:lang w:val="ru-RU"/>
              </w:rPr>
              <w:t xml:space="preserve">В2.У1. </w:t>
            </w:r>
            <w:r w:rsidR="00690A38" w:rsidRPr="00BA57CD">
              <w:rPr>
                <w:rFonts w:eastAsia="Arial"/>
                <w:color w:val="auto"/>
                <w:sz w:val="22"/>
                <w:lang w:val="ru-RU"/>
              </w:rPr>
              <w:t xml:space="preserve">Виявляти </w:t>
            </w:r>
            <w:r w:rsidR="00BA57CD" w:rsidRPr="00BA57CD">
              <w:rPr>
                <w:rFonts w:eastAsia="Arial"/>
                <w:color w:val="auto"/>
                <w:sz w:val="22"/>
                <w:lang w:val="ru-RU"/>
              </w:rPr>
              <w:t xml:space="preserve">                        </w:t>
            </w:r>
            <w:r w:rsidR="00690A38" w:rsidRPr="00BA57CD">
              <w:rPr>
                <w:rFonts w:eastAsia="Arial"/>
                <w:color w:val="auto"/>
                <w:sz w:val="22"/>
                <w:lang w:val="ru-RU"/>
              </w:rPr>
              <w:t xml:space="preserve">взаємопов'язані потреби, </w:t>
            </w:r>
            <w:r w:rsidR="00BA57CD" w:rsidRPr="00BA57CD">
              <w:rPr>
                <w:rFonts w:eastAsia="Arial"/>
                <w:color w:val="auto"/>
                <w:sz w:val="22"/>
                <w:lang w:val="ru-RU"/>
              </w:rPr>
              <w:t xml:space="preserve">               </w:t>
            </w:r>
            <w:r w:rsidR="00690A38" w:rsidRPr="00BA57CD">
              <w:rPr>
                <w:rFonts w:eastAsia="Arial"/>
                <w:color w:val="auto"/>
                <w:sz w:val="22"/>
                <w:lang w:val="ru-RU"/>
              </w:rPr>
              <w:t>наявні ресурси та бар'єри, що впливають на доступ особи до прав, послуг, програм та інших видів підтримки.</w:t>
            </w:r>
          </w:p>
          <w:p w14:paraId="66B707B3" w14:textId="77777777" w:rsidR="00690A38" w:rsidRPr="00BA57CD" w:rsidRDefault="00690A38" w:rsidP="00217531">
            <w:pPr>
              <w:spacing w:after="24"/>
              <w:rPr>
                <w:color w:val="auto"/>
                <w:sz w:val="22"/>
                <w:lang w:val="ru-RU"/>
              </w:rPr>
            </w:pPr>
          </w:p>
          <w:p w14:paraId="235C771A" w14:textId="14EBE1DF" w:rsidR="00690A38" w:rsidRPr="00BA57CD" w:rsidRDefault="00217531" w:rsidP="00690A38">
            <w:pPr>
              <w:spacing w:after="24"/>
              <w:rPr>
                <w:color w:val="auto"/>
                <w:sz w:val="22"/>
                <w:lang w:val="ru-RU"/>
              </w:rPr>
            </w:pPr>
            <w:r w:rsidRPr="00BA57CD">
              <w:rPr>
                <w:rFonts w:eastAsia="Arial"/>
                <w:b/>
                <w:color w:val="auto"/>
                <w:sz w:val="22"/>
                <w:lang w:val="ru-RU"/>
              </w:rPr>
              <w:t xml:space="preserve">В2.У2. </w:t>
            </w:r>
            <w:r w:rsidR="00690A38" w:rsidRPr="00BA57CD">
              <w:rPr>
                <w:color w:val="auto"/>
                <w:sz w:val="22"/>
                <w:lang w:val="ru-RU"/>
              </w:rPr>
              <w:t xml:space="preserve">Аналізувати та </w:t>
            </w:r>
            <w:r w:rsidR="00BA57CD" w:rsidRPr="00BA57CD">
              <w:rPr>
                <w:color w:val="auto"/>
                <w:sz w:val="22"/>
                <w:lang w:val="ru-RU"/>
              </w:rPr>
              <w:t xml:space="preserve">                  </w:t>
            </w:r>
            <w:r w:rsidR="00690A38" w:rsidRPr="00BA57CD">
              <w:rPr>
                <w:color w:val="auto"/>
                <w:sz w:val="22"/>
                <w:lang w:val="ru-RU"/>
              </w:rPr>
              <w:t xml:space="preserve">узагальнювати результати оцінювання, відокремлювати встановлені факти від </w:t>
            </w:r>
            <w:r w:rsidR="00BA57CD" w:rsidRPr="00BA57CD">
              <w:rPr>
                <w:color w:val="auto"/>
                <w:sz w:val="22"/>
                <w:lang w:val="ru-RU"/>
              </w:rPr>
              <w:t xml:space="preserve">                  </w:t>
            </w:r>
            <w:r w:rsidR="00690A38" w:rsidRPr="00BA57CD">
              <w:rPr>
                <w:color w:val="auto"/>
                <w:sz w:val="22"/>
                <w:lang w:val="ru-RU"/>
              </w:rPr>
              <w:t xml:space="preserve">припущень і визначати </w:t>
            </w:r>
            <w:r w:rsidR="00BA57CD" w:rsidRPr="00BA57CD">
              <w:rPr>
                <w:color w:val="auto"/>
                <w:sz w:val="22"/>
                <w:lang w:val="ru-RU"/>
              </w:rPr>
              <w:t xml:space="preserve">                    </w:t>
            </w:r>
            <w:r w:rsidR="00690A38" w:rsidRPr="00BA57CD">
              <w:rPr>
                <w:color w:val="auto"/>
                <w:sz w:val="22"/>
                <w:lang w:val="ru-RU"/>
              </w:rPr>
              <w:t>інформацію, яка потребує</w:t>
            </w:r>
            <w:r w:rsidR="00BA57CD" w:rsidRPr="00BA57CD">
              <w:rPr>
                <w:color w:val="auto"/>
                <w:sz w:val="22"/>
                <w:lang w:val="ru-RU"/>
              </w:rPr>
              <w:t xml:space="preserve">            </w:t>
            </w:r>
            <w:r w:rsidR="00690A38" w:rsidRPr="00BA57CD">
              <w:rPr>
                <w:color w:val="auto"/>
                <w:sz w:val="22"/>
                <w:lang w:val="ru-RU"/>
              </w:rPr>
              <w:t xml:space="preserve"> додаткового уточнення.</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2D51D51F" w14:textId="570C3E12" w:rsidR="00816C89" w:rsidRPr="00BA57CD" w:rsidRDefault="00217531" w:rsidP="00217531">
            <w:pPr>
              <w:spacing w:after="24"/>
              <w:rPr>
                <w:rFonts w:eastAsia="Arial"/>
                <w:color w:val="auto"/>
                <w:sz w:val="22"/>
                <w:lang w:val="ru-RU"/>
              </w:rPr>
            </w:pPr>
            <w:r w:rsidRPr="00BA57CD">
              <w:rPr>
                <w:rFonts w:eastAsia="Arial"/>
                <w:b/>
                <w:color w:val="auto"/>
                <w:sz w:val="22"/>
                <w:lang w:val="ru-RU"/>
              </w:rPr>
              <w:t xml:space="preserve">В2.К1. </w:t>
            </w:r>
            <w:r w:rsidR="00816C89" w:rsidRPr="00BA57CD">
              <w:rPr>
                <w:color w:val="auto"/>
                <w:sz w:val="22"/>
                <w:lang w:val="ru-RU"/>
              </w:rPr>
              <w:t xml:space="preserve">Обговорювати з особою її потреби та життєві обставини без стигматизації, оцінювання чи </w:t>
            </w:r>
            <w:r w:rsidR="00BA57CD" w:rsidRPr="00BA57CD">
              <w:rPr>
                <w:color w:val="auto"/>
                <w:sz w:val="22"/>
                <w:lang w:val="ru-RU"/>
              </w:rPr>
              <w:t xml:space="preserve">                      </w:t>
            </w:r>
            <w:r w:rsidR="00816C89" w:rsidRPr="00BA57CD">
              <w:rPr>
                <w:color w:val="auto"/>
                <w:sz w:val="22"/>
                <w:lang w:val="ru-RU"/>
              </w:rPr>
              <w:t xml:space="preserve">дискримінації та </w:t>
            </w:r>
            <w:r w:rsidR="00BA57CD" w:rsidRPr="00BA57CD">
              <w:rPr>
                <w:color w:val="auto"/>
                <w:sz w:val="22"/>
                <w:lang w:val="ru-RU"/>
              </w:rPr>
              <w:t xml:space="preserve">                 </w:t>
            </w:r>
            <w:r w:rsidR="00816C89" w:rsidRPr="00BA57CD">
              <w:rPr>
                <w:color w:val="auto"/>
                <w:sz w:val="22"/>
                <w:lang w:val="ru-RU"/>
              </w:rPr>
              <w:t>узгоджувати прийнятний для неї обсяг підтримки.</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769D456" w14:textId="4A507E6E" w:rsidR="00816C89" w:rsidRPr="00BA57CD" w:rsidRDefault="00217531" w:rsidP="00816C89">
            <w:pPr>
              <w:spacing w:after="24"/>
              <w:rPr>
                <w:color w:val="auto"/>
                <w:sz w:val="22"/>
                <w:lang w:val="ru-RU"/>
              </w:rPr>
            </w:pPr>
            <w:r w:rsidRPr="00BA57CD">
              <w:rPr>
                <w:rFonts w:eastAsia="Arial"/>
                <w:b/>
                <w:color w:val="auto"/>
                <w:sz w:val="22"/>
                <w:lang w:val="ru-RU"/>
              </w:rPr>
              <w:t xml:space="preserve">В2.В1. </w:t>
            </w:r>
            <w:r w:rsidR="00816C89" w:rsidRPr="00BA57CD">
              <w:rPr>
                <w:color w:val="auto"/>
                <w:sz w:val="22"/>
                <w:lang w:val="ru-RU"/>
              </w:rPr>
              <w:t xml:space="preserve">Відповідати за обґрунтованість </w:t>
            </w:r>
            <w:r w:rsidR="00BA57CD" w:rsidRPr="00BA57CD">
              <w:rPr>
                <w:color w:val="auto"/>
                <w:sz w:val="22"/>
                <w:lang w:val="ru-RU"/>
              </w:rPr>
              <w:t xml:space="preserve">                    </w:t>
            </w:r>
            <w:r w:rsidR="00816C89" w:rsidRPr="00BA57CD">
              <w:rPr>
                <w:color w:val="auto"/>
                <w:sz w:val="22"/>
                <w:lang w:val="ru-RU"/>
              </w:rPr>
              <w:t xml:space="preserve">висновків у межах </w:t>
            </w:r>
            <w:r w:rsidR="00BA57CD" w:rsidRPr="00BA57CD">
              <w:rPr>
                <w:color w:val="auto"/>
                <w:sz w:val="22"/>
                <w:lang w:val="ru-RU"/>
              </w:rPr>
              <w:t xml:space="preserve">                 </w:t>
            </w:r>
            <w:r w:rsidR="00816C89" w:rsidRPr="00BA57CD">
              <w:rPr>
                <w:color w:val="auto"/>
                <w:sz w:val="22"/>
                <w:lang w:val="ru-RU"/>
              </w:rPr>
              <w:t xml:space="preserve">проведеного оцінювання та дотримання вимог конфіденційності і </w:t>
            </w:r>
            <w:r w:rsidR="00BA57CD" w:rsidRPr="00BA57CD">
              <w:rPr>
                <w:color w:val="auto"/>
                <w:sz w:val="22"/>
                <w:lang w:val="ru-RU"/>
              </w:rPr>
              <w:t xml:space="preserve">                     </w:t>
            </w:r>
            <w:r w:rsidR="00816C89" w:rsidRPr="00BA57CD">
              <w:rPr>
                <w:color w:val="auto"/>
                <w:sz w:val="22"/>
                <w:lang w:val="ru-RU"/>
              </w:rPr>
              <w:t>захисту персональних даних.</w:t>
            </w:r>
          </w:p>
        </w:tc>
      </w:tr>
      <w:tr w:rsidR="00217531" w:rsidRPr="00DF4B8C" w14:paraId="31BB4D8A"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69FC275" w14:textId="77777777" w:rsidR="00217531" w:rsidRPr="003C4740" w:rsidRDefault="00217531" w:rsidP="00217531">
            <w:pPr>
              <w:rPr>
                <w:color w:val="auto"/>
                <w:sz w:val="22"/>
                <w:lang w:val="ru-RU"/>
              </w:rPr>
            </w:pP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9F3BC47" w14:textId="08BE7B56" w:rsidR="00217531" w:rsidRPr="00DF4B8C" w:rsidRDefault="00217531" w:rsidP="00217531">
            <w:pPr>
              <w:rPr>
                <w:color w:val="auto"/>
                <w:sz w:val="22"/>
                <w:lang w:val="ru-RU"/>
              </w:rPr>
            </w:pPr>
            <w:r w:rsidRPr="00DF4B8C">
              <w:rPr>
                <w:rFonts w:eastAsia="Arial"/>
                <w:b/>
                <w:color w:val="auto"/>
                <w:sz w:val="22"/>
                <w:lang w:val="ru-RU"/>
              </w:rPr>
              <w:t xml:space="preserve">В3. </w:t>
            </w:r>
            <w:r w:rsidR="00A24226" w:rsidRPr="00DF4B8C">
              <w:rPr>
                <w:rFonts w:eastAsia="Arial"/>
                <w:b/>
                <w:color w:val="auto"/>
                <w:sz w:val="22"/>
                <w:lang w:val="ru-RU"/>
              </w:rPr>
              <w:t xml:space="preserve">Здатність визначати </w:t>
            </w:r>
            <w:r w:rsidR="00BA57CD" w:rsidRPr="00DF4B8C">
              <w:rPr>
                <w:rFonts w:eastAsia="Arial"/>
                <w:b/>
                <w:color w:val="auto"/>
                <w:sz w:val="22"/>
                <w:lang w:val="ru-RU"/>
              </w:rPr>
              <w:t xml:space="preserve">                      </w:t>
            </w:r>
            <w:r w:rsidR="00A24226" w:rsidRPr="00DF4B8C">
              <w:rPr>
                <w:rFonts w:eastAsia="Arial"/>
                <w:b/>
                <w:color w:val="auto"/>
                <w:sz w:val="22"/>
                <w:lang w:val="ru-RU"/>
              </w:rPr>
              <w:t>пріоритетність</w:t>
            </w:r>
            <w:r w:rsidR="00BA57CD" w:rsidRPr="00DF4B8C">
              <w:rPr>
                <w:rFonts w:eastAsia="Arial"/>
                <w:b/>
                <w:color w:val="auto"/>
                <w:sz w:val="22"/>
                <w:lang w:val="ru-RU"/>
              </w:rPr>
              <w:t xml:space="preserve">                     </w:t>
            </w:r>
            <w:r w:rsidR="00A24226" w:rsidRPr="00DF4B8C">
              <w:rPr>
                <w:rFonts w:eastAsia="Arial"/>
                <w:b/>
                <w:color w:val="auto"/>
                <w:sz w:val="22"/>
                <w:lang w:val="ru-RU"/>
              </w:rPr>
              <w:t xml:space="preserve"> потреб, ризики та необхідність </w:t>
            </w:r>
            <w:r w:rsidR="00BA57CD" w:rsidRPr="00DF4B8C">
              <w:rPr>
                <w:rFonts w:eastAsia="Arial"/>
                <w:b/>
                <w:color w:val="auto"/>
                <w:sz w:val="22"/>
                <w:lang w:val="ru-RU"/>
              </w:rPr>
              <w:t xml:space="preserve">                      </w:t>
            </w:r>
            <w:r w:rsidR="00A24226" w:rsidRPr="00DF4B8C">
              <w:rPr>
                <w:rFonts w:eastAsia="Arial"/>
                <w:b/>
                <w:color w:val="auto"/>
                <w:sz w:val="22"/>
                <w:lang w:val="ru-RU"/>
              </w:rPr>
              <w:t>залучення інших фахівців і служб.</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AE9B8C6" w14:textId="7C654AEA" w:rsidR="00913E88" w:rsidRPr="00DF4B8C" w:rsidRDefault="00217531" w:rsidP="00217531">
            <w:pPr>
              <w:spacing w:after="24"/>
              <w:rPr>
                <w:rFonts w:eastAsia="Arial"/>
                <w:color w:val="auto"/>
                <w:sz w:val="22"/>
                <w:lang w:val="ru-RU"/>
              </w:rPr>
            </w:pPr>
            <w:r w:rsidRPr="00DF4B8C">
              <w:rPr>
                <w:rFonts w:eastAsia="Arial"/>
                <w:b/>
                <w:color w:val="auto"/>
                <w:sz w:val="22"/>
                <w:lang w:val="ru-RU"/>
              </w:rPr>
              <w:t xml:space="preserve">В3.З1. </w:t>
            </w:r>
            <w:r w:rsidR="00913E88" w:rsidRPr="00DF4B8C">
              <w:rPr>
                <w:rFonts w:eastAsia="Arial"/>
                <w:color w:val="auto"/>
                <w:sz w:val="22"/>
                <w:lang w:val="ru-RU"/>
              </w:rPr>
              <w:t xml:space="preserve">Критерії терміновості, ризику, складності та </w:t>
            </w:r>
            <w:r w:rsidR="00BA57CD" w:rsidRPr="00DF4B8C">
              <w:rPr>
                <w:rFonts w:eastAsia="Arial"/>
                <w:color w:val="auto"/>
                <w:sz w:val="22"/>
                <w:lang w:val="ru-RU"/>
              </w:rPr>
              <w:t xml:space="preserve">                     </w:t>
            </w:r>
            <w:r w:rsidR="00913E88" w:rsidRPr="00DF4B8C">
              <w:rPr>
                <w:rFonts w:eastAsia="Arial"/>
                <w:color w:val="auto"/>
                <w:sz w:val="22"/>
                <w:lang w:val="ru-RU"/>
              </w:rPr>
              <w:t xml:space="preserve">взаємозалежності потреб; ознаки ситуацій, що </w:t>
            </w:r>
            <w:r w:rsidR="00BA57CD" w:rsidRPr="00DF4B8C">
              <w:rPr>
                <w:rFonts w:eastAsia="Arial"/>
                <w:color w:val="auto"/>
                <w:sz w:val="22"/>
                <w:lang w:val="ru-RU"/>
              </w:rPr>
              <w:t xml:space="preserve">                            </w:t>
            </w:r>
            <w:r w:rsidR="00913E88" w:rsidRPr="00DF4B8C">
              <w:rPr>
                <w:rFonts w:eastAsia="Arial"/>
                <w:color w:val="auto"/>
                <w:sz w:val="22"/>
                <w:lang w:val="ru-RU"/>
              </w:rPr>
              <w:t>потребують невідкладного реагування або залучення компетентних служб.</w:t>
            </w:r>
          </w:p>
          <w:p w14:paraId="28CC4FC7" w14:textId="77777777" w:rsidR="00913E88" w:rsidRPr="00DF4B8C" w:rsidRDefault="00913E88" w:rsidP="00217531">
            <w:pPr>
              <w:spacing w:after="24"/>
              <w:rPr>
                <w:color w:val="auto"/>
                <w:sz w:val="22"/>
                <w:lang w:val="ru-RU"/>
              </w:rPr>
            </w:pPr>
          </w:p>
          <w:p w14:paraId="6FE87CC3" w14:textId="5084950D" w:rsidR="00C7684D" w:rsidRPr="00DF4B8C" w:rsidRDefault="00217531" w:rsidP="00C7684D">
            <w:pPr>
              <w:spacing w:after="24"/>
              <w:rPr>
                <w:color w:val="auto"/>
                <w:sz w:val="22"/>
                <w:lang w:val="ru-RU"/>
              </w:rPr>
            </w:pPr>
            <w:r w:rsidRPr="00DF4B8C">
              <w:rPr>
                <w:rFonts w:eastAsia="Arial"/>
                <w:b/>
                <w:color w:val="auto"/>
                <w:sz w:val="22"/>
                <w:lang w:val="ru-RU"/>
              </w:rPr>
              <w:lastRenderedPageBreak/>
              <w:t xml:space="preserve">В3.З2. </w:t>
            </w:r>
            <w:r w:rsidR="00C7684D" w:rsidRPr="00DF4B8C">
              <w:rPr>
                <w:color w:val="auto"/>
                <w:sz w:val="22"/>
                <w:lang w:val="ru-RU"/>
              </w:rPr>
              <w:t>Повноваження</w:t>
            </w:r>
            <w:r w:rsidR="00BA57CD" w:rsidRPr="00DF4B8C">
              <w:rPr>
                <w:color w:val="auto"/>
                <w:sz w:val="22"/>
                <w:lang w:val="ru-RU"/>
              </w:rPr>
              <w:t xml:space="preserve">                      </w:t>
            </w:r>
            <w:r w:rsidR="00C7684D" w:rsidRPr="00DF4B8C">
              <w:rPr>
                <w:color w:val="auto"/>
                <w:sz w:val="22"/>
                <w:lang w:val="ru-RU"/>
              </w:rPr>
              <w:t xml:space="preserve"> екстрених, медичних, </w:t>
            </w:r>
            <w:r w:rsidR="00BA57CD" w:rsidRPr="00DF4B8C">
              <w:rPr>
                <w:color w:val="auto"/>
                <w:sz w:val="22"/>
                <w:lang w:val="ru-RU"/>
              </w:rPr>
              <w:t xml:space="preserve">                   </w:t>
            </w:r>
            <w:r w:rsidR="00C7684D" w:rsidRPr="00DF4B8C">
              <w:rPr>
                <w:color w:val="auto"/>
                <w:sz w:val="22"/>
                <w:lang w:val="ru-RU"/>
              </w:rPr>
              <w:t xml:space="preserve">реабілітаційних, </w:t>
            </w:r>
            <w:r w:rsidR="00DF4B8C" w:rsidRPr="00DF4B8C">
              <w:rPr>
                <w:color w:val="auto"/>
                <w:sz w:val="22"/>
                <w:lang w:val="ru-RU"/>
              </w:rPr>
              <w:t xml:space="preserve">                             </w:t>
            </w:r>
            <w:r w:rsidR="00C7684D" w:rsidRPr="00DF4B8C">
              <w:rPr>
                <w:color w:val="auto"/>
                <w:sz w:val="22"/>
                <w:lang w:val="ru-RU"/>
              </w:rPr>
              <w:t xml:space="preserve">психологічних, соціальних, </w:t>
            </w:r>
            <w:r w:rsidR="00BA57CD" w:rsidRPr="00DF4B8C">
              <w:rPr>
                <w:color w:val="auto"/>
                <w:sz w:val="22"/>
                <w:lang w:val="ru-RU"/>
              </w:rPr>
              <w:t xml:space="preserve">                    </w:t>
            </w:r>
            <w:r w:rsidR="00C7684D" w:rsidRPr="00DF4B8C">
              <w:rPr>
                <w:color w:val="auto"/>
                <w:sz w:val="22"/>
                <w:lang w:val="ru-RU"/>
              </w:rPr>
              <w:t xml:space="preserve">правничих та інших </w:t>
            </w:r>
            <w:r w:rsidR="00BA57CD" w:rsidRPr="00DF4B8C">
              <w:rPr>
                <w:color w:val="auto"/>
                <w:sz w:val="22"/>
                <w:lang w:val="ru-RU"/>
              </w:rPr>
              <w:t xml:space="preserve">                </w:t>
            </w:r>
            <w:r w:rsidR="00C7684D" w:rsidRPr="00DF4B8C">
              <w:rPr>
                <w:color w:val="auto"/>
                <w:sz w:val="22"/>
                <w:lang w:val="ru-RU"/>
              </w:rPr>
              <w:t>профільних служб і порядок взаємодії з ними.</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7279447" w14:textId="67363928" w:rsidR="00C7684D" w:rsidRPr="00DF4B8C" w:rsidRDefault="00217531" w:rsidP="00217531">
            <w:pPr>
              <w:spacing w:after="24"/>
              <w:rPr>
                <w:rFonts w:eastAsia="Arial"/>
                <w:color w:val="auto"/>
                <w:sz w:val="22"/>
                <w:lang w:val="ru-RU"/>
              </w:rPr>
            </w:pPr>
            <w:r w:rsidRPr="00DF4B8C">
              <w:rPr>
                <w:rFonts w:eastAsia="Arial"/>
                <w:b/>
                <w:color w:val="auto"/>
                <w:sz w:val="22"/>
                <w:lang w:val="ru-RU"/>
              </w:rPr>
              <w:lastRenderedPageBreak/>
              <w:t xml:space="preserve">В3.У1. </w:t>
            </w:r>
            <w:r w:rsidR="00C7684D" w:rsidRPr="00DF4B8C">
              <w:rPr>
                <w:rFonts w:eastAsia="Arial"/>
                <w:color w:val="auto"/>
                <w:sz w:val="22"/>
                <w:lang w:val="ru-RU"/>
              </w:rPr>
              <w:t xml:space="preserve">Визначати </w:t>
            </w:r>
            <w:r w:rsidR="00BA57CD" w:rsidRPr="00DF4B8C">
              <w:rPr>
                <w:rFonts w:eastAsia="Arial"/>
                <w:color w:val="auto"/>
                <w:sz w:val="22"/>
                <w:lang w:val="ru-RU"/>
              </w:rPr>
              <w:t xml:space="preserve">                     </w:t>
            </w:r>
            <w:r w:rsidR="00C7684D" w:rsidRPr="00DF4B8C">
              <w:rPr>
                <w:rFonts w:eastAsia="Arial"/>
                <w:color w:val="auto"/>
                <w:sz w:val="22"/>
                <w:lang w:val="ru-RU"/>
              </w:rPr>
              <w:t xml:space="preserve">пріоритетність потреб, </w:t>
            </w:r>
            <w:r w:rsidR="00BA57CD" w:rsidRPr="00DF4B8C">
              <w:rPr>
                <w:rFonts w:eastAsia="Arial"/>
                <w:color w:val="auto"/>
                <w:sz w:val="22"/>
                <w:lang w:val="ru-RU"/>
              </w:rPr>
              <w:t xml:space="preserve">               </w:t>
            </w:r>
            <w:r w:rsidR="00C7684D" w:rsidRPr="00DF4B8C">
              <w:rPr>
                <w:rFonts w:eastAsia="Arial"/>
                <w:color w:val="auto"/>
                <w:sz w:val="22"/>
                <w:lang w:val="ru-RU"/>
              </w:rPr>
              <w:t>першочергові дії та</w:t>
            </w:r>
            <w:r w:rsidR="008C506C">
              <w:rPr>
                <w:rFonts w:eastAsia="Arial"/>
                <w:color w:val="auto"/>
                <w:sz w:val="22"/>
                <w:lang w:val="ru-RU"/>
              </w:rPr>
              <w:t xml:space="preserve">                     </w:t>
            </w:r>
            <w:r w:rsidR="00C7684D" w:rsidRPr="00DF4B8C">
              <w:rPr>
                <w:rFonts w:eastAsia="Arial"/>
                <w:color w:val="auto"/>
                <w:sz w:val="22"/>
                <w:lang w:val="ru-RU"/>
              </w:rPr>
              <w:t xml:space="preserve"> необхідність залучення </w:t>
            </w:r>
            <w:r w:rsidR="00BA57CD" w:rsidRPr="00DF4B8C">
              <w:rPr>
                <w:rFonts w:eastAsia="Arial"/>
                <w:color w:val="auto"/>
                <w:sz w:val="22"/>
                <w:lang w:val="ru-RU"/>
              </w:rPr>
              <w:t xml:space="preserve">                 </w:t>
            </w:r>
            <w:r w:rsidR="00C7684D" w:rsidRPr="00DF4B8C">
              <w:rPr>
                <w:rFonts w:eastAsia="Arial"/>
                <w:color w:val="auto"/>
                <w:sz w:val="22"/>
                <w:lang w:val="ru-RU"/>
              </w:rPr>
              <w:t>відповідного фахівця, служби або установи.</w:t>
            </w:r>
          </w:p>
          <w:p w14:paraId="27527363" w14:textId="77777777" w:rsidR="00C7684D" w:rsidRPr="00DF4B8C" w:rsidRDefault="00C7684D" w:rsidP="00217531">
            <w:pPr>
              <w:spacing w:after="24"/>
              <w:rPr>
                <w:color w:val="auto"/>
                <w:sz w:val="22"/>
                <w:lang w:val="ru-RU"/>
              </w:rPr>
            </w:pPr>
          </w:p>
          <w:p w14:paraId="402A889D" w14:textId="25C4D728" w:rsidR="00C7684D" w:rsidRPr="00DF4B8C" w:rsidRDefault="00217531" w:rsidP="00C7684D">
            <w:pPr>
              <w:spacing w:after="24"/>
              <w:rPr>
                <w:color w:val="auto"/>
                <w:sz w:val="22"/>
                <w:lang w:val="ru-RU"/>
              </w:rPr>
            </w:pPr>
            <w:r w:rsidRPr="00DF4B8C">
              <w:rPr>
                <w:rFonts w:eastAsia="Arial"/>
                <w:b/>
                <w:color w:val="auto"/>
                <w:sz w:val="22"/>
                <w:lang w:val="ru-RU"/>
              </w:rPr>
              <w:t xml:space="preserve">В3.У2. </w:t>
            </w:r>
            <w:r w:rsidR="00C7684D" w:rsidRPr="00DF4B8C">
              <w:rPr>
                <w:color w:val="auto"/>
                <w:sz w:val="22"/>
                <w:lang w:val="ru-RU"/>
              </w:rPr>
              <w:t xml:space="preserve">Діяти відповідно до встановлених алгоритмів у </w:t>
            </w:r>
            <w:r w:rsidR="00C7684D" w:rsidRPr="00DF4B8C">
              <w:rPr>
                <w:color w:val="auto"/>
                <w:sz w:val="22"/>
                <w:lang w:val="ru-RU"/>
              </w:rPr>
              <w:lastRenderedPageBreak/>
              <w:t xml:space="preserve">разі виявлення ситуацій, що становлять загрозу життю, здоров'ю, безпеці або </w:t>
            </w:r>
            <w:r w:rsidR="00DF4B8C" w:rsidRPr="00DF4B8C">
              <w:rPr>
                <w:color w:val="auto"/>
                <w:sz w:val="22"/>
                <w:lang w:val="ru-RU"/>
              </w:rPr>
              <w:t xml:space="preserve">                    </w:t>
            </w:r>
            <w:r w:rsidR="00C7684D" w:rsidRPr="00DF4B8C">
              <w:rPr>
                <w:color w:val="auto"/>
                <w:sz w:val="22"/>
                <w:lang w:val="ru-RU"/>
              </w:rPr>
              <w:t>потребують невідкладного втручання компетентних служб.</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AC7B684" w14:textId="7C2ED08B" w:rsidR="009D47CD" w:rsidRPr="00DF4B8C" w:rsidRDefault="00217531" w:rsidP="009D47CD">
            <w:pPr>
              <w:spacing w:after="24"/>
              <w:rPr>
                <w:color w:val="auto"/>
                <w:sz w:val="22"/>
                <w:lang w:val="ru-RU"/>
              </w:rPr>
            </w:pPr>
            <w:r w:rsidRPr="00DF4B8C">
              <w:rPr>
                <w:rFonts w:eastAsia="Arial"/>
                <w:b/>
                <w:color w:val="auto"/>
                <w:sz w:val="22"/>
                <w:lang w:val="ru-RU"/>
              </w:rPr>
              <w:lastRenderedPageBreak/>
              <w:t xml:space="preserve">В3.К1. </w:t>
            </w:r>
            <w:r w:rsidR="009D47CD" w:rsidRPr="00DF4B8C">
              <w:rPr>
                <w:color w:val="auto"/>
                <w:sz w:val="22"/>
                <w:lang w:val="ru-RU"/>
              </w:rPr>
              <w:t xml:space="preserve">Зрозуміло </w:t>
            </w:r>
            <w:r w:rsidR="00DF4B8C" w:rsidRPr="00DF4B8C">
              <w:rPr>
                <w:color w:val="auto"/>
                <w:sz w:val="22"/>
                <w:lang w:val="ru-RU"/>
              </w:rPr>
              <w:t xml:space="preserve">                  </w:t>
            </w:r>
            <w:r w:rsidR="009D47CD" w:rsidRPr="00DF4B8C">
              <w:rPr>
                <w:color w:val="auto"/>
                <w:sz w:val="22"/>
                <w:lang w:val="ru-RU"/>
              </w:rPr>
              <w:t xml:space="preserve">пояснювати особі </w:t>
            </w:r>
            <w:r w:rsidR="00DF4B8C" w:rsidRPr="00DF4B8C">
              <w:rPr>
                <w:color w:val="auto"/>
                <w:sz w:val="22"/>
                <w:lang w:val="ru-RU"/>
              </w:rPr>
              <w:t xml:space="preserve">               </w:t>
            </w:r>
            <w:r w:rsidR="009D47CD" w:rsidRPr="00DF4B8C">
              <w:rPr>
                <w:color w:val="auto"/>
                <w:sz w:val="22"/>
                <w:lang w:val="ru-RU"/>
              </w:rPr>
              <w:t>причини визначення пріоритетності потреб та необхідність залучення відповідного фахівця або служби.</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AB1CABC" w14:textId="6954EC09" w:rsidR="009D47CD" w:rsidRPr="00DF4B8C" w:rsidRDefault="00217531" w:rsidP="009D47CD">
            <w:pPr>
              <w:spacing w:after="24"/>
              <w:rPr>
                <w:color w:val="auto"/>
                <w:sz w:val="22"/>
                <w:lang w:val="ru-RU"/>
              </w:rPr>
            </w:pPr>
            <w:r w:rsidRPr="00DF4B8C">
              <w:rPr>
                <w:rFonts w:eastAsia="Arial"/>
                <w:b/>
                <w:color w:val="auto"/>
                <w:sz w:val="22"/>
                <w:lang w:val="ru-RU"/>
              </w:rPr>
              <w:t xml:space="preserve">В3.В1. </w:t>
            </w:r>
            <w:r w:rsidR="009D47CD" w:rsidRPr="00DF4B8C">
              <w:rPr>
                <w:color w:val="auto"/>
                <w:sz w:val="22"/>
                <w:lang w:val="ru-RU"/>
              </w:rPr>
              <w:t xml:space="preserve">Самостійно визначати </w:t>
            </w:r>
            <w:r w:rsidR="008C506C">
              <w:rPr>
                <w:color w:val="auto"/>
                <w:sz w:val="22"/>
                <w:lang w:val="ru-RU"/>
              </w:rPr>
              <w:t xml:space="preserve">             </w:t>
            </w:r>
            <w:r w:rsidR="009D47CD" w:rsidRPr="00DF4B8C">
              <w:rPr>
                <w:color w:val="auto"/>
                <w:sz w:val="22"/>
                <w:lang w:val="ru-RU"/>
              </w:rPr>
              <w:t>пріоритетність потреб у межах супроводу та своєчасно залучати компетентні служби за наявності встановлених підстав.</w:t>
            </w:r>
          </w:p>
        </w:tc>
      </w:tr>
      <w:tr w:rsidR="00217531" w:rsidRPr="0076799D" w14:paraId="5792E94E"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99A664B" w14:textId="77777777" w:rsidR="00217531" w:rsidRPr="003C4740" w:rsidRDefault="00217531" w:rsidP="00217531">
            <w:pPr>
              <w:rPr>
                <w:color w:val="auto"/>
                <w:sz w:val="22"/>
                <w:lang w:val="ru-RU"/>
              </w:rPr>
            </w:pP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353502C" w14:textId="4E390030" w:rsidR="00224DCF" w:rsidRPr="00DF4B8C" w:rsidRDefault="00217531" w:rsidP="00217531">
            <w:pPr>
              <w:rPr>
                <w:rFonts w:eastAsia="Arial"/>
                <w:b/>
                <w:color w:val="auto"/>
                <w:sz w:val="22"/>
                <w:lang w:val="ru-RU"/>
              </w:rPr>
            </w:pPr>
            <w:r w:rsidRPr="00DF4B8C">
              <w:rPr>
                <w:rFonts w:eastAsia="Arial"/>
                <w:b/>
                <w:color w:val="auto"/>
                <w:sz w:val="22"/>
                <w:lang w:val="ru-RU"/>
              </w:rPr>
              <w:t>В4</w:t>
            </w:r>
            <w:r w:rsidR="00224DCF" w:rsidRPr="00DF4B8C">
              <w:rPr>
                <w:rFonts w:eastAsia="Arial"/>
                <w:b/>
                <w:color w:val="auto"/>
                <w:sz w:val="22"/>
                <w:lang w:val="ru-RU"/>
              </w:rPr>
              <w:t xml:space="preserve">. </w:t>
            </w:r>
            <w:r w:rsidR="00224DCF" w:rsidRPr="00DF4B8C">
              <w:rPr>
                <w:b/>
                <w:color w:val="auto"/>
                <w:sz w:val="22"/>
                <w:lang w:val="ru-RU"/>
              </w:rPr>
              <w:t xml:space="preserve">Здатність співвідносити </w:t>
            </w:r>
            <w:r w:rsidR="00DF4B8C" w:rsidRPr="00DF4B8C">
              <w:rPr>
                <w:b/>
                <w:color w:val="auto"/>
                <w:sz w:val="22"/>
                <w:lang w:val="ru-RU"/>
              </w:rPr>
              <w:t xml:space="preserve">                </w:t>
            </w:r>
            <w:r w:rsidR="00224DCF" w:rsidRPr="00DF4B8C">
              <w:rPr>
                <w:b/>
                <w:color w:val="auto"/>
                <w:sz w:val="22"/>
                <w:lang w:val="ru-RU"/>
              </w:rPr>
              <w:t>виявлені потреби з доступними</w:t>
            </w:r>
            <w:r w:rsidR="00DF4B8C" w:rsidRPr="00DF4B8C">
              <w:rPr>
                <w:b/>
                <w:color w:val="auto"/>
                <w:sz w:val="22"/>
                <w:lang w:val="ru-RU"/>
              </w:rPr>
              <w:t xml:space="preserve">                     </w:t>
            </w:r>
            <w:r w:rsidR="00224DCF" w:rsidRPr="00DF4B8C">
              <w:rPr>
                <w:b/>
                <w:color w:val="auto"/>
                <w:sz w:val="22"/>
                <w:lang w:val="ru-RU"/>
              </w:rPr>
              <w:t xml:space="preserve"> видами підтримки та визначати відповідних </w:t>
            </w:r>
            <w:r w:rsidR="00DF4B8C" w:rsidRPr="00DF4B8C">
              <w:rPr>
                <w:b/>
                <w:color w:val="auto"/>
                <w:sz w:val="22"/>
                <w:lang w:val="ru-RU"/>
              </w:rPr>
              <w:t xml:space="preserve">               </w:t>
            </w:r>
            <w:r w:rsidR="00224DCF" w:rsidRPr="00DF4B8C">
              <w:rPr>
                <w:b/>
                <w:color w:val="auto"/>
                <w:sz w:val="22"/>
                <w:lang w:val="ru-RU"/>
              </w:rPr>
              <w:t>надавачів послуг.</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A8EA0BD" w14:textId="6ED55FC2" w:rsidR="00A42C00" w:rsidRPr="00DF4B8C" w:rsidRDefault="00217531" w:rsidP="00217531">
            <w:pPr>
              <w:spacing w:after="24"/>
              <w:rPr>
                <w:rFonts w:eastAsia="Arial"/>
                <w:color w:val="auto"/>
                <w:sz w:val="22"/>
                <w:lang w:val="ru-RU"/>
              </w:rPr>
            </w:pPr>
            <w:r w:rsidRPr="00DF4B8C">
              <w:rPr>
                <w:rFonts w:eastAsia="Arial"/>
                <w:b/>
                <w:color w:val="auto"/>
                <w:sz w:val="22"/>
                <w:lang w:val="ru-RU"/>
              </w:rPr>
              <w:t xml:space="preserve">В4.З1. </w:t>
            </w:r>
            <w:r w:rsidR="00A42C00" w:rsidRPr="00DF4B8C">
              <w:rPr>
                <w:rFonts w:eastAsia="Arial"/>
                <w:color w:val="auto"/>
                <w:sz w:val="22"/>
                <w:lang w:val="ru-RU"/>
              </w:rPr>
              <w:t xml:space="preserve">Система публічних, соціальних, медичних, </w:t>
            </w:r>
            <w:r w:rsidR="00DF4B8C" w:rsidRPr="00DF4B8C">
              <w:rPr>
                <w:rFonts w:eastAsia="Arial"/>
                <w:color w:val="auto"/>
                <w:sz w:val="22"/>
                <w:lang w:val="ru-RU"/>
              </w:rPr>
              <w:t xml:space="preserve">               </w:t>
            </w:r>
            <w:r w:rsidR="00A42C00" w:rsidRPr="00DF4B8C">
              <w:rPr>
                <w:rFonts w:eastAsia="Arial"/>
                <w:color w:val="auto"/>
                <w:sz w:val="22"/>
                <w:lang w:val="ru-RU"/>
              </w:rPr>
              <w:t xml:space="preserve">реабілітаційних, </w:t>
            </w:r>
            <w:r w:rsidR="00DF4B8C" w:rsidRPr="00DF4B8C">
              <w:rPr>
                <w:rFonts w:eastAsia="Arial"/>
                <w:color w:val="auto"/>
                <w:sz w:val="22"/>
                <w:lang w:val="ru-RU"/>
              </w:rPr>
              <w:t xml:space="preserve">                             </w:t>
            </w:r>
            <w:r w:rsidR="00A42C00" w:rsidRPr="00DF4B8C">
              <w:rPr>
                <w:rFonts w:eastAsia="Arial"/>
                <w:color w:val="auto"/>
                <w:sz w:val="22"/>
                <w:lang w:val="ru-RU"/>
              </w:rPr>
              <w:t>психологічних, правничих, освітніх, житлових та інших послуг, програм і заходів підтримки.</w:t>
            </w:r>
          </w:p>
          <w:p w14:paraId="3D9B8672" w14:textId="77777777" w:rsidR="00A42C00" w:rsidRPr="00DF4B8C" w:rsidRDefault="00A42C00" w:rsidP="00217531">
            <w:pPr>
              <w:spacing w:after="24"/>
              <w:rPr>
                <w:color w:val="auto"/>
                <w:sz w:val="22"/>
                <w:lang w:val="ru-RU"/>
              </w:rPr>
            </w:pPr>
          </w:p>
          <w:p w14:paraId="4E158005" w14:textId="119842E3" w:rsidR="00A42C00" w:rsidRPr="00DF4B8C" w:rsidRDefault="00217531" w:rsidP="00A42C00">
            <w:pPr>
              <w:spacing w:after="24"/>
              <w:rPr>
                <w:color w:val="auto"/>
                <w:sz w:val="22"/>
                <w:lang w:val="ru-RU"/>
              </w:rPr>
            </w:pPr>
            <w:r w:rsidRPr="00DF4B8C">
              <w:rPr>
                <w:rFonts w:eastAsia="Arial"/>
                <w:b/>
                <w:color w:val="auto"/>
                <w:sz w:val="22"/>
                <w:lang w:val="ru-RU"/>
              </w:rPr>
              <w:t xml:space="preserve">В4.З2. </w:t>
            </w:r>
            <w:r w:rsidR="00A42C00" w:rsidRPr="00DF4B8C">
              <w:rPr>
                <w:color w:val="auto"/>
                <w:sz w:val="22"/>
                <w:lang w:val="ru-RU"/>
              </w:rPr>
              <w:t xml:space="preserve">Основні маршрути </w:t>
            </w:r>
            <w:r w:rsidR="00DF4B8C" w:rsidRPr="00DF4B8C">
              <w:rPr>
                <w:color w:val="auto"/>
                <w:sz w:val="22"/>
                <w:lang w:val="ru-RU"/>
              </w:rPr>
              <w:t xml:space="preserve">          </w:t>
            </w:r>
            <w:r w:rsidR="00A42C00" w:rsidRPr="00DF4B8C">
              <w:rPr>
                <w:color w:val="auto"/>
                <w:sz w:val="22"/>
                <w:lang w:val="ru-RU"/>
              </w:rPr>
              <w:t xml:space="preserve">доступу до лікування, </w:t>
            </w:r>
            <w:r w:rsidR="00DF4B8C" w:rsidRPr="00DF4B8C">
              <w:rPr>
                <w:color w:val="auto"/>
                <w:sz w:val="22"/>
                <w:lang w:val="ru-RU"/>
              </w:rPr>
              <w:t xml:space="preserve">             </w:t>
            </w:r>
            <w:r w:rsidR="00A42C00" w:rsidRPr="00DF4B8C">
              <w:rPr>
                <w:color w:val="auto"/>
                <w:sz w:val="22"/>
                <w:lang w:val="ru-RU"/>
              </w:rPr>
              <w:t xml:space="preserve">реабілітації, протезування, </w:t>
            </w:r>
            <w:r w:rsidR="00DF4B8C" w:rsidRPr="00DF4B8C">
              <w:rPr>
                <w:color w:val="auto"/>
                <w:sz w:val="22"/>
                <w:lang w:val="ru-RU"/>
              </w:rPr>
              <w:t xml:space="preserve">      </w:t>
            </w:r>
            <w:r w:rsidR="00A42C00" w:rsidRPr="00DF4B8C">
              <w:rPr>
                <w:color w:val="auto"/>
                <w:sz w:val="22"/>
                <w:lang w:val="ru-RU"/>
              </w:rPr>
              <w:t>забезпечення допоміжними засобами реабілітації та</w:t>
            </w:r>
            <w:r w:rsidR="00DF4B8C" w:rsidRPr="00DF4B8C">
              <w:rPr>
                <w:color w:val="auto"/>
                <w:sz w:val="22"/>
                <w:lang w:val="ru-RU"/>
              </w:rPr>
              <w:t xml:space="preserve">                     </w:t>
            </w:r>
            <w:r w:rsidR="00A42C00" w:rsidRPr="00DF4B8C">
              <w:rPr>
                <w:color w:val="auto"/>
                <w:sz w:val="22"/>
                <w:lang w:val="ru-RU"/>
              </w:rPr>
              <w:t xml:space="preserve"> інших видів підтримки відповідно до встановлених процедур.</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C2887E7" w14:textId="58674CBE" w:rsidR="00842FCE" w:rsidRPr="00DF4B8C" w:rsidRDefault="00217531" w:rsidP="00217531">
            <w:pPr>
              <w:spacing w:after="24"/>
              <w:rPr>
                <w:rFonts w:eastAsia="Arial"/>
                <w:color w:val="auto"/>
                <w:sz w:val="22"/>
                <w:lang w:val="ru-RU"/>
              </w:rPr>
            </w:pPr>
            <w:r w:rsidRPr="00DF4B8C">
              <w:rPr>
                <w:rFonts w:eastAsia="Arial"/>
                <w:b/>
                <w:color w:val="auto"/>
                <w:sz w:val="22"/>
                <w:lang w:val="ru-RU"/>
              </w:rPr>
              <w:t xml:space="preserve">В4.У1. </w:t>
            </w:r>
            <w:r w:rsidR="00842FCE" w:rsidRPr="00DF4B8C">
              <w:rPr>
                <w:rFonts w:eastAsia="Arial"/>
                <w:color w:val="auto"/>
                <w:sz w:val="22"/>
                <w:lang w:val="ru-RU"/>
              </w:rPr>
              <w:t>Співвідносити</w:t>
            </w:r>
            <w:r w:rsidR="00DF4B8C" w:rsidRPr="00DF4B8C">
              <w:rPr>
                <w:rFonts w:eastAsia="Arial"/>
                <w:color w:val="auto"/>
                <w:sz w:val="22"/>
                <w:lang w:val="ru-RU"/>
              </w:rPr>
              <w:t xml:space="preserve">                        </w:t>
            </w:r>
            <w:r w:rsidR="00842FCE" w:rsidRPr="00DF4B8C">
              <w:rPr>
                <w:rFonts w:eastAsia="Arial"/>
                <w:color w:val="auto"/>
                <w:sz w:val="22"/>
                <w:lang w:val="ru-RU"/>
              </w:rPr>
              <w:t xml:space="preserve"> виявлену потребу з відповідним видом підтримки, компетентним надавачем, необхідними </w:t>
            </w:r>
            <w:r w:rsidR="00DF4B8C" w:rsidRPr="00DF4B8C">
              <w:rPr>
                <w:rFonts w:eastAsia="Arial"/>
                <w:color w:val="auto"/>
                <w:sz w:val="22"/>
                <w:lang w:val="ru-RU"/>
              </w:rPr>
              <w:t xml:space="preserve">                </w:t>
            </w:r>
            <w:r w:rsidR="00842FCE" w:rsidRPr="00DF4B8C">
              <w:rPr>
                <w:rFonts w:eastAsia="Arial"/>
                <w:color w:val="auto"/>
                <w:sz w:val="22"/>
                <w:lang w:val="ru-RU"/>
              </w:rPr>
              <w:t>документами та послідовністю подальших дій.</w:t>
            </w:r>
          </w:p>
          <w:p w14:paraId="655BB77F" w14:textId="77777777" w:rsidR="00842FCE" w:rsidRPr="00DF4B8C" w:rsidRDefault="00842FCE" w:rsidP="00217531">
            <w:pPr>
              <w:spacing w:after="24"/>
              <w:rPr>
                <w:color w:val="auto"/>
                <w:sz w:val="22"/>
                <w:lang w:val="ru-RU"/>
              </w:rPr>
            </w:pPr>
          </w:p>
          <w:p w14:paraId="22BDCD3D" w14:textId="7B1E9271" w:rsidR="00842FCE" w:rsidRPr="00DF4B8C" w:rsidRDefault="00217531" w:rsidP="00842FCE">
            <w:pPr>
              <w:spacing w:after="24"/>
              <w:rPr>
                <w:color w:val="auto"/>
                <w:sz w:val="22"/>
                <w:lang w:val="ru-RU"/>
              </w:rPr>
            </w:pPr>
            <w:r w:rsidRPr="00DF4B8C">
              <w:rPr>
                <w:rFonts w:eastAsia="Arial"/>
                <w:b/>
                <w:color w:val="auto"/>
                <w:sz w:val="22"/>
                <w:lang w:val="ru-RU"/>
              </w:rPr>
              <w:t xml:space="preserve">В4.У2. </w:t>
            </w:r>
            <w:r w:rsidR="00842FCE" w:rsidRPr="00DF4B8C">
              <w:rPr>
                <w:color w:val="auto"/>
                <w:sz w:val="22"/>
                <w:lang w:val="ru-RU"/>
              </w:rPr>
              <w:t xml:space="preserve">Визначати </w:t>
            </w:r>
            <w:r w:rsidR="00DF4B8C" w:rsidRPr="00DF4B8C">
              <w:rPr>
                <w:color w:val="auto"/>
                <w:sz w:val="22"/>
                <w:lang w:val="ru-RU"/>
              </w:rPr>
              <w:t xml:space="preserve">                      </w:t>
            </w:r>
            <w:r w:rsidR="00842FCE" w:rsidRPr="00DF4B8C">
              <w:rPr>
                <w:color w:val="auto"/>
                <w:sz w:val="22"/>
                <w:lang w:val="ru-RU"/>
              </w:rPr>
              <w:t xml:space="preserve">необхідність координації </w:t>
            </w:r>
            <w:r w:rsidR="00DF4B8C" w:rsidRPr="00DF4B8C">
              <w:rPr>
                <w:color w:val="auto"/>
                <w:sz w:val="22"/>
                <w:lang w:val="ru-RU"/>
              </w:rPr>
              <w:t xml:space="preserve">              </w:t>
            </w:r>
            <w:r w:rsidR="00842FCE" w:rsidRPr="00DF4B8C">
              <w:rPr>
                <w:color w:val="auto"/>
                <w:sz w:val="22"/>
                <w:lang w:val="ru-RU"/>
              </w:rPr>
              <w:t xml:space="preserve">переходу між закладами </w:t>
            </w:r>
            <w:r w:rsidR="00DF4B8C" w:rsidRPr="00DF4B8C">
              <w:rPr>
                <w:color w:val="auto"/>
                <w:sz w:val="22"/>
                <w:lang w:val="ru-RU"/>
              </w:rPr>
              <w:t xml:space="preserve">             </w:t>
            </w:r>
            <w:r w:rsidR="00842FCE" w:rsidRPr="00DF4B8C">
              <w:rPr>
                <w:color w:val="auto"/>
                <w:sz w:val="22"/>
                <w:lang w:val="ru-RU"/>
              </w:rPr>
              <w:t xml:space="preserve">охорони здоров'я, </w:t>
            </w:r>
            <w:r w:rsidR="00DF4B8C" w:rsidRPr="00DF4B8C">
              <w:rPr>
                <w:color w:val="auto"/>
                <w:sz w:val="22"/>
                <w:lang w:val="ru-RU"/>
              </w:rPr>
              <w:t xml:space="preserve">                          </w:t>
            </w:r>
            <w:r w:rsidR="00842FCE" w:rsidRPr="00DF4B8C">
              <w:rPr>
                <w:color w:val="auto"/>
                <w:sz w:val="22"/>
                <w:lang w:val="ru-RU"/>
              </w:rPr>
              <w:t xml:space="preserve">реабілітаційними та </w:t>
            </w:r>
            <w:r w:rsidR="00DF4B8C" w:rsidRPr="00DF4B8C">
              <w:rPr>
                <w:color w:val="auto"/>
                <w:sz w:val="22"/>
                <w:lang w:val="ru-RU"/>
              </w:rPr>
              <w:t xml:space="preserve">                 </w:t>
            </w:r>
            <w:r w:rsidR="00842FCE" w:rsidRPr="00DF4B8C">
              <w:rPr>
                <w:color w:val="auto"/>
                <w:sz w:val="22"/>
                <w:lang w:val="ru-RU"/>
              </w:rPr>
              <w:t xml:space="preserve">соціальними службами, </w:t>
            </w:r>
            <w:r w:rsidR="00DF4B8C" w:rsidRPr="00DF4B8C">
              <w:rPr>
                <w:color w:val="auto"/>
                <w:sz w:val="22"/>
                <w:lang w:val="ru-RU"/>
              </w:rPr>
              <w:t xml:space="preserve">                  </w:t>
            </w:r>
            <w:r w:rsidR="00842FCE" w:rsidRPr="00DF4B8C">
              <w:rPr>
                <w:color w:val="auto"/>
                <w:sz w:val="22"/>
                <w:lang w:val="ru-RU"/>
              </w:rPr>
              <w:t xml:space="preserve">іншими надавачами послуг і системою підтримки в </w:t>
            </w:r>
            <w:r w:rsidR="00DF4B8C" w:rsidRPr="00DF4B8C">
              <w:rPr>
                <w:color w:val="auto"/>
                <w:sz w:val="22"/>
                <w:lang w:val="ru-RU"/>
              </w:rPr>
              <w:t xml:space="preserve">                 </w:t>
            </w:r>
            <w:r w:rsidR="00842FCE" w:rsidRPr="00DF4B8C">
              <w:rPr>
                <w:color w:val="auto"/>
                <w:sz w:val="22"/>
                <w:lang w:val="ru-RU"/>
              </w:rPr>
              <w:t>громаді.</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66776850" w14:textId="29CF61FA" w:rsidR="00842FCE" w:rsidRPr="00DF4B8C" w:rsidRDefault="00217531" w:rsidP="00842FCE">
            <w:pPr>
              <w:spacing w:after="24"/>
              <w:rPr>
                <w:color w:val="auto"/>
                <w:sz w:val="22"/>
                <w:lang w:val="ru-RU"/>
              </w:rPr>
            </w:pPr>
            <w:r w:rsidRPr="00DF4B8C">
              <w:rPr>
                <w:rFonts w:eastAsia="Arial"/>
                <w:b/>
                <w:color w:val="auto"/>
                <w:sz w:val="22"/>
                <w:lang w:val="ru-RU"/>
              </w:rPr>
              <w:t xml:space="preserve">В4.К1. </w:t>
            </w:r>
            <w:r w:rsidR="00842FCE" w:rsidRPr="00DF4B8C">
              <w:rPr>
                <w:color w:val="auto"/>
                <w:sz w:val="22"/>
                <w:lang w:val="ru-RU"/>
              </w:rPr>
              <w:t xml:space="preserve">Узгоджувати з особою визначені </w:t>
            </w:r>
            <w:r w:rsidR="00DF4B8C" w:rsidRPr="00DF4B8C">
              <w:rPr>
                <w:color w:val="auto"/>
                <w:sz w:val="22"/>
                <w:lang w:val="ru-RU"/>
              </w:rPr>
              <w:t xml:space="preserve">                 </w:t>
            </w:r>
            <w:r w:rsidR="00842FCE" w:rsidRPr="00DF4B8C">
              <w:rPr>
                <w:color w:val="auto"/>
                <w:sz w:val="22"/>
                <w:lang w:val="ru-RU"/>
              </w:rPr>
              <w:t>потреби, запропонований маршрут підтримки та роль кожного залученого надавача послуг.</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DE9A606" w14:textId="768CC10C" w:rsidR="00842FCE" w:rsidRPr="00DF4B8C" w:rsidRDefault="00217531" w:rsidP="00842FCE">
            <w:pPr>
              <w:spacing w:after="24"/>
              <w:rPr>
                <w:color w:val="auto"/>
                <w:sz w:val="22"/>
                <w:lang w:val="ru-RU"/>
              </w:rPr>
            </w:pPr>
            <w:r w:rsidRPr="00DF4B8C">
              <w:rPr>
                <w:rFonts w:eastAsia="Arial"/>
                <w:b/>
                <w:color w:val="auto"/>
                <w:sz w:val="22"/>
                <w:lang w:val="ru-RU"/>
              </w:rPr>
              <w:t xml:space="preserve">В4.В1. </w:t>
            </w:r>
            <w:r w:rsidR="00842FCE" w:rsidRPr="00DF4B8C">
              <w:rPr>
                <w:color w:val="auto"/>
                <w:sz w:val="22"/>
                <w:lang w:val="ru-RU"/>
              </w:rPr>
              <w:t xml:space="preserve">Самостійно визначати маршрут підтримки в межах </w:t>
            </w:r>
            <w:r w:rsidR="00DF4B8C" w:rsidRPr="00DF4B8C">
              <w:rPr>
                <w:color w:val="auto"/>
                <w:sz w:val="22"/>
                <w:lang w:val="ru-RU"/>
              </w:rPr>
              <w:t xml:space="preserve">               </w:t>
            </w:r>
            <w:r w:rsidR="00842FCE" w:rsidRPr="00DF4B8C">
              <w:rPr>
                <w:color w:val="auto"/>
                <w:sz w:val="22"/>
                <w:lang w:val="ru-RU"/>
              </w:rPr>
              <w:t xml:space="preserve">професійних </w:t>
            </w:r>
            <w:r w:rsidR="00DF4B8C" w:rsidRPr="00DF4B8C">
              <w:rPr>
                <w:color w:val="auto"/>
                <w:sz w:val="22"/>
                <w:lang w:val="ru-RU"/>
              </w:rPr>
              <w:t xml:space="preserve">                               </w:t>
            </w:r>
            <w:r w:rsidR="00842FCE" w:rsidRPr="00DF4B8C">
              <w:rPr>
                <w:color w:val="auto"/>
                <w:sz w:val="22"/>
                <w:lang w:val="ru-RU"/>
              </w:rPr>
              <w:t xml:space="preserve">повноважень, не </w:t>
            </w:r>
            <w:r w:rsidR="00DF4B8C" w:rsidRPr="00DF4B8C">
              <w:rPr>
                <w:color w:val="auto"/>
                <w:sz w:val="22"/>
                <w:lang w:val="ru-RU"/>
              </w:rPr>
              <w:t xml:space="preserve">                   </w:t>
            </w:r>
            <w:r w:rsidR="00842FCE" w:rsidRPr="00DF4B8C">
              <w:rPr>
                <w:color w:val="auto"/>
                <w:sz w:val="22"/>
                <w:lang w:val="ru-RU"/>
              </w:rPr>
              <w:t>приймаючи рішень,</w:t>
            </w:r>
            <w:r w:rsidR="00DF4B8C" w:rsidRPr="00DF4B8C">
              <w:rPr>
                <w:color w:val="auto"/>
                <w:sz w:val="22"/>
                <w:lang w:val="ru-RU"/>
              </w:rPr>
              <w:t xml:space="preserve">                  </w:t>
            </w:r>
            <w:r w:rsidR="00842FCE" w:rsidRPr="00DF4B8C">
              <w:rPr>
                <w:color w:val="auto"/>
                <w:sz w:val="22"/>
                <w:lang w:val="ru-RU"/>
              </w:rPr>
              <w:t xml:space="preserve"> віднесених до </w:t>
            </w:r>
            <w:r w:rsidR="00DF4B8C" w:rsidRPr="00DF4B8C">
              <w:rPr>
                <w:color w:val="auto"/>
                <w:sz w:val="22"/>
                <w:lang w:val="ru-RU"/>
              </w:rPr>
              <w:t xml:space="preserve">                         </w:t>
            </w:r>
            <w:r w:rsidR="00842FCE" w:rsidRPr="00DF4B8C">
              <w:rPr>
                <w:color w:val="auto"/>
                <w:sz w:val="22"/>
                <w:lang w:val="ru-RU"/>
              </w:rPr>
              <w:t xml:space="preserve">компетенції лікаря, </w:t>
            </w:r>
            <w:r w:rsidR="00DF4B8C" w:rsidRPr="00DF4B8C">
              <w:rPr>
                <w:color w:val="auto"/>
                <w:sz w:val="22"/>
                <w:lang w:val="ru-RU"/>
              </w:rPr>
              <w:t xml:space="preserve">                </w:t>
            </w:r>
            <w:r w:rsidR="00842FCE" w:rsidRPr="00DF4B8C">
              <w:rPr>
                <w:color w:val="auto"/>
                <w:sz w:val="22"/>
                <w:lang w:val="ru-RU"/>
              </w:rPr>
              <w:t>реабілітаційної команди, ЕКОПФО, ВЛК чи</w:t>
            </w:r>
            <w:r w:rsidR="00DF4B8C" w:rsidRPr="00DF4B8C">
              <w:rPr>
                <w:color w:val="auto"/>
                <w:sz w:val="22"/>
                <w:lang w:val="ru-RU"/>
              </w:rPr>
              <w:t xml:space="preserve">                        </w:t>
            </w:r>
            <w:r w:rsidR="00842FCE" w:rsidRPr="00DF4B8C">
              <w:rPr>
                <w:color w:val="auto"/>
                <w:sz w:val="22"/>
                <w:lang w:val="ru-RU"/>
              </w:rPr>
              <w:t xml:space="preserve"> іншого уповноваженого суб'єкта.</w:t>
            </w:r>
          </w:p>
        </w:tc>
      </w:tr>
      <w:tr w:rsidR="00217531" w:rsidRPr="0076799D" w14:paraId="5980C42A"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A0D26DC" w14:textId="6BBADA4E" w:rsidR="00072EC2" w:rsidRPr="004A0202" w:rsidRDefault="00217531" w:rsidP="00217531">
            <w:pPr>
              <w:rPr>
                <w:rFonts w:eastAsia="Arial"/>
                <w:b/>
                <w:color w:val="auto"/>
                <w:sz w:val="22"/>
                <w:lang w:val="ru-RU"/>
              </w:rPr>
            </w:pPr>
            <w:r w:rsidRPr="004A0202">
              <w:rPr>
                <w:rFonts w:eastAsia="Arial"/>
                <w:b/>
                <w:color w:val="auto"/>
                <w:sz w:val="22"/>
                <w:lang w:val="ru-RU"/>
              </w:rPr>
              <w:t>Г.</w:t>
            </w:r>
            <w:r w:rsidR="00072EC2" w:rsidRPr="004A0202">
              <w:rPr>
                <w:rFonts w:eastAsia="Arial"/>
                <w:b/>
                <w:color w:val="auto"/>
                <w:sz w:val="22"/>
                <w:lang w:val="ru-RU"/>
              </w:rPr>
              <w:t xml:space="preserve"> </w:t>
            </w:r>
            <w:r w:rsidR="00072EC2" w:rsidRPr="004A0202">
              <w:rPr>
                <w:b/>
                <w:color w:val="auto"/>
                <w:sz w:val="22"/>
                <w:lang w:val="ru-RU"/>
              </w:rPr>
              <w:t xml:space="preserve">Інформування </w:t>
            </w:r>
            <w:r w:rsidR="00A80C07" w:rsidRPr="004A0202">
              <w:rPr>
                <w:b/>
                <w:color w:val="auto"/>
                <w:sz w:val="22"/>
                <w:lang w:val="ru-RU"/>
              </w:rPr>
              <w:t xml:space="preserve">          </w:t>
            </w:r>
            <w:r w:rsidR="00072EC2" w:rsidRPr="004A0202">
              <w:rPr>
                <w:b/>
                <w:color w:val="auto"/>
                <w:sz w:val="22"/>
                <w:lang w:val="ru-RU"/>
              </w:rPr>
              <w:t xml:space="preserve">ветеранів війни, членів їхніх сімей та інших визначених законодавством </w:t>
            </w:r>
            <w:r w:rsidR="00725C24" w:rsidRPr="004A0202">
              <w:rPr>
                <w:b/>
                <w:color w:val="auto"/>
                <w:sz w:val="22"/>
                <w:lang w:val="ru-RU"/>
              </w:rPr>
              <w:t xml:space="preserve">                  </w:t>
            </w:r>
            <w:r w:rsidR="00072EC2" w:rsidRPr="004A0202">
              <w:rPr>
                <w:b/>
                <w:color w:val="auto"/>
                <w:sz w:val="22"/>
                <w:lang w:val="ru-RU"/>
              </w:rPr>
              <w:t xml:space="preserve">категорій осіб з </w:t>
            </w:r>
            <w:r w:rsidR="00725C24" w:rsidRPr="004A0202">
              <w:rPr>
                <w:b/>
                <w:color w:val="auto"/>
                <w:sz w:val="22"/>
                <w:lang w:val="ru-RU"/>
              </w:rPr>
              <w:t xml:space="preserve">                   </w:t>
            </w:r>
            <w:r w:rsidR="00072EC2" w:rsidRPr="004A0202">
              <w:rPr>
                <w:b/>
                <w:color w:val="auto"/>
                <w:sz w:val="22"/>
                <w:lang w:val="ru-RU"/>
              </w:rPr>
              <w:t xml:space="preserve">питань прав, </w:t>
            </w:r>
            <w:r w:rsidR="00823C33">
              <w:rPr>
                <w:b/>
                <w:color w:val="auto"/>
                <w:sz w:val="22"/>
                <w:lang w:val="ru-RU"/>
              </w:rPr>
              <w:t xml:space="preserve">                   </w:t>
            </w:r>
            <w:r w:rsidR="00072EC2" w:rsidRPr="004A0202">
              <w:rPr>
                <w:b/>
                <w:color w:val="auto"/>
                <w:sz w:val="22"/>
                <w:lang w:val="ru-RU"/>
              </w:rPr>
              <w:t xml:space="preserve">гарантій, </w:t>
            </w:r>
            <w:r w:rsidR="00A80C07" w:rsidRPr="004A0202">
              <w:rPr>
                <w:b/>
                <w:color w:val="auto"/>
                <w:sz w:val="22"/>
                <w:lang w:val="ru-RU"/>
              </w:rPr>
              <w:t xml:space="preserve">             </w:t>
            </w:r>
            <w:r w:rsidR="00725C24" w:rsidRPr="004A0202">
              <w:rPr>
                <w:b/>
                <w:color w:val="auto"/>
                <w:sz w:val="22"/>
                <w:lang w:val="ru-RU"/>
              </w:rPr>
              <w:t xml:space="preserve">                       </w:t>
            </w:r>
            <w:r w:rsidR="00A80C07" w:rsidRPr="004A0202">
              <w:rPr>
                <w:b/>
                <w:color w:val="auto"/>
                <w:sz w:val="22"/>
                <w:lang w:val="ru-RU"/>
              </w:rPr>
              <w:t xml:space="preserve"> </w:t>
            </w:r>
            <w:r w:rsidR="00072EC2" w:rsidRPr="004A0202">
              <w:rPr>
                <w:b/>
                <w:color w:val="auto"/>
                <w:sz w:val="22"/>
                <w:lang w:val="ru-RU"/>
              </w:rPr>
              <w:t xml:space="preserve">послуг і програм </w:t>
            </w:r>
            <w:r w:rsidR="00A80C07" w:rsidRPr="004A0202">
              <w:rPr>
                <w:b/>
                <w:color w:val="auto"/>
                <w:sz w:val="22"/>
                <w:lang w:val="ru-RU"/>
              </w:rPr>
              <w:t xml:space="preserve"> </w:t>
            </w:r>
            <w:r w:rsidR="00072EC2" w:rsidRPr="004A0202">
              <w:rPr>
                <w:b/>
                <w:color w:val="auto"/>
                <w:sz w:val="22"/>
                <w:lang w:val="ru-RU"/>
              </w:rPr>
              <w:t>підтримки.</w:t>
            </w: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25989160" w14:textId="016E6AFC" w:rsidR="00072EC2" w:rsidRPr="004A0202" w:rsidRDefault="00217531" w:rsidP="00072EC2">
            <w:pPr>
              <w:rPr>
                <w:b/>
                <w:color w:val="auto"/>
                <w:sz w:val="22"/>
                <w:lang w:val="ru-RU"/>
              </w:rPr>
            </w:pPr>
            <w:r w:rsidRPr="004A0202">
              <w:rPr>
                <w:rFonts w:eastAsia="Arial"/>
                <w:b/>
                <w:color w:val="auto"/>
                <w:sz w:val="22"/>
                <w:lang w:val="ru-RU"/>
              </w:rPr>
              <w:t xml:space="preserve">Г1. </w:t>
            </w:r>
            <w:r w:rsidR="00072EC2" w:rsidRPr="004A0202">
              <w:rPr>
                <w:b/>
                <w:color w:val="auto"/>
                <w:sz w:val="22"/>
                <w:lang w:val="ru-RU"/>
              </w:rPr>
              <w:t xml:space="preserve">Здатність </w:t>
            </w:r>
            <w:r w:rsidR="00725C24" w:rsidRPr="004A0202">
              <w:rPr>
                <w:b/>
                <w:color w:val="auto"/>
                <w:sz w:val="22"/>
                <w:lang w:val="ru-RU"/>
              </w:rPr>
              <w:t xml:space="preserve">                   </w:t>
            </w:r>
            <w:r w:rsidR="00072EC2" w:rsidRPr="004A0202">
              <w:rPr>
                <w:b/>
                <w:color w:val="auto"/>
                <w:sz w:val="22"/>
                <w:lang w:val="ru-RU"/>
              </w:rPr>
              <w:t xml:space="preserve">надавати </w:t>
            </w:r>
            <w:r w:rsidR="00725C24" w:rsidRPr="004A0202">
              <w:rPr>
                <w:b/>
                <w:color w:val="auto"/>
                <w:sz w:val="22"/>
                <w:lang w:val="ru-RU"/>
              </w:rPr>
              <w:t xml:space="preserve">                                </w:t>
            </w:r>
            <w:r w:rsidR="00072EC2" w:rsidRPr="004A0202">
              <w:rPr>
                <w:b/>
                <w:color w:val="auto"/>
                <w:sz w:val="22"/>
                <w:lang w:val="ru-RU"/>
              </w:rPr>
              <w:t xml:space="preserve">інформацію про державні, </w:t>
            </w:r>
            <w:r w:rsidR="00725C24" w:rsidRPr="004A0202">
              <w:rPr>
                <w:b/>
                <w:color w:val="auto"/>
                <w:sz w:val="22"/>
                <w:lang w:val="ru-RU"/>
              </w:rPr>
              <w:t xml:space="preserve">                        </w:t>
            </w:r>
            <w:r w:rsidR="00072EC2" w:rsidRPr="004A0202">
              <w:rPr>
                <w:b/>
                <w:color w:val="auto"/>
                <w:sz w:val="22"/>
                <w:lang w:val="ru-RU"/>
              </w:rPr>
              <w:t xml:space="preserve">регіональні та місцеві програми підтримки відповідно до </w:t>
            </w:r>
            <w:r w:rsidR="00725C24" w:rsidRPr="004A0202">
              <w:rPr>
                <w:b/>
                <w:color w:val="auto"/>
                <w:sz w:val="22"/>
                <w:lang w:val="ru-RU"/>
              </w:rPr>
              <w:t xml:space="preserve">                      </w:t>
            </w:r>
            <w:r w:rsidR="00072EC2" w:rsidRPr="004A0202">
              <w:rPr>
                <w:b/>
                <w:color w:val="auto"/>
                <w:sz w:val="22"/>
                <w:lang w:val="ru-RU"/>
              </w:rPr>
              <w:t>потреб отримувача.</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6516E509" w14:textId="19B7549E" w:rsidR="00072EC2" w:rsidRPr="004A0202" w:rsidRDefault="00217531" w:rsidP="00217531">
            <w:pPr>
              <w:spacing w:after="24"/>
              <w:rPr>
                <w:rFonts w:eastAsia="Arial"/>
                <w:color w:val="auto"/>
                <w:sz w:val="22"/>
                <w:lang w:val="ru-RU"/>
              </w:rPr>
            </w:pPr>
            <w:r w:rsidRPr="004A0202">
              <w:rPr>
                <w:rFonts w:eastAsia="Arial"/>
                <w:b/>
                <w:color w:val="auto"/>
                <w:sz w:val="22"/>
                <w:lang w:val="ru-RU"/>
              </w:rPr>
              <w:t xml:space="preserve">Г1.З1. </w:t>
            </w:r>
            <w:r w:rsidR="00072EC2" w:rsidRPr="004A0202">
              <w:rPr>
                <w:rFonts w:eastAsia="Arial"/>
                <w:color w:val="auto"/>
                <w:sz w:val="22"/>
                <w:lang w:val="ru-RU"/>
              </w:rPr>
              <w:t xml:space="preserve">Основні державні, регіональні та місцеві </w:t>
            </w:r>
            <w:r w:rsidR="00725C24" w:rsidRPr="004A0202">
              <w:rPr>
                <w:rFonts w:eastAsia="Arial"/>
                <w:color w:val="auto"/>
                <w:sz w:val="22"/>
                <w:lang w:val="ru-RU"/>
              </w:rPr>
              <w:t xml:space="preserve">                     </w:t>
            </w:r>
            <w:r w:rsidR="00072EC2" w:rsidRPr="004A0202">
              <w:rPr>
                <w:rFonts w:eastAsia="Arial"/>
                <w:color w:val="auto"/>
                <w:sz w:val="22"/>
                <w:lang w:val="ru-RU"/>
              </w:rPr>
              <w:t xml:space="preserve">програми і заходи з підтримки у сферах </w:t>
            </w:r>
            <w:r w:rsidR="00725C24" w:rsidRPr="004A0202">
              <w:rPr>
                <w:rFonts w:eastAsia="Arial"/>
                <w:color w:val="auto"/>
                <w:sz w:val="22"/>
                <w:lang w:val="ru-RU"/>
              </w:rPr>
              <w:t xml:space="preserve">                    </w:t>
            </w:r>
            <w:r w:rsidR="00072EC2" w:rsidRPr="004A0202">
              <w:rPr>
                <w:rFonts w:eastAsia="Arial"/>
                <w:color w:val="auto"/>
                <w:sz w:val="22"/>
                <w:lang w:val="ru-RU"/>
              </w:rPr>
              <w:t xml:space="preserve">соціального захисту, охорони здоров'я, реабілітації, </w:t>
            </w:r>
            <w:r w:rsidR="00725C24" w:rsidRPr="004A0202">
              <w:rPr>
                <w:rFonts w:eastAsia="Arial"/>
                <w:color w:val="auto"/>
                <w:sz w:val="22"/>
                <w:lang w:val="ru-RU"/>
              </w:rPr>
              <w:t xml:space="preserve">                       </w:t>
            </w:r>
            <w:r w:rsidR="00072EC2" w:rsidRPr="004A0202">
              <w:rPr>
                <w:rFonts w:eastAsia="Arial"/>
                <w:color w:val="auto"/>
                <w:sz w:val="22"/>
                <w:lang w:val="ru-RU"/>
              </w:rPr>
              <w:t xml:space="preserve">зайнятості, професійної </w:t>
            </w:r>
            <w:r w:rsidR="00725C24" w:rsidRPr="004A0202">
              <w:rPr>
                <w:rFonts w:eastAsia="Arial"/>
                <w:color w:val="auto"/>
                <w:sz w:val="22"/>
                <w:lang w:val="ru-RU"/>
              </w:rPr>
              <w:t xml:space="preserve">        </w:t>
            </w:r>
            <w:r w:rsidR="00072EC2" w:rsidRPr="004A0202">
              <w:rPr>
                <w:rFonts w:eastAsia="Arial"/>
                <w:color w:val="auto"/>
                <w:sz w:val="22"/>
                <w:lang w:val="ru-RU"/>
              </w:rPr>
              <w:t>адаптації, освіти, житла, спорту та підтримки сімей.</w:t>
            </w:r>
          </w:p>
          <w:p w14:paraId="765999E4" w14:textId="77777777" w:rsidR="00072EC2" w:rsidRPr="004A0202" w:rsidRDefault="00072EC2" w:rsidP="00217531">
            <w:pPr>
              <w:spacing w:after="24"/>
              <w:rPr>
                <w:rFonts w:eastAsia="Arial"/>
                <w:color w:val="auto"/>
                <w:sz w:val="22"/>
                <w:lang w:val="ru-RU"/>
              </w:rPr>
            </w:pPr>
          </w:p>
          <w:p w14:paraId="554A88F9" w14:textId="732898C1" w:rsidR="00072EC2" w:rsidRPr="004A0202" w:rsidRDefault="00217531" w:rsidP="00217531">
            <w:pPr>
              <w:spacing w:after="24"/>
              <w:rPr>
                <w:rFonts w:eastAsia="Arial"/>
                <w:color w:val="auto"/>
                <w:sz w:val="22"/>
                <w:lang w:val="ru-RU"/>
              </w:rPr>
            </w:pPr>
            <w:r w:rsidRPr="004A0202">
              <w:rPr>
                <w:rFonts w:eastAsia="Arial"/>
                <w:b/>
                <w:color w:val="auto"/>
                <w:sz w:val="22"/>
                <w:lang w:val="ru-RU"/>
              </w:rPr>
              <w:t xml:space="preserve">Г1.З2. </w:t>
            </w:r>
            <w:r w:rsidR="00072EC2" w:rsidRPr="004A0202">
              <w:rPr>
                <w:rFonts w:eastAsia="Arial"/>
                <w:color w:val="auto"/>
                <w:sz w:val="22"/>
                <w:lang w:val="ru-RU"/>
              </w:rPr>
              <w:t xml:space="preserve">Умови участі, </w:t>
            </w:r>
            <w:r w:rsidR="00725C24" w:rsidRPr="004A0202">
              <w:rPr>
                <w:rFonts w:eastAsia="Arial"/>
                <w:color w:val="auto"/>
                <w:sz w:val="22"/>
                <w:lang w:val="ru-RU"/>
              </w:rPr>
              <w:t xml:space="preserve">                        </w:t>
            </w:r>
            <w:r w:rsidR="00072EC2" w:rsidRPr="004A0202">
              <w:rPr>
                <w:rFonts w:eastAsia="Arial"/>
                <w:color w:val="auto"/>
                <w:sz w:val="22"/>
                <w:lang w:val="ru-RU"/>
              </w:rPr>
              <w:t xml:space="preserve">категорії отримувачів, строки реалізації, порядок </w:t>
            </w:r>
            <w:r w:rsidR="00725C24" w:rsidRPr="004A0202">
              <w:rPr>
                <w:rFonts w:eastAsia="Arial"/>
                <w:color w:val="auto"/>
                <w:sz w:val="22"/>
                <w:lang w:val="ru-RU"/>
              </w:rPr>
              <w:t xml:space="preserve">                      </w:t>
            </w:r>
            <w:r w:rsidR="00072EC2" w:rsidRPr="004A0202">
              <w:rPr>
                <w:rFonts w:eastAsia="Arial"/>
                <w:color w:val="auto"/>
                <w:sz w:val="22"/>
                <w:lang w:val="ru-RU"/>
              </w:rPr>
              <w:t xml:space="preserve">звернення, необхідні </w:t>
            </w:r>
            <w:r w:rsidR="00072EC2" w:rsidRPr="004A0202">
              <w:rPr>
                <w:rFonts w:eastAsia="Arial"/>
                <w:color w:val="auto"/>
                <w:sz w:val="22"/>
                <w:lang w:val="ru-RU"/>
              </w:rPr>
              <w:lastRenderedPageBreak/>
              <w:t>документи, уповноважені суб'єкти та офіційні джерела інформації про відповідні програми.</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876953D" w14:textId="31285546" w:rsidR="00072EC2" w:rsidRPr="004A0202" w:rsidRDefault="00217531" w:rsidP="00217531">
            <w:pPr>
              <w:spacing w:after="24"/>
              <w:rPr>
                <w:rFonts w:eastAsia="Arial"/>
                <w:color w:val="auto"/>
                <w:sz w:val="22"/>
                <w:lang w:val="ru-RU"/>
              </w:rPr>
            </w:pPr>
            <w:r w:rsidRPr="004A0202">
              <w:rPr>
                <w:rFonts w:eastAsia="Arial"/>
                <w:b/>
                <w:color w:val="auto"/>
                <w:sz w:val="22"/>
                <w:lang w:val="ru-RU"/>
              </w:rPr>
              <w:lastRenderedPageBreak/>
              <w:t xml:space="preserve">Г1.У1. </w:t>
            </w:r>
            <w:r w:rsidR="00072EC2" w:rsidRPr="004A0202">
              <w:rPr>
                <w:rFonts w:eastAsia="Arial"/>
                <w:color w:val="auto"/>
                <w:sz w:val="22"/>
                <w:lang w:val="ru-RU"/>
              </w:rPr>
              <w:t xml:space="preserve">Добирати інформацію про програми та заходи з підтримки відповідно до визначених потреб і запиту отримувача та перевіряти </w:t>
            </w:r>
            <w:r w:rsidR="00725C24" w:rsidRPr="004A0202">
              <w:rPr>
                <w:rFonts w:eastAsia="Arial"/>
                <w:color w:val="auto"/>
                <w:sz w:val="22"/>
                <w:lang w:val="ru-RU"/>
              </w:rPr>
              <w:t xml:space="preserve">             </w:t>
            </w:r>
            <w:r w:rsidR="00072EC2" w:rsidRPr="004A0202">
              <w:rPr>
                <w:rFonts w:eastAsia="Arial"/>
                <w:color w:val="auto"/>
                <w:sz w:val="22"/>
                <w:lang w:val="ru-RU"/>
              </w:rPr>
              <w:t>актуальність умов їх</w:t>
            </w:r>
            <w:r w:rsidR="00725C24" w:rsidRPr="004A0202">
              <w:rPr>
                <w:rFonts w:eastAsia="Arial"/>
                <w:color w:val="auto"/>
                <w:sz w:val="22"/>
                <w:lang w:val="ru-RU"/>
              </w:rPr>
              <w:t xml:space="preserve">                      </w:t>
            </w:r>
            <w:r w:rsidR="00072EC2" w:rsidRPr="004A0202">
              <w:rPr>
                <w:rFonts w:eastAsia="Arial"/>
                <w:color w:val="auto"/>
                <w:sz w:val="22"/>
                <w:lang w:val="ru-RU"/>
              </w:rPr>
              <w:t xml:space="preserve"> реалізації.</w:t>
            </w:r>
          </w:p>
          <w:p w14:paraId="1B204224" w14:textId="77777777" w:rsidR="00072EC2" w:rsidRPr="004A0202" w:rsidRDefault="00072EC2" w:rsidP="00217531">
            <w:pPr>
              <w:spacing w:after="24"/>
              <w:rPr>
                <w:color w:val="auto"/>
                <w:sz w:val="22"/>
                <w:lang w:val="ru-RU"/>
              </w:rPr>
            </w:pPr>
          </w:p>
          <w:p w14:paraId="6374AB0C" w14:textId="3B6DD315" w:rsidR="00072EC2" w:rsidRPr="004A0202" w:rsidRDefault="00217531" w:rsidP="00072EC2">
            <w:pPr>
              <w:spacing w:after="24"/>
              <w:rPr>
                <w:color w:val="auto"/>
                <w:sz w:val="22"/>
                <w:lang w:val="ru-RU"/>
              </w:rPr>
            </w:pPr>
            <w:r w:rsidRPr="004A0202">
              <w:rPr>
                <w:rFonts w:eastAsia="Arial"/>
                <w:b/>
                <w:color w:val="auto"/>
                <w:sz w:val="22"/>
                <w:lang w:val="ru-RU"/>
              </w:rPr>
              <w:t xml:space="preserve">Г1.У2. </w:t>
            </w:r>
            <w:r w:rsidR="00072EC2" w:rsidRPr="004A0202">
              <w:rPr>
                <w:color w:val="auto"/>
                <w:sz w:val="22"/>
                <w:lang w:val="ru-RU"/>
              </w:rPr>
              <w:t>Порівнювати доступні варіанти підтримки за</w:t>
            </w:r>
            <w:r w:rsidR="00725C24" w:rsidRPr="004A0202">
              <w:rPr>
                <w:color w:val="auto"/>
                <w:sz w:val="22"/>
                <w:lang w:val="ru-RU"/>
              </w:rPr>
              <w:t xml:space="preserve">                 </w:t>
            </w:r>
            <w:r w:rsidR="00072EC2" w:rsidRPr="004A0202">
              <w:rPr>
                <w:color w:val="auto"/>
                <w:sz w:val="22"/>
                <w:lang w:val="ru-RU"/>
              </w:rPr>
              <w:t xml:space="preserve"> визначеними критеріями та формувати зрозумілий </w:t>
            </w:r>
            <w:r w:rsidR="00725C24" w:rsidRPr="004A0202">
              <w:rPr>
                <w:color w:val="auto"/>
                <w:sz w:val="22"/>
                <w:lang w:val="ru-RU"/>
              </w:rPr>
              <w:t xml:space="preserve">                    </w:t>
            </w:r>
            <w:r w:rsidR="00072EC2" w:rsidRPr="004A0202">
              <w:rPr>
                <w:color w:val="auto"/>
                <w:sz w:val="22"/>
                <w:lang w:val="ru-RU"/>
              </w:rPr>
              <w:t>алгоритм подальших дій для отримувача.</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DD2E280" w14:textId="09BE8984" w:rsidR="003C1537" w:rsidRPr="004A0202" w:rsidRDefault="00217531" w:rsidP="003C1537">
            <w:pPr>
              <w:spacing w:after="24"/>
              <w:rPr>
                <w:color w:val="auto"/>
                <w:sz w:val="22"/>
                <w:lang w:val="ru-RU"/>
              </w:rPr>
            </w:pPr>
            <w:r w:rsidRPr="004A0202">
              <w:rPr>
                <w:rFonts w:eastAsia="Arial"/>
                <w:b/>
                <w:color w:val="auto"/>
                <w:sz w:val="22"/>
                <w:lang w:val="ru-RU"/>
              </w:rPr>
              <w:t xml:space="preserve">Г1.К1. </w:t>
            </w:r>
            <w:r w:rsidR="003C1537" w:rsidRPr="004A0202">
              <w:rPr>
                <w:color w:val="auto"/>
                <w:sz w:val="22"/>
                <w:lang w:val="ru-RU"/>
              </w:rPr>
              <w:t xml:space="preserve">Надавати </w:t>
            </w:r>
            <w:r w:rsidR="00725C24" w:rsidRPr="004A0202">
              <w:rPr>
                <w:color w:val="auto"/>
                <w:sz w:val="22"/>
                <w:lang w:val="ru-RU"/>
              </w:rPr>
              <w:t xml:space="preserve">                      </w:t>
            </w:r>
            <w:r w:rsidR="003C1537" w:rsidRPr="004A0202">
              <w:rPr>
                <w:color w:val="auto"/>
                <w:sz w:val="22"/>
                <w:lang w:val="ru-RU"/>
              </w:rPr>
              <w:t xml:space="preserve">перевірену та зрозумілу інформацію доступною для отримувача мовою із зазначенням офіційного джерела та, за потреби, дати актуальності </w:t>
            </w:r>
            <w:r w:rsidR="00725C24" w:rsidRPr="004A0202">
              <w:rPr>
                <w:color w:val="auto"/>
                <w:sz w:val="22"/>
                <w:lang w:val="ru-RU"/>
              </w:rPr>
              <w:t xml:space="preserve">                      </w:t>
            </w:r>
            <w:r w:rsidR="003C1537" w:rsidRPr="004A0202">
              <w:rPr>
                <w:color w:val="auto"/>
                <w:sz w:val="22"/>
                <w:lang w:val="ru-RU"/>
              </w:rPr>
              <w:t>інформації.</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6E47F4A1" w14:textId="09D10A5E" w:rsidR="003C1537" w:rsidRPr="004A0202" w:rsidRDefault="00217531" w:rsidP="003C1537">
            <w:pPr>
              <w:spacing w:after="24"/>
              <w:rPr>
                <w:color w:val="auto"/>
                <w:sz w:val="22"/>
                <w:lang w:val="ru-RU"/>
              </w:rPr>
            </w:pPr>
            <w:r w:rsidRPr="004A0202">
              <w:rPr>
                <w:rFonts w:eastAsia="Arial"/>
                <w:b/>
                <w:color w:val="auto"/>
                <w:sz w:val="22"/>
                <w:lang w:val="ru-RU"/>
              </w:rPr>
              <w:t xml:space="preserve">Г1.В1. </w:t>
            </w:r>
            <w:r w:rsidR="003C1537" w:rsidRPr="004A0202">
              <w:rPr>
                <w:color w:val="auto"/>
                <w:sz w:val="22"/>
                <w:lang w:val="ru-RU"/>
              </w:rPr>
              <w:t>Самостійно</w:t>
            </w:r>
            <w:r w:rsidR="00725C24" w:rsidRPr="004A0202">
              <w:rPr>
                <w:color w:val="auto"/>
                <w:sz w:val="22"/>
                <w:lang w:val="ru-RU"/>
              </w:rPr>
              <w:t xml:space="preserve">                  </w:t>
            </w:r>
            <w:r w:rsidR="003C1537" w:rsidRPr="004A0202">
              <w:rPr>
                <w:color w:val="auto"/>
                <w:sz w:val="22"/>
                <w:lang w:val="ru-RU"/>
              </w:rPr>
              <w:t xml:space="preserve"> надавати інформацію в межах професійної </w:t>
            </w:r>
            <w:r w:rsidR="004A0202" w:rsidRPr="004A0202">
              <w:rPr>
                <w:color w:val="auto"/>
                <w:sz w:val="22"/>
                <w:lang w:val="ru-RU"/>
              </w:rPr>
              <w:t xml:space="preserve">                </w:t>
            </w:r>
            <w:r w:rsidR="003C1537" w:rsidRPr="004A0202">
              <w:rPr>
                <w:color w:val="auto"/>
                <w:sz w:val="22"/>
                <w:lang w:val="ru-RU"/>
              </w:rPr>
              <w:t xml:space="preserve">компетентності та відповідати за її </w:t>
            </w:r>
            <w:r w:rsidR="004A0202" w:rsidRPr="004A0202">
              <w:rPr>
                <w:color w:val="auto"/>
                <w:sz w:val="22"/>
                <w:lang w:val="ru-RU"/>
              </w:rPr>
              <w:t xml:space="preserve">                          </w:t>
            </w:r>
            <w:r w:rsidR="003C1537" w:rsidRPr="004A0202">
              <w:rPr>
                <w:color w:val="auto"/>
                <w:sz w:val="22"/>
                <w:lang w:val="ru-RU"/>
              </w:rPr>
              <w:t xml:space="preserve">актуальність і </w:t>
            </w:r>
            <w:r w:rsidR="004A0202" w:rsidRPr="004A0202">
              <w:rPr>
                <w:color w:val="auto"/>
                <w:sz w:val="22"/>
                <w:lang w:val="ru-RU"/>
              </w:rPr>
              <w:t xml:space="preserve">                           </w:t>
            </w:r>
            <w:r w:rsidR="003C1537" w:rsidRPr="004A0202">
              <w:rPr>
                <w:color w:val="auto"/>
                <w:sz w:val="22"/>
                <w:lang w:val="ru-RU"/>
              </w:rPr>
              <w:t>достовірність на момент надання; не гарантувати рішення, яке приймається іншим</w:t>
            </w:r>
            <w:r w:rsidR="004A0202" w:rsidRPr="004A0202">
              <w:rPr>
                <w:color w:val="auto"/>
                <w:sz w:val="22"/>
                <w:lang w:val="ru-RU"/>
              </w:rPr>
              <w:t xml:space="preserve">                        </w:t>
            </w:r>
            <w:r w:rsidR="003C1537" w:rsidRPr="004A0202">
              <w:rPr>
                <w:color w:val="auto"/>
                <w:sz w:val="22"/>
                <w:lang w:val="ru-RU"/>
              </w:rPr>
              <w:t xml:space="preserve"> уповноваженим </w:t>
            </w:r>
            <w:r w:rsidR="004A0202" w:rsidRPr="004A0202">
              <w:rPr>
                <w:color w:val="auto"/>
                <w:sz w:val="22"/>
                <w:lang w:val="ru-RU"/>
              </w:rPr>
              <w:t xml:space="preserve">                     </w:t>
            </w:r>
            <w:r w:rsidR="003C1537" w:rsidRPr="004A0202">
              <w:rPr>
                <w:color w:val="auto"/>
                <w:sz w:val="22"/>
                <w:lang w:val="ru-RU"/>
              </w:rPr>
              <w:t>суб'єктом.</w:t>
            </w:r>
          </w:p>
        </w:tc>
      </w:tr>
      <w:tr w:rsidR="00217531" w:rsidRPr="0076799D" w14:paraId="1FEA77EA"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BF26CE1" w14:textId="77777777" w:rsidR="00217531" w:rsidRPr="00823C33" w:rsidRDefault="00217531" w:rsidP="00217531">
            <w:pPr>
              <w:rPr>
                <w:color w:val="auto"/>
                <w:sz w:val="22"/>
                <w:lang w:val="ru-RU"/>
              </w:rPr>
            </w:pP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5E47C39C" w14:textId="22183F96" w:rsidR="003C1537" w:rsidRPr="00823C33" w:rsidRDefault="00217531" w:rsidP="003C1537">
            <w:pPr>
              <w:rPr>
                <w:b/>
                <w:color w:val="auto"/>
                <w:sz w:val="22"/>
                <w:lang w:val="ru-RU"/>
              </w:rPr>
            </w:pPr>
            <w:r w:rsidRPr="00823C33">
              <w:rPr>
                <w:rFonts w:eastAsia="Arial"/>
                <w:b/>
                <w:color w:val="auto"/>
                <w:sz w:val="22"/>
                <w:lang w:val="ru-RU"/>
              </w:rPr>
              <w:t xml:space="preserve">Г2. </w:t>
            </w:r>
            <w:r w:rsidR="003C1537" w:rsidRPr="00823C33">
              <w:rPr>
                <w:b/>
                <w:color w:val="auto"/>
                <w:sz w:val="22"/>
                <w:lang w:val="ru-RU"/>
              </w:rPr>
              <w:t xml:space="preserve">Здатність </w:t>
            </w:r>
            <w:r w:rsidR="00823C33" w:rsidRPr="00823C33">
              <w:rPr>
                <w:b/>
                <w:color w:val="auto"/>
                <w:sz w:val="22"/>
                <w:lang w:val="ru-RU"/>
              </w:rPr>
              <w:t xml:space="preserve">            </w:t>
            </w:r>
            <w:r w:rsidR="003C1537" w:rsidRPr="00823C33">
              <w:rPr>
                <w:b/>
                <w:color w:val="auto"/>
                <w:sz w:val="22"/>
                <w:lang w:val="ru-RU"/>
              </w:rPr>
              <w:t xml:space="preserve">проводити </w:t>
            </w:r>
            <w:r w:rsidR="00823C33" w:rsidRPr="00823C33">
              <w:rPr>
                <w:b/>
                <w:color w:val="auto"/>
                <w:sz w:val="22"/>
                <w:lang w:val="ru-RU"/>
              </w:rPr>
              <w:t xml:space="preserve">                     </w:t>
            </w:r>
            <w:r w:rsidR="003C1537" w:rsidRPr="00823C33">
              <w:rPr>
                <w:b/>
                <w:color w:val="auto"/>
                <w:sz w:val="22"/>
                <w:lang w:val="ru-RU"/>
              </w:rPr>
              <w:t>інформаційно-роз'яснювальну</w:t>
            </w:r>
            <w:r w:rsidR="00823C33" w:rsidRPr="00823C33">
              <w:rPr>
                <w:b/>
                <w:color w:val="auto"/>
                <w:sz w:val="22"/>
                <w:lang w:val="ru-RU"/>
              </w:rPr>
              <w:t xml:space="preserve">       </w:t>
            </w:r>
            <w:r w:rsidR="003C1537" w:rsidRPr="00823C33">
              <w:rPr>
                <w:b/>
                <w:color w:val="auto"/>
                <w:sz w:val="22"/>
                <w:lang w:val="ru-RU"/>
              </w:rPr>
              <w:t xml:space="preserve"> роботу щодо прав, гарантій, послуг, виплат, пільг,</w:t>
            </w:r>
            <w:r w:rsidR="00823C33" w:rsidRPr="00823C33">
              <w:rPr>
                <w:b/>
                <w:color w:val="auto"/>
                <w:sz w:val="22"/>
                <w:lang w:val="ru-RU"/>
              </w:rPr>
              <w:t xml:space="preserve">                  </w:t>
            </w:r>
            <w:r w:rsidR="003C1537" w:rsidRPr="00823C33">
              <w:rPr>
                <w:b/>
                <w:color w:val="auto"/>
                <w:sz w:val="22"/>
                <w:lang w:val="ru-RU"/>
              </w:rPr>
              <w:t xml:space="preserve"> документів та </w:t>
            </w:r>
            <w:r w:rsidR="00823C33" w:rsidRPr="00823C33">
              <w:rPr>
                <w:b/>
                <w:color w:val="auto"/>
                <w:sz w:val="22"/>
                <w:lang w:val="ru-RU"/>
              </w:rPr>
              <w:t xml:space="preserve">              </w:t>
            </w:r>
            <w:r w:rsidR="003C1537" w:rsidRPr="00823C33">
              <w:rPr>
                <w:b/>
                <w:color w:val="auto"/>
                <w:sz w:val="22"/>
                <w:lang w:val="ru-RU"/>
              </w:rPr>
              <w:t xml:space="preserve">порядку їх </w:t>
            </w:r>
            <w:r w:rsidR="00823C33" w:rsidRPr="00823C33">
              <w:rPr>
                <w:b/>
                <w:color w:val="auto"/>
                <w:sz w:val="22"/>
                <w:lang w:val="ru-RU"/>
              </w:rPr>
              <w:t xml:space="preserve">                </w:t>
            </w:r>
            <w:r w:rsidR="003C1537" w:rsidRPr="00823C33">
              <w:rPr>
                <w:b/>
                <w:color w:val="auto"/>
                <w:sz w:val="22"/>
                <w:lang w:val="ru-RU"/>
              </w:rPr>
              <w:t>отримання.</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0CF6F61" w14:textId="05228570" w:rsidR="00680705" w:rsidRPr="00823C33" w:rsidRDefault="00217531" w:rsidP="00217531">
            <w:pPr>
              <w:spacing w:after="24"/>
              <w:rPr>
                <w:rFonts w:eastAsia="Arial"/>
                <w:color w:val="auto"/>
                <w:sz w:val="22"/>
                <w:lang w:val="ru-RU"/>
              </w:rPr>
            </w:pPr>
            <w:r w:rsidRPr="00823C33">
              <w:rPr>
                <w:rFonts w:eastAsia="Arial"/>
                <w:b/>
                <w:color w:val="auto"/>
                <w:sz w:val="22"/>
                <w:lang w:val="ru-RU"/>
              </w:rPr>
              <w:t xml:space="preserve">Г2.З1. </w:t>
            </w:r>
            <w:r w:rsidR="00680705" w:rsidRPr="00823C33">
              <w:rPr>
                <w:rFonts w:eastAsia="Arial"/>
                <w:color w:val="auto"/>
                <w:sz w:val="22"/>
                <w:lang w:val="ru-RU"/>
              </w:rPr>
              <w:t xml:space="preserve">Права та гарантії </w:t>
            </w:r>
            <w:r w:rsidR="00823C33" w:rsidRPr="00823C33">
              <w:rPr>
                <w:rFonts w:eastAsia="Arial"/>
                <w:color w:val="auto"/>
                <w:sz w:val="22"/>
                <w:lang w:val="ru-RU"/>
              </w:rPr>
              <w:t xml:space="preserve">               </w:t>
            </w:r>
            <w:r w:rsidR="00680705" w:rsidRPr="00823C33">
              <w:rPr>
                <w:rFonts w:eastAsia="Arial"/>
                <w:color w:val="auto"/>
                <w:sz w:val="22"/>
                <w:lang w:val="ru-RU"/>
              </w:rPr>
              <w:t>ветеранів війни, членів їхніх сімей</w:t>
            </w:r>
            <w:r w:rsidR="00680705" w:rsidRPr="00823C33">
              <w:rPr>
                <w:color w:val="auto"/>
                <w:sz w:val="22"/>
              </w:rPr>
              <w:t xml:space="preserve"> </w:t>
            </w:r>
            <w:r w:rsidR="00680705" w:rsidRPr="00823C33">
              <w:rPr>
                <w:rFonts w:eastAsia="Arial"/>
                <w:color w:val="auto"/>
                <w:sz w:val="22"/>
                <w:lang w:val="ru-RU"/>
              </w:rPr>
              <w:t xml:space="preserve">та інших визначених законодавством категорій осіб, передбачені  законодавством, а також основні види пільг, виплат, послуг та </w:t>
            </w:r>
            <w:r w:rsidR="00823C33" w:rsidRPr="00823C33">
              <w:rPr>
                <w:rFonts w:eastAsia="Arial"/>
                <w:color w:val="auto"/>
                <w:sz w:val="22"/>
                <w:lang w:val="ru-RU"/>
              </w:rPr>
              <w:t xml:space="preserve">                 </w:t>
            </w:r>
            <w:r w:rsidR="00680705" w:rsidRPr="00823C33">
              <w:rPr>
                <w:rFonts w:eastAsia="Arial"/>
                <w:color w:val="auto"/>
                <w:sz w:val="22"/>
                <w:lang w:val="ru-RU"/>
              </w:rPr>
              <w:t>інших заходів підтримки.</w:t>
            </w:r>
          </w:p>
          <w:p w14:paraId="4B3B8952" w14:textId="77777777" w:rsidR="00680705" w:rsidRPr="00823C33" w:rsidRDefault="00680705" w:rsidP="00217531">
            <w:pPr>
              <w:spacing w:after="24"/>
              <w:rPr>
                <w:color w:val="auto"/>
                <w:sz w:val="22"/>
                <w:lang w:val="ru-RU"/>
              </w:rPr>
            </w:pPr>
          </w:p>
          <w:p w14:paraId="59D2369E" w14:textId="61645AB5" w:rsidR="00680705" w:rsidRPr="00823C33" w:rsidRDefault="00217531" w:rsidP="00217531">
            <w:pPr>
              <w:spacing w:after="24"/>
              <w:rPr>
                <w:rFonts w:eastAsia="Arial"/>
                <w:color w:val="auto"/>
                <w:sz w:val="22"/>
                <w:lang w:val="ru-RU"/>
              </w:rPr>
            </w:pPr>
            <w:r w:rsidRPr="00823C33">
              <w:rPr>
                <w:rFonts w:eastAsia="Arial"/>
                <w:b/>
                <w:color w:val="auto"/>
                <w:sz w:val="22"/>
                <w:lang w:val="ru-RU"/>
              </w:rPr>
              <w:t>Г2.З2</w:t>
            </w:r>
            <w:r w:rsidR="00680705" w:rsidRPr="00823C33">
              <w:rPr>
                <w:rFonts w:eastAsia="Arial"/>
                <w:color w:val="auto"/>
                <w:sz w:val="22"/>
                <w:lang w:val="ru-RU"/>
              </w:rPr>
              <w:t>. Порядок звернення за послугами, виплатами та</w:t>
            </w:r>
            <w:r w:rsidR="00823C33" w:rsidRPr="00823C33">
              <w:rPr>
                <w:rFonts w:eastAsia="Arial"/>
                <w:color w:val="auto"/>
                <w:sz w:val="22"/>
                <w:lang w:val="ru-RU"/>
              </w:rPr>
              <w:t xml:space="preserve">               </w:t>
            </w:r>
            <w:r w:rsidR="00680705" w:rsidRPr="00823C33">
              <w:rPr>
                <w:rFonts w:eastAsia="Arial"/>
                <w:color w:val="auto"/>
                <w:sz w:val="22"/>
                <w:lang w:val="ru-RU"/>
              </w:rPr>
              <w:t xml:space="preserve"> іншими видами підтримки, вимоги до документів, строки їх подання і розгляду, </w:t>
            </w:r>
            <w:r w:rsidR="00823C33" w:rsidRPr="00823C33">
              <w:rPr>
                <w:rFonts w:eastAsia="Arial"/>
                <w:color w:val="auto"/>
                <w:sz w:val="22"/>
                <w:lang w:val="ru-RU"/>
              </w:rPr>
              <w:t xml:space="preserve">                   </w:t>
            </w:r>
            <w:r w:rsidR="00680705" w:rsidRPr="00823C33">
              <w:rPr>
                <w:rFonts w:eastAsia="Arial"/>
                <w:color w:val="auto"/>
                <w:sz w:val="22"/>
                <w:lang w:val="ru-RU"/>
              </w:rPr>
              <w:t xml:space="preserve">способи звернення, підстави для уточнення відомостей та порядок отримання </w:t>
            </w:r>
            <w:r w:rsidR="00823C33" w:rsidRPr="00823C33">
              <w:rPr>
                <w:rFonts w:eastAsia="Arial"/>
                <w:color w:val="auto"/>
                <w:sz w:val="22"/>
                <w:lang w:val="ru-RU"/>
              </w:rPr>
              <w:t xml:space="preserve">                     </w:t>
            </w:r>
            <w:r w:rsidR="00680705" w:rsidRPr="00823C33">
              <w:rPr>
                <w:rFonts w:eastAsia="Arial"/>
                <w:color w:val="auto"/>
                <w:sz w:val="22"/>
                <w:lang w:val="ru-RU"/>
              </w:rPr>
              <w:t>результату.</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6E1C74C" w14:textId="1DFBAA36" w:rsidR="00D254B0" w:rsidRPr="00823C33" w:rsidRDefault="00217531" w:rsidP="00217531">
            <w:pPr>
              <w:spacing w:after="24"/>
              <w:rPr>
                <w:rFonts w:eastAsia="Arial"/>
                <w:color w:val="auto"/>
                <w:sz w:val="22"/>
                <w:lang w:val="ru-RU"/>
              </w:rPr>
            </w:pPr>
            <w:r w:rsidRPr="00823C33">
              <w:rPr>
                <w:rFonts w:eastAsia="Arial"/>
                <w:b/>
                <w:color w:val="auto"/>
                <w:sz w:val="22"/>
                <w:lang w:val="ru-RU"/>
              </w:rPr>
              <w:t xml:space="preserve">Г2.У1. </w:t>
            </w:r>
            <w:r w:rsidR="00D254B0" w:rsidRPr="00823C33">
              <w:rPr>
                <w:rFonts w:eastAsia="Arial"/>
                <w:color w:val="auto"/>
                <w:sz w:val="22"/>
                <w:lang w:val="ru-RU"/>
              </w:rPr>
              <w:t xml:space="preserve">Пояснювати права, </w:t>
            </w:r>
            <w:r w:rsidR="00823C33" w:rsidRPr="00823C33">
              <w:rPr>
                <w:rFonts w:eastAsia="Arial"/>
                <w:color w:val="auto"/>
                <w:sz w:val="22"/>
                <w:lang w:val="ru-RU"/>
              </w:rPr>
              <w:t xml:space="preserve">        </w:t>
            </w:r>
            <w:r w:rsidR="00D254B0" w:rsidRPr="00823C33">
              <w:rPr>
                <w:rFonts w:eastAsia="Arial"/>
                <w:color w:val="auto"/>
                <w:sz w:val="22"/>
                <w:lang w:val="ru-RU"/>
              </w:rPr>
              <w:t xml:space="preserve">гарантії, умови отримання послуг, виплат та інших видів підтримки, послідовність дій, перелік необхідних документів і можливі обмеження відповідно до конкретного </w:t>
            </w:r>
            <w:r w:rsidR="00823C33" w:rsidRPr="00823C33">
              <w:rPr>
                <w:rFonts w:eastAsia="Arial"/>
                <w:color w:val="auto"/>
                <w:sz w:val="22"/>
                <w:lang w:val="ru-RU"/>
              </w:rPr>
              <w:t xml:space="preserve">     </w:t>
            </w:r>
            <w:r w:rsidR="00D254B0" w:rsidRPr="00823C33">
              <w:rPr>
                <w:rFonts w:eastAsia="Arial"/>
                <w:color w:val="auto"/>
                <w:sz w:val="22"/>
                <w:lang w:val="ru-RU"/>
              </w:rPr>
              <w:t>запиту.</w:t>
            </w:r>
          </w:p>
          <w:p w14:paraId="5B0542A4" w14:textId="77777777" w:rsidR="00D254B0" w:rsidRPr="00823C33" w:rsidRDefault="00D254B0" w:rsidP="00217531">
            <w:pPr>
              <w:spacing w:after="24"/>
              <w:rPr>
                <w:color w:val="auto"/>
                <w:sz w:val="22"/>
                <w:lang w:val="ru-RU"/>
              </w:rPr>
            </w:pPr>
          </w:p>
          <w:p w14:paraId="6799E373" w14:textId="0C36F1D4" w:rsidR="00D3536C" w:rsidRPr="00823C33" w:rsidRDefault="00217531" w:rsidP="00D3536C">
            <w:pPr>
              <w:spacing w:after="24"/>
              <w:rPr>
                <w:color w:val="auto"/>
                <w:sz w:val="22"/>
                <w:lang w:val="ru-RU"/>
              </w:rPr>
            </w:pPr>
            <w:r w:rsidRPr="00823C33">
              <w:rPr>
                <w:rFonts w:eastAsia="Arial"/>
                <w:b/>
                <w:color w:val="auto"/>
                <w:sz w:val="22"/>
                <w:lang w:val="ru-RU"/>
              </w:rPr>
              <w:t xml:space="preserve">Г2.У2. </w:t>
            </w:r>
            <w:r w:rsidR="00D3536C" w:rsidRPr="00823C33">
              <w:rPr>
                <w:color w:val="auto"/>
                <w:sz w:val="22"/>
                <w:lang w:val="ru-RU"/>
              </w:rPr>
              <w:t>Адаптувати зміст, форму, темп і канал</w:t>
            </w:r>
            <w:r w:rsidR="00823C33" w:rsidRPr="00823C33">
              <w:rPr>
                <w:color w:val="auto"/>
                <w:sz w:val="22"/>
                <w:lang w:val="ru-RU"/>
              </w:rPr>
              <w:t xml:space="preserve">                       </w:t>
            </w:r>
            <w:r w:rsidR="00D3536C" w:rsidRPr="00823C33">
              <w:rPr>
                <w:color w:val="auto"/>
                <w:sz w:val="22"/>
                <w:lang w:val="ru-RU"/>
              </w:rPr>
              <w:t xml:space="preserve"> інформування до</w:t>
            </w:r>
            <w:r w:rsidR="00823C33" w:rsidRPr="00823C33">
              <w:rPr>
                <w:color w:val="auto"/>
                <w:sz w:val="22"/>
                <w:lang w:val="ru-RU"/>
              </w:rPr>
              <w:t xml:space="preserve">                          </w:t>
            </w:r>
            <w:r w:rsidR="00D3536C" w:rsidRPr="00823C33">
              <w:rPr>
                <w:color w:val="auto"/>
                <w:sz w:val="22"/>
                <w:lang w:val="ru-RU"/>
              </w:rPr>
              <w:t xml:space="preserve"> індивідуальних,</w:t>
            </w:r>
            <w:r w:rsidR="00823C33" w:rsidRPr="00823C33">
              <w:rPr>
                <w:color w:val="auto"/>
                <w:sz w:val="22"/>
                <w:lang w:val="ru-RU"/>
              </w:rPr>
              <w:t xml:space="preserve">                       </w:t>
            </w:r>
            <w:r w:rsidR="00D3536C" w:rsidRPr="00823C33">
              <w:rPr>
                <w:color w:val="auto"/>
                <w:sz w:val="22"/>
                <w:lang w:val="ru-RU"/>
              </w:rPr>
              <w:t xml:space="preserve"> функціональних та </w:t>
            </w:r>
            <w:r w:rsidR="00823C33" w:rsidRPr="00823C33">
              <w:rPr>
                <w:color w:val="auto"/>
                <w:sz w:val="22"/>
                <w:lang w:val="ru-RU"/>
              </w:rPr>
              <w:t xml:space="preserve">                       </w:t>
            </w:r>
            <w:r w:rsidR="00D3536C" w:rsidRPr="00823C33">
              <w:rPr>
                <w:color w:val="auto"/>
                <w:sz w:val="22"/>
                <w:lang w:val="ru-RU"/>
              </w:rPr>
              <w:t>комунікаційних можливостей отримувача підтримки.</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5B7ACD7" w14:textId="0B3DE25A" w:rsidR="00D3536C" w:rsidRPr="00823C33" w:rsidRDefault="00217531" w:rsidP="00D3536C">
            <w:pPr>
              <w:spacing w:after="24"/>
              <w:rPr>
                <w:color w:val="auto"/>
                <w:sz w:val="22"/>
                <w:lang w:val="ru-RU"/>
              </w:rPr>
            </w:pPr>
            <w:r w:rsidRPr="00823C33">
              <w:rPr>
                <w:rFonts w:eastAsia="Arial"/>
                <w:b/>
                <w:color w:val="auto"/>
                <w:sz w:val="22"/>
                <w:lang w:val="ru-RU"/>
              </w:rPr>
              <w:t xml:space="preserve">Г2.К1. </w:t>
            </w:r>
            <w:r w:rsidR="00D3536C" w:rsidRPr="00823C33">
              <w:rPr>
                <w:color w:val="auto"/>
                <w:sz w:val="22"/>
                <w:lang w:val="ru-RU"/>
              </w:rPr>
              <w:t>Перевіряти</w:t>
            </w:r>
            <w:r w:rsidR="00823C33" w:rsidRPr="00823C33">
              <w:rPr>
                <w:color w:val="auto"/>
                <w:sz w:val="22"/>
                <w:lang w:val="ru-RU"/>
              </w:rPr>
              <w:t xml:space="preserve">                </w:t>
            </w:r>
            <w:r w:rsidR="00D3536C" w:rsidRPr="00823C33">
              <w:rPr>
                <w:color w:val="auto"/>
                <w:sz w:val="22"/>
                <w:lang w:val="ru-RU"/>
              </w:rPr>
              <w:t xml:space="preserve"> розуміння отримувачем наданої інформації та узгодженого наступного кроку, забезпечуючи його усвідомлений вибір без нав'язування рішення.</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26E6376" w14:textId="61B1144B" w:rsidR="00D3536C" w:rsidRPr="00823C33" w:rsidRDefault="00217531" w:rsidP="00D3536C">
            <w:pPr>
              <w:spacing w:after="24"/>
              <w:rPr>
                <w:color w:val="auto"/>
                <w:sz w:val="22"/>
                <w:lang w:val="ru-RU"/>
              </w:rPr>
            </w:pPr>
            <w:r w:rsidRPr="00823C33">
              <w:rPr>
                <w:rFonts w:eastAsia="Arial"/>
                <w:b/>
                <w:color w:val="auto"/>
                <w:sz w:val="22"/>
                <w:lang w:val="ru-RU"/>
              </w:rPr>
              <w:t xml:space="preserve">Г2.В1. </w:t>
            </w:r>
            <w:r w:rsidR="00D3536C" w:rsidRPr="00823C33">
              <w:rPr>
                <w:color w:val="auto"/>
                <w:sz w:val="22"/>
                <w:lang w:val="ru-RU"/>
              </w:rPr>
              <w:t xml:space="preserve">Самостійно </w:t>
            </w:r>
            <w:r w:rsidR="00823C33" w:rsidRPr="00823C33">
              <w:rPr>
                <w:color w:val="auto"/>
                <w:sz w:val="22"/>
                <w:lang w:val="ru-RU"/>
              </w:rPr>
              <w:t xml:space="preserve">                 </w:t>
            </w:r>
            <w:r w:rsidR="00D3536C" w:rsidRPr="00823C33">
              <w:rPr>
                <w:color w:val="auto"/>
                <w:sz w:val="22"/>
                <w:lang w:val="ru-RU"/>
              </w:rPr>
              <w:t xml:space="preserve">надавати інформаційно-роз'яснювальну підтримку в межах </w:t>
            </w:r>
            <w:r w:rsidR="00823C33" w:rsidRPr="00823C33">
              <w:rPr>
                <w:color w:val="auto"/>
                <w:sz w:val="22"/>
                <w:lang w:val="ru-RU"/>
              </w:rPr>
              <w:t xml:space="preserve">                </w:t>
            </w:r>
            <w:r w:rsidR="00D3536C" w:rsidRPr="00823C33">
              <w:rPr>
                <w:color w:val="auto"/>
                <w:sz w:val="22"/>
                <w:lang w:val="ru-RU"/>
              </w:rPr>
              <w:t xml:space="preserve">професійної </w:t>
            </w:r>
            <w:r w:rsidR="00823C33" w:rsidRPr="00823C33">
              <w:rPr>
                <w:color w:val="auto"/>
                <w:sz w:val="22"/>
                <w:lang w:val="ru-RU"/>
              </w:rPr>
              <w:t xml:space="preserve">                          </w:t>
            </w:r>
            <w:r w:rsidR="00D3536C" w:rsidRPr="00823C33">
              <w:rPr>
                <w:color w:val="auto"/>
                <w:sz w:val="22"/>
                <w:lang w:val="ru-RU"/>
              </w:rPr>
              <w:t xml:space="preserve">компетентності та своєчасно </w:t>
            </w:r>
            <w:r w:rsidR="00823C33" w:rsidRPr="00823C33">
              <w:rPr>
                <w:color w:val="auto"/>
                <w:sz w:val="22"/>
                <w:lang w:val="ru-RU"/>
              </w:rPr>
              <w:t xml:space="preserve">                                    </w:t>
            </w:r>
            <w:r w:rsidR="00D3536C" w:rsidRPr="00823C33">
              <w:rPr>
                <w:color w:val="auto"/>
                <w:sz w:val="22"/>
                <w:lang w:val="ru-RU"/>
              </w:rPr>
              <w:t xml:space="preserve">перенаправляти питання, що потребують </w:t>
            </w:r>
            <w:r w:rsidR="00823C33" w:rsidRPr="00823C33">
              <w:rPr>
                <w:color w:val="auto"/>
                <w:sz w:val="22"/>
                <w:lang w:val="ru-RU"/>
              </w:rPr>
              <w:t xml:space="preserve">                        </w:t>
            </w:r>
            <w:r w:rsidR="00D3536C" w:rsidRPr="00823C33">
              <w:rPr>
                <w:color w:val="auto"/>
                <w:sz w:val="22"/>
                <w:lang w:val="ru-RU"/>
              </w:rPr>
              <w:t xml:space="preserve">правничої, медичної, психологічної або іншої спеціалізованої </w:t>
            </w:r>
            <w:r w:rsidR="00823C33" w:rsidRPr="00823C33">
              <w:rPr>
                <w:color w:val="auto"/>
                <w:sz w:val="22"/>
                <w:lang w:val="ru-RU"/>
              </w:rPr>
              <w:t xml:space="preserve">                        </w:t>
            </w:r>
            <w:r w:rsidR="00D3536C" w:rsidRPr="00823C33">
              <w:rPr>
                <w:color w:val="auto"/>
                <w:sz w:val="22"/>
                <w:lang w:val="ru-RU"/>
              </w:rPr>
              <w:t>консультації.</w:t>
            </w:r>
          </w:p>
        </w:tc>
      </w:tr>
      <w:tr w:rsidR="00217531" w:rsidRPr="0076799D" w14:paraId="0E68D397"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10721E1" w14:textId="29AEA3AE" w:rsidR="00283C79" w:rsidRPr="003C4740" w:rsidRDefault="00217531" w:rsidP="00283C79">
            <w:pPr>
              <w:rPr>
                <w:b/>
                <w:color w:val="00B050"/>
                <w:sz w:val="22"/>
                <w:lang w:val="ru-RU"/>
              </w:rPr>
            </w:pPr>
            <w:r w:rsidRPr="00ED5ED1">
              <w:rPr>
                <w:rFonts w:eastAsia="Arial"/>
                <w:b/>
                <w:color w:val="auto"/>
                <w:sz w:val="22"/>
                <w:lang w:val="ru-RU"/>
              </w:rPr>
              <w:t xml:space="preserve">Д. </w:t>
            </w:r>
            <w:r w:rsidR="00283C79" w:rsidRPr="00ED5ED1">
              <w:rPr>
                <w:b/>
                <w:color w:val="auto"/>
                <w:sz w:val="22"/>
                <w:lang w:val="ru-RU"/>
              </w:rPr>
              <w:t xml:space="preserve">Здійснення </w:t>
            </w:r>
            <w:r w:rsidR="00A80C07" w:rsidRPr="00ED5ED1">
              <w:rPr>
                <w:b/>
                <w:color w:val="auto"/>
                <w:sz w:val="22"/>
                <w:lang w:val="ru-RU"/>
              </w:rPr>
              <w:t xml:space="preserve">                    </w:t>
            </w:r>
            <w:r w:rsidR="00283C79" w:rsidRPr="00ED5ED1">
              <w:rPr>
                <w:b/>
                <w:color w:val="auto"/>
                <w:sz w:val="22"/>
                <w:lang w:val="ru-RU"/>
              </w:rPr>
              <w:t xml:space="preserve">посередництва та представництва </w:t>
            </w:r>
            <w:r w:rsidR="00A80C07" w:rsidRPr="00ED5ED1">
              <w:rPr>
                <w:b/>
                <w:color w:val="auto"/>
                <w:sz w:val="22"/>
                <w:lang w:val="ru-RU"/>
              </w:rPr>
              <w:t xml:space="preserve">             </w:t>
            </w:r>
            <w:r w:rsidR="00283C79" w:rsidRPr="00ED5ED1">
              <w:rPr>
                <w:b/>
                <w:color w:val="auto"/>
                <w:sz w:val="22"/>
                <w:lang w:val="ru-RU"/>
              </w:rPr>
              <w:t xml:space="preserve">інтересів </w:t>
            </w:r>
            <w:r w:rsidR="00A80C07" w:rsidRPr="00ED5ED1">
              <w:rPr>
                <w:b/>
                <w:color w:val="auto"/>
                <w:sz w:val="22"/>
                <w:lang w:val="ru-RU"/>
              </w:rPr>
              <w:t xml:space="preserve">                     </w:t>
            </w:r>
            <w:r w:rsidR="00283C79" w:rsidRPr="00ED5ED1">
              <w:rPr>
                <w:b/>
                <w:color w:val="auto"/>
                <w:sz w:val="22"/>
                <w:lang w:val="ru-RU"/>
              </w:rPr>
              <w:t>отримувачів підтримки.</w:t>
            </w: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9AB6E5D" w14:textId="5BAEAE76" w:rsidR="00283C79" w:rsidRPr="008220ED" w:rsidRDefault="00217531" w:rsidP="00283C79">
            <w:pPr>
              <w:rPr>
                <w:b/>
                <w:color w:val="auto"/>
                <w:sz w:val="22"/>
                <w:lang w:val="ru-RU"/>
              </w:rPr>
            </w:pPr>
            <w:r w:rsidRPr="008220ED">
              <w:rPr>
                <w:rFonts w:eastAsia="Arial"/>
                <w:b/>
                <w:color w:val="auto"/>
                <w:sz w:val="22"/>
                <w:lang w:val="ru-RU"/>
              </w:rPr>
              <w:t xml:space="preserve">Д1. </w:t>
            </w:r>
            <w:r w:rsidR="00283C79" w:rsidRPr="008220ED">
              <w:rPr>
                <w:b/>
                <w:color w:val="auto"/>
                <w:sz w:val="22"/>
                <w:lang w:val="ru-RU"/>
              </w:rPr>
              <w:t xml:space="preserve">Здатність </w:t>
            </w:r>
            <w:r w:rsidR="00ED5ED1" w:rsidRPr="008220ED">
              <w:rPr>
                <w:b/>
                <w:color w:val="auto"/>
                <w:sz w:val="22"/>
                <w:lang w:val="ru-RU"/>
              </w:rPr>
              <w:t xml:space="preserve">               </w:t>
            </w:r>
            <w:r w:rsidR="00283C79" w:rsidRPr="008220ED">
              <w:rPr>
                <w:b/>
                <w:color w:val="auto"/>
                <w:sz w:val="22"/>
                <w:lang w:val="ru-RU"/>
              </w:rPr>
              <w:t>організовувати та координувати взаємодію між</w:t>
            </w:r>
            <w:r w:rsidR="00ED5ED1" w:rsidRPr="008220ED">
              <w:rPr>
                <w:b/>
                <w:color w:val="auto"/>
                <w:sz w:val="22"/>
                <w:lang w:val="ru-RU"/>
              </w:rPr>
              <w:t xml:space="preserve">             </w:t>
            </w:r>
            <w:r w:rsidR="00283C79" w:rsidRPr="008220ED">
              <w:rPr>
                <w:b/>
                <w:color w:val="auto"/>
                <w:sz w:val="22"/>
                <w:lang w:val="ru-RU"/>
              </w:rPr>
              <w:t xml:space="preserve"> отримувачем підтримки, </w:t>
            </w:r>
            <w:r w:rsidR="00ED5ED1" w:rsidRPr="008220ED">
              <w:rPr>
                <w:b/>
                <w:color w:val="auto"/>
                <w:sz w:val="22"/>
                <w:lang w:val="ru-RU"/>
              </w:rPr>
              <w:t xml:space="preserve">                   </w:t>
            </w:r>
            <w:r w:rsidR="00283C79" w:rsidRPr="008220ED">
              <w:rPr>
                <w:b/>
                <w:color w:val="auto"/>
                <w:sz w:val="22"/>
                <w:lang w:val="ru-RU"/>
              </w:rPr>
              <w:t xml:space="preserve">органами </w:t>
            </w:r>
            <w:r w:rsidR="008220ED" w:rsidRPr="008220ED">
              <w:rPr>
                <w:b/>
                <w:color w:val="auto"/>
                <w:sz w:val="22"/>
                <w:lang w:val="ru-RU"/>
              </w:rPr>
              <w:t xml:space="preserve">                        </w:t>
            </w:r>
            <w:r w:rsidR="00283C79" w:rsidRPr="008220ED">
              <w:rPr>
                <w:b/>
                <w:color w:val="auto"/>
                <w:sz w:val="22"/>
                <w:lang w:val="ru-RU"/>
              </w:rPr>
              <w:t xml:space="preserve">державної влади, </w:t>
            </w:r>
            <w:r w:rsidR="00ED5ED1" w:rsidRPr="008220ED">
              <w:rPr>
                <w:b/>
                <w:color w:val="auto"/>
                <w:sz w:val="22"/>
                <w:lang w:val="ru-RU"/>
              </w:rPr>
              <w:t xml:space="preserve">                       </w:t>
            </w:r>
            <w:r w:rsidR="00283C79" w:rsidRPr="008220ED">
              <w:rPr>
                <w:b/>
                <w:color w:val="auto"/>
                <w:sz w:val="22"/>
                <w:lang w:val="ru-RU"/>
              </w:rPr>
              <w:t>органами місцевого самоврядування, установами,</w:t>
            </w:r>
            <w:r w:rsidR="00ED5ED1" w:rsidRPr="008220ED">
              <w:rPr>
                <w:b/>
                <w:color w:val="auto"/>
                <w:sz w:val="22"/>
                <w:lang w:val="ru-RU"/>
              </w:rPr>
              <w:t xml:space="preserve">                    </w:t>
            </w:r>
            <w:r w:rsidR="00283C79" w:rsidRPr="008220ED">
              <w:rPr>
                <w:b/>
                <w:color w:val="auto"/>
                <w:sz w:val="22"/>
                <w:lang w:val="ru-RU"/>
              </w:rPr>
              <w:t xml:space="preserve"> організаціями та надавачами послуг.</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BCF36DC" w14:textId="3B494E26" w:rsidR="00283C79" w:rsidRPr="008220ED" w:rsidRDefault="00217531" w:rsidP="00217531">
            <w:pPr>
              <w:spacing w:after="24"/>
              <w:rPr>
                <w:rFonts w:eastAsia="Arial"/>
                <w:color w:val="auto"/>
                <w:sz w:val="22"/>
                <w:lang w:val="ru-RU"/>
              </w:rPr>
            </w:pPr>
            <w:r w:rsidRPr="008220ED">
              <w:rPr>
                <w:rFonts w:eastAsia="Arial"/>
                <w:b/>
                <w:color w:val="auto"/>
                <w:sz w:val="22"/>
                <w:lang w:val="ru-RU"/>
              </w:rPr>
              <w:t xml:space="preserve">Д1.З1. </w:t>
            </w:r>
            <w:r w:rsidR="00283C79" w:rsidRPr="008220ED">
              <w:rPr>
                <w:rFonts w:eastAsia="Arial"/>
                <w:color w:val="auto"/>
                <w:sz w:val="22"/>
                <w:lang w:val="ru-RU"/>
              </w:rPr>
              <w:t xml:space="preserve">Повноваження, </w:t>
            </w:r>
            <w:r w:rsidR="00ED5ED1" w:rsidRPr="008220ED">
              <w:rPr>
                <w:rFonts w:eastAsia="Arial"/>
                <w:color w:val="auto"/>
                <w:sz w:val="22"/>
                <w:lang w:val="ru-RU"/>
              </w:rPr>
              <w:t xml:space="preserve">                </w:t>
            </w:r>
            <w:r w:rsidR="00283C79" w:rsidRPr="008220ED">
              <w:rPr>
                <w:rFonts w:eastAsia="Arial"/>
                <w:color w:val="auto"/>
                <w:sz w:val="22"/>
                <w:lang w:val="ru-RU"/>
              </w:rPr>
              <w:t xml:space="preserve">порядок звернення та канали взаємодії органів державної влади, органів місцевого </w:t>
            </w:r>
            <w:r w:rsidR="00ED5ED1" w:rsidRPr="008220ED">
              <w:rPr>
                <w:rFonts w:eastAsia="Arial"/>
                <w:color w:val="auto"/>
                <w:sz w:val="22"/>
                <w:lang w:val="ru-RU"/>
              </w:rPr>
              <w:t xml:space="preserve">               </w:t>
            </w:r>
            <w:r w:rsidR="00283C79" w:rsidRPr="008220ED">
              <w:rPr>
                <w:rFonts w:eastAsia="Arial"/>
                <w:color w:val="auto"/>
                <w:sz w:val="22"/>
                <w:lang w:val="ru-RU"/>
              </w:rPr>
              <w:t>самоврядування, закладів охорони здоров'я,</w:t>
            </w:r>
            <w:r w:rsidR="008220ED" w:rsidRPr="008220ED">
              <w:rPr>
                <w:rFonts w:eastAsia="Arial"/>
                <w:color w:val="auto"/>
                <w:sz w:val="22"/>
                <w:lang w:val="ru-RU"/>
              </w:rPr>
              <w:t xml:space="preserve">                             </w:t>
            </w:r>
            <w:r w:rsidR="00283C79" w:rsidRPr="008220ED">
              <w:rPr>
                <w:rFonts w:eastAsia="Arial"/>
                <w:color w:val="auto"/>
                <w:sz w:val="22"/>
                <w:lang w:val="ru-RU"/>
              </w:rPr>
              <w:t xml:space="preserve"> реабілітаційних установ,</w:t>
            </w:r>
            <w:r w:rsidR="00ED5ED1" w:rsidRPr="008220ED">
              <w:rPr>
                <w:rFonts w:eastAsia="Arial"/>
                <w:color w:val="auto"/>
                <w:sz w:val="22"/>
                <w:lang w:val="ru-RU"/>
              </w:rPr>
              <w:t xml:space="preserve">                              </w:t>
            </w:r>
            <w:r w:rsidR="00283C79" w:rsidRPr="008220ED">
              <w:rPr>
                <w:rFonts w:eastAsia="Arial"/>
                <w:color w:val="auto"/>
                <w:sz w:val="22"/>
                <w:lang w:val="ru-RU"/>
              </w:rPr>
              <w:t xml:space="preserve"> територіальних центрів </w:t>
            </w:r>
            <w:r w:rsidR="00ED5ED1" w:rsidRPr="008220ED">
              <w:rPr>
                <w:rFonts w:eastAsia="Arial"/>
                <w:color w:val="auto"/>
                <w:sz w:val="22"/>
                <w:lang w:val="ru-RU"/>
              </w:rPr>
              <w:t xml:space="preserve">               </w:t>
            </w:r>
            <w:r w:rsidR="00283C79" w:rsidRPr="008220ED">
              <w:rPr>
                <w:rFonts w:eastAsia="Arial"/>
                <w:color w:val="auto"/>
                <w:sz w:val="22"/>
                <w:lang w:val="ru-RU"/>
              </w:rPr>
              <w:t>комплектування та соціальної підтримки, військово-</w:t>
            </w:r>
            <w:r w:rsidR="00ED5ED1" w:rsidRPr="008220ED">
              <w:rPr>
                <w:rFonts w:eastAsia="Arial"/>
                <w:color w:val="auto"/>
                <w:sz w:val="22"/>
                <w:lang w:val="ru-RU"/>
              </w:rPr>
              <w:t xml:space="preserve">            </w:t>
            </w:r>
            <w:r w:rsidR="00283C79" w:rsidRPr="008220ED">
              <w:rPr>
                <w:rFonts w:eastAsia="Arial"/>
                <w:color w:val="auto"/>
                <w:sz w:val="22"/>
                <w:lang w:val="ru-RU"/>
              </w:rPr>
              <w:t>лікарських комісій,</w:t>
            </w:r>
            <w:r w:rsidR="00ED5ED1" w:rsidRPr="008220ED">
              <w:rPr>
                <w:rFonts w:eastAsia="Arial"/>
                <w:color w:val="auto"/>
                <w:sz w:val="22"/>
                <w:lang w:val="ru-RU"/>
              </w:rPr>
              <w:t xml:space="preserve">                </w:t>
            </w:r>
            <w:r w:rsidR="00283C79" w:rsidRPr="008220ED">
              <w:rPr>
                <w:rFonts w:eastAsia="Arial"/>
                <w:color w:val="auto"/>
                <w:sz w:val="22"/>
                <w:lang w:val="ru-RU"/>
              </w:rPr>
              <w:t xml:space="preserve"> експертних команд з оцінювання повсякденного функціонування особи, Пенсійного фонду України та інших суб'єктів, залучених до надання підтримки.</w:t>
            </w:r>
          </w:p>
          <w:p w14:paraId="0DBB82B9" w14:textId="77777777" w:rsidR="00283C79" w:rsidRPr="008220ED" w:rsidRDefault="00283C79" w:rsidP="00217531">
            <w:pPr>
              <w:spacing w:after="24"/>
              <w:rPr>
                <w:rFonts w:eastAsia="Arial"/>
                <w:color w:val="auto"/>
                <w:sz w:val="22"/>
                <w:lang w:val="ru-RU"/>
              </w:rPr>
            </w:pPr>
          </w:p>
          <w:p w14:paraId="1FF0F198" w14:textId="18D2F2EB" w:rsidR="00283C79" w:rsidRPr="008220ED" w:rsidRDefault="00217531" w:rsidP="00283C79">
            <w:pPr>
              <w:spacing w:after="24"/>
              <w:rPr>
                <w:color w:val="auto"/>
                <w:sz w:val="22"/>
                <w:lang w:val="ru-RU"/>
              </w:rPr>
            </w:pPr>
            <w:r w:rsidRPr="008220ED">
              <w:rPr>
                <w:rFonts w:eastAsia="Arial"/>
                <w:b/>
                <w:color w:val="auto"/>
                <w:sz w:val="22"/>
                <w:lang w:val="ru-RU"/>
              </w:rPr>
              <w:t xml:space="preserve">Д1.З2. </w:t>
            </w:r>
            <w:r w:rsidR="00283C79" w:rsidRPr="008220ED">
              <w:rPr>
                <w:color w:val="auto"/>
                <w:sz w:val="22"/>
                <w:lang w:val="ru-RU"/>
              </w:rPr>
              <w:t xml:space="preserve">Принципи </w:t>
            </w:r>
            <w:r w:rsidR="008220ED" w:rsidRPr="008220ED">
              <w:rPr>
                <w:color w:val="auto"/>
                <w:sz w:val="22"/>
                <w:lang w:val="ru-RU"/>
              </w:rPr>
              <w:t xml:space="preserve">                          </w:t>
            </w:r>
            <w:r w:rsidR="00283C79" w:rsidRPr="008220ED">
              <w:rPr>
                <w:color w:val="auto"/>
                <w:sz w:val="22"/>
                <w:lang w:val="ru-RU"/>
              </w:rPr>
              <w:t>посередництва,</w:t>
            </w:r>
            <w:r w:rsidR="008220ED" w:rsidRPr="008220ED">
              <w:rPr>
                <w:color w:val="auto"/>
                <w:sz w:val="22"/>
                <w:lang w:val="ru-RU"/>
              </w:rPr>
              <w:t xml:space="preserve">                               </w:t>
            </w:r>
            <w:r w:rsidR="00283C79" w:rsidRPr="008220ED">
              <w:rPr>
                <w:color w:val="auto"/>
                <w:sz w:val="22"/>
                <w:lang w:val="ru-RU"/>
              </w:rPr>
              <w:t xml:space="preserve"> перенаправлення, </w:t>
            </w:r>
            <w:r w:rsidR="008220ED" w:rsidRPr="008220ED">
              <w:rPr>
                <w:color w:val="auto"/>
                <w:sz w:val="22"/>
                <w:lang w:val="ru-RU"/>
              </w:rPr>
              <w:t xml:space="preserve">                         </w:t>
            </w:r>
            <w:r w:rsidR="00283C79" w:rsidRPr="008220ED">
              <w:rPr>
                <w:color w:val="auto"/>
                <w:sz w:val="22"/>
                <w:lang w:val="ru-RU"/>
              </w:rPr>
              <w:t xml:space="preserve">міжвідомчої та </w:t>
            </w:r>
            <w:r w:rsidR="008220ED" w:rsidRPr="008220ED">
              <w:rPr>
                <w:color w:val="auto"/>
                <w:sz w:val="22"/>
                <w:lang w:val="ru-RU"/>
              </w:rPr>
              <w:t xml:space="preserve">                             </w:t>
            </w:r>
            <w:r w:rsidR="00283C79" w:rsidRPr="008220ED">
              <w:rPr>
                <w:color w:val="auto"/>
                <w:sz w:val="22"/>
                <w:lang w:val="ru-RU"/>
              </w:rPr>
              <w:t>міжпрофесійної взаємодії,</w:t>
            </w:r>
            <w:r w:rsidR="008220ED" w:rsidRPr="008220ED">
              <w:rPr>
                <w:color w:val="auto"/>
                <w:sz w:val="22"/>
                <w:lang w:val="ru-RU"/>
              </w:rPr>
              <w:t xml:space="preserve">           </w:t>
            </w:r>
            <w:r w:rsidR="00283C79" w:rsidRPr="008220ED">
              <w:rPr>
                <w:color w:val="auto"/>
                <w:sz w:val="22"/>
                <w:lang w:val="ru-RU"/>
              </w:rPr>
              <w:t xml:space="preserve"> координації дій і захисту </w:t>
            </w:r>
            <w:r w:rsidR="008220ED" w:rsidRPr="008220ED">
              <w:rPr>
                <w:color w:val="auto"/>
                <w:sz w:val="22"/>
                <w:lang w:val="ru-RU"/>
              </w:rPr>
              <w:t xml:space="preserve">     </w:t>
            </w:r>
            <w:r w:rsidR="00283C79" w:rsidRPr="008220ED">
              <w:rPr>
                <w:color w:val="auto"/>
                <w:sz w:val="22"/>
                <w:lang w:val="ru-RU"/>
              </w:rPr>
              <w:t>персональних даних.</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2D495C51" w14:textId="488DAB63" w:rsidR="00283C79" w:rsidRPr="008220ED" w:rsidRDefault="00217531" w:rsidP="00217531">
            <w:pPr>
              <w:spacing w:after="24"/>
              <w:rPr>
                <w:rFonts w:eastAsia="Arial"/>
                <w:color w:val="auto"/>
                <w:sz w:val="22"/>
                <w:lang w:val="ru-RU"/>
              </w:rPr>
            </w:pPr>
            <w:r w:rsidRPr="008220ED">
              <w:rPr>
                <w:rFonts w:eastAsia="Arial"/>
                <w:b/>
                <w:color w:val="auto"/>
                <w:sz w:val="22"/>
                <w:lang w:val="ru-RU"/>
              </w:rPr>
              <w:lastRenderedPageBreak/>
              <w:t xml:space="preserve">Д1.У1. </w:t>
            </w:r>
            <w:r w:rsidR="00283C79" w:rsidRPr="008220ED">
              <w:rPr>
                <w:rFonts w:eastAsia="Arial"/>
                <w:color w:val="auto"/>
                <w:sz w:val="22"/>
                <w:lang w:val="ru-RU"/>
              </w:rPr>
              <w:t xml:space="preserve">Визначати належного суб'єкта звернення, </w:t>
            </w:r>
            <w:r w:rsidR="00ED5ED1" w:rsidRPr="008220ED">
              <w:rPr>
                <w:rFonts w:eastAsia="Arial"/>
                <w:color w:val="auto"/>
                <w:sz w:val="22"/>
                <w:lang w:val="ru-RU"/>
              </w:rPr>
              <w:t xml:space="preserve">                     </w:t>
            </w:r>
            <w:r w:rsidR="00283C79" w:rsidRPr="008220ED">
              <w:rPr>
                <w:rFonts w:eastAsia="Arial"/>
                <w:color w:val="auto"/>
                <w:sz w:val="22"/>
                <w:lang w:val="ru-RU"/>
              </w:rPr>
              <w:t>встановлювати робочий</w:t>
            </w:r>
            <w:r w:rsidR="00ED5ED1" w:rsidRPr="008220ED">
              <w:rPr>
                <w:rFonts w:eastAsia="Arial"/>
                <w:color w:val="auto"/>
                <w:sz w:val="22"/>
                <w:lang w:val="ru-RU"/>
              </w:rPr>
              <w:t xml:space="preserve">         </w:t>
            </w:r>
            <w:r w:rsidR="00283C79" w:rsidRPr="008220ED">
              <w:rPr>
                <w:rFonts w:eastAsia="Arial"/>
                <w:color w:val="auto"/>
                <w:sz w:val="22"/>
                <w:lang w:val="ru-RU"/>
              </w:rPr>
              <w:t xml:space="preserve"> контакт, організовувати прийом, перенаправлення,</w:t>
            </w:r>
            <w:r w:rsidR="00ED5ED1" w:rsidRPr="008220ED">
              <w:rPr>
                <w:rFonts w:eastAsia="Arial"/>
                <w:color w:val="auto"/>
                <w:sz w:val="22"/>
                <w:lang w:val="ru-RU"/>
              </w:rPr>
              <w:t xml:space="preserve">       </w:t>
            </w:r>
            <w:r w:rsidR="00283C79" w:rsidRPr="008220ED">
              <w:rPr>
                <w:rFonts w:eastAsia="Arial"/>
                <w:color w:val="auto"/>
                <w:sz w:val="22"/>
                <w:lang w:val="ru-RU"/>
              </w:rPr>
              <w:t xml:space="preserve"> передавання необхідних</w:t>
            </w:r>
            <w:r w:rsidR="00ED5ED1" w:rsidRPr="008220ED">
              <w:rPr>
                <w:rFonts w:eastAsia="Arial"/>
                <w:color w:val="auto"/>
                <w:sz w:val="22"/>
                <w:lang w:val="ru-RU"/>
              </w:rPr>
              <w:t xml:space="preserve">             </w:t>
            </w:r>
            <w:r w:rsidR="00283C79" w:rsidRPr="008220ED">
              <w:rPr>
                <w:rFonts w:eastAsia="Arial"/>
                <w:color w:val="auto"/>
                <w:sz w:val="22"/>
                <w:lang w:val="ru-RU"/>
              </w:rPr>
              <w:t xml:space="preserve"> документів або обмін</w:t>
            </w:r>
            <w:r w:rsidR="00ED5ED1" w:rsidRPr="008220ED">
              <w:rPr>
                <w:rFonts w:eastAsia="Arial"/>
                <w:color w:val="auto"/>
                <w:sz w:val="22"/>
                <w:lang w:val="ru-RU"/>
              </w:rPr>
              <w:t xml:space="preserve">             </w:t>
            </w:r>
            <w:r w:rsidR="00283C79" w:rsidRPr="008220ED">
              <w:rPr>
                <w:rFonts w:eastAsia="Arial"/>
                <w:color w:val="auto"/>
                <w:sz w:val="22"/>
                <w:lang w:val="ru-RU"/>
              </w:rPr>
              <w:t xml:space="preserve"> інформацією в межах</w:t>
            </w:r>
            <w:r w:rsidR="00ED5ED1" w:rsidRPr="008220ED">
              <w:rPr>
                <w:rFonts w:eastAsia="Arial"/>
                <w:color w:val="auto"/>
                <w:sz w:val="22"/>
                <w:lang w:val="ru-RU"/>
              </w:rPr>
              <w:t xml:space="preserve">              </w:t>
            </w:r>
            <w:r w:rsidR="00283C79" w:rsidRPr="008220ED">
              <w:rPr>
                <w:rFonts w:eastAsia="Arial"/>
                <w:color w:val="auto"/>
                <w:sz w:val="22"/>
                <w:lang w:val="ru-RU"/>
              </w:rPr>
              <w:t xml:space="preserve"> визначених процедур.</w:t>
            </w:r>
          </w:p>
          <w:p w14:paraId="03A8AE1B" w14:textId="77777777" w:rsidR="00283C79" w:rsidRPr="008220ED" w:rsidRDefault="00283C79" w:rsidP="00217531">
            <w:pPr>
              <w:spacing w:after="24"/>
              <w:rPr>
                <w:color w:val="auto"/>
                <w:sz w:val="22"/>
                <w:lang w:val="ru-RU"/>
              </w:rPr>
            </w:pPr>
          </w:p>
          <w:p w14:paraId="054FFF14" w14:textId="56B54E70" w:rsidR="00283C79" w:rsidRPr="008220ED" w:rsidRDefault="00217531" w:rsidP="00283C79">
            <w:pPr>
              <w:spacing w:after="24"/>
              <w:rPr>
                <w:color w:val="auto"/>
                <w:sz w:val="22"/>
                <w:lang w:val="ru-RU"/>
              </w:rPr>
            </w:pPr>
            <w:r w:rsidRPr="008220ED">
              <w:rPr>
                <w:rFonts w:eastAsia="Arial"/>
                <w:b/>
                <w:color w:val="auto"/>
                <w:sz w:val="22"/>
                <w:lang w:val="ru-RU"/>
              </w:rPr>
              <w:t xml:space="preserve">Д1.У2. </w:t>
            </w:r>
            <w:r w:rsidR="00283C79" w:rsidRPr="008220ED">
              <w:rPr>
                <w:color w:val="auto"/>
                <w:sz w:val="22"/>
                <w:lang w:val="ru-RU"/>
              </w:rPr>
              <w:t xml:space="preserve">Координувати послідовність дій залучених суб'єктів, контролювати </w:t>
            </w:r>
            <w:r w:rsidR="00ED5ED1" w:rsidRPr="008220ED">
              <w:rPr>
                <w:color w:val="auto"/>
                <w:sz w:val="22"/>
                <w:lang w:val="ru-RU"/>
              </w:rPr>
              <w:t xml:space="preserve">          </w:t>
            </w:r>
            <w:r w:rsidR="00283C79" w:rsidRPr="008220ED">
              <w:rPr>
                <w:color w:val="auto"/>
                <w:sz w:val="22"/>
                <w:lang w:val="ru-RU"/>
              </w:rPr>
              <w:t xml:space="preserve">проходження визначеного маршруту підтримки та </w:t>
            </w:r>
            <w:r w:rsidR="00ED5ED1" w:rsidRPr="008220ED">
              <w:rPr>
                <w:color w:val="auto"/>
                <w:sz w:val="22"/>
                <w:lang w:val="ru-RU"/>
              </w:rPr>
              <w:t xml:space="preserve">           </w:t>
            </w:r>
            <w:r w:rsidR="00283C79" w:rsidRPr="008220ED">
              <w:rPr>
                <w:color w:val="auto"/>
                <w:sz w:val="22"/>
                <w:lang w:val="ru-RU"/>
              </w:rPr>
              <w:t xml:space="preserve">вживати заходів для запобігання перериванню </w:t>
            </w:r>
            <w:r w:rsidR="00283C79" w:rsidRPr="008220ED">
              <w:rPr>
                <w:color w:val="auto"/>
                <w:sz w:val="22"/>
                <w:lang w:val="ru-RU"/>
              </w:rPr>
              <w:lastRenderedPageBreak/>
              <w:t xml:space="preserve">супроводу після </w:t>
            </w:r>
            <w:r w:rsidR="00ED5ED1" w:rsidRPr="008220ED">
              <w:rPr>
                <w:color w:val="auto"/>
                <w:sz w:val="22"/>
                <w:lang w:val="ru-RU"/>
              </w:rPr>
              <w:t xml:space="preserve">                            </w:t>
            </w:r>
            <w:r w:rsidR="00283C79" w:rsidRPr="008220ED">
              <w:rPr>
                <w:color w:val="auto"/>
                <w:sz w:val="22"/>
                <w:lang w:val="ru-RU"/>
              </w:rPr>
              <w:t>перенаправлення.</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68F9597C" w14:textId="0559E888" w:rsidR="00283C79" w:rsidRPr="008220ED" w:rsidRDefault="00217531" w:rsidP="00A0176C">
            <w:pPr>
              <w:spacing w:after="24"/>
              <w:rPr>
                <w:color w:val="auto"/>
                <w:sz w:val="22"/>
                <w:lang w:val="ru-RU"/>
              </w:rPr>
            </w:pPr>
            <w:r w:rsidRPr="008220ED">
              <w:rPr>
                <w:rFonts w:eastAsia="Arial"/>
                <w:b/>
                <w:color w:val="auto"/>
                <w:sz w:val="22"/>
                <w:lang w:val="ru-RU"/>
              </w:rPr>
              <w:lastRenderedPageBreak/>
              <w:t xml:space="preserve">Д1.К1. </w:t>
            </w:r>
            <w:r w:rsidR="00283C79" w:rsidRPr="008220ED">
              <w:rPr>
                <w:color w:val="auto"/>
                <w:sz w:val="22"/>
                <w:lang w:val="ru-RU"/>
              </w:rPr>
              <w:t xml:space="preserve">Здійснювати </w:t>
            </w:r>
            <w:r w:rsidR="00ED5ED1" w:rsidRPr="008220ED">
              <w:rPr>
                <w:color w:val="auto"/>
                <w:sz w:val="22"/>
                <w:lang w:val="ru-RU"/>
              </w:rPr>
              <w:t xml:space="preserve">           </w:t>
            </w:r>
            <w:r w:rsidR="00283C79" w:rsidRPr="008220ED">
              <w:rPr>
                <w:color w:val="auto"/>
                <w:sz w:val="22"/>
                <w:lang w:val="ru-RU"/>
              </w:rPr>
              <w:t xml:space="preserve">тристоронню та </w:t>
            </w:r>
            <w:r w:rsidR="00ED5ED1" w:rsidRPr="008220ED">
              <w:rPr>
                <w:color w:val="auto"/>
                <w:sz w:val="22"/>
                <w:lang w:val="ru-RU"/>
              </w:rPr>
              <w:t xml:space="preserve">                 </w:t>
            </w:r>
            <w:r w:rsidR="00283C79" w:rsidRPr="008220ED">
              <w:rPr>
                <w:color w:val="auto"/>
                <w:sz w:val="22"/>
                <w:lang w:val="ru-RU"/>
              </w:rPr>
              <w:t xml:space="preserve">міжпрофесійну </w:t>
            </w:r>
            <w:r w:rsidR="00ED5ED1" w:rsidRPr="008220ED">
              <w:rPr>
                <w:color w:val="auto"/>
                <w:sz w:val="22"/>
                <w:lang w:val="ru-RU"/>
              </w:rPr>
              <w:t xml:space="preserve">                   </w:t>
            </w:r>
            <w:r w:rsidR="00283C79" w:rsidRPr="008220ED">
              <w:rPr>
                <w:color w:val="auto"/>
                <w:sz w:val="22"/>
                <w:lang w:val="ru-RU"/>
              </w:rPr>
              <w:t>комунікацію з чітким визначенням предмета звернення, необхідної дії, відповідального суб'єкта, строку</w:t>
            </w:r>
            <w:r w:rsidR="00ED5ED1" w:rsidRPr="008220ED">
              <w:rPr>
                <w:color w:val="auto"/>
                <w:sz w:val="22"/>
                <w:lang w:val="ru-RU"/>
              </w:rPr>
              <w:t xml:space="preserve">                    </w:t>
            </w:r>
            <w:r w:rsidR="00283C79" w:rsidRPr="008220ED">
              <w:rPr>
                <w:color w:val="auto"/>
                <w:sz w:val="22"/>
                <w:lang w:val="ru-RU"/>
              </w:rPr>
              <w:t xml:space="preserve"> виконання та способу зворотного зв'язку.</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0EAE53B" w14:textId="02C2B15A" w:rsidR="00A0176C" w:rsidRPr="008220ED" w:rsidRDefault="00217531" w:rsidP="00A0176C">
            <w:pPr>
              <w:spacing w:after="24"/>
              <w:rPr>
                <w:color w:val="auto"/>
                <w:sz w:val="22"/>
                <w:lang w:val="ru-RU"/>
              </w:rPr>
            </w:pPr>
            <w:r w:rsidRPr="008220ED">
              <w:rPr>
                <w:rFonts w:eastAsia="Arial"/>
                <w:b/>
                <w:color w:val="auto"/>
                <w:sz w:val="22"/>
                <w:lang w:val="ru-RU"/>
              </w:rPr>
              <w:t xml:space="preserve">Д1.В1. </w:t>
            </w:r>
            <w:r w:rsidR="00A0176C" w:rsidRPr="008220ED">
              <w:rPr>
                <w:color w:val="auto"/>
                <w:sz w:val="22"/>
                <w:lang w:val="ru-RU"/>
              </w:rPr>
              <w:t xml:space="preserve">Самостійно здійснювати </w:t>
            </w:r>
            <w:r w:rsidR="00ED5ED1" w:rsidRPr="008220ED">
              <w:rPr>
                <w:color w:val="auto"/>
                <w:sz w:val="22"/>
                <w:lang w:val="ru-RU"/>
              </w:rPr>
              <w:t xml:space="preserve">                           </w:t>
            </w:r>
            <w:r w:rsidR="00A0176C" w:rsidRPr="008220ED">
              <w:rPr>
                <w:color w:val="auto"/>
                <w:sz w:val="22"/>
                <w:lang w:val="ru-RU"/>
              </w:rPr>
              <w:t>посередництво та</w:t>
            </w:r>
            <w:r w:rsidR="00ED5ED1" w:rsidRPr="008220ED">
              <w:rPr>
                <w:color w:val="auto"/>
                <w:sz w:val="22"/>
                <w:lang w:val="ru-RU"/>
              </w:rPr>
              <w:t xml:space="preserve">                 </w:t>
            </w:r>
            <w:r w:rsidR="00A0176C" w:rsidRPr="008220ED">
              <w:rPr>
                <w:color w:val="auto"/>
                <w:sz w:val="22"/>
                <w:lang w:val="ru-RU"/>
              </w:rPr>
              <w:t xml:space="preserve"> координацію взаємодії в межах професійних </w:t>
            </w:r>
            <w:r w:rsidR="00ED5ED1" w:rsidRPr="008220ED">
              <w:rPr>
                <w:color w:val="auto"/>
                <w:sz w:val="22"/>
                <w:lang w:val="ru-RU"/>
              </w:rPr>
              <w:t xml:space="preserve">              </w:t>
            </w:r>
            <w:r w:rsidR="00A0176C" w:rsidRPr="008220ED">
              <w:rPr>
                <w:color w:val="auto"/>
                <w:sz w:val="22"/>
                <w:lang w:val="ru-RU"/>
              </w:rPr>
              <w:t>повноважень, не підміняючи волю</w:t>
            </w:r>
            <w:r w:rsidR="008220ED" w:rsidRPr="008220ED">
              <w:rPr>
                <w:color w:val="auto"/>
                <w:sz w:val="22"/>
                <w:lang w:val="ru-RU"/>
              </w:rPr>
              <w:t xml:space="preserve">                 </w:t>
            </w:r>
            <w:r w:rsidR="00A0176C" w:rsidRPr="008220ED">
              <w:rPr>
                <w:color w:val="auto"/>
                <w:sz w:val="22"/>
                <w:lang w:val="ru-RU"/>
              </w:rPr>
              <w:t xml:space="preserve"> отримувача підтримки та не приймаючи рішень, віднесених до </w:t>
            </w:r>
            <w:r w:rsidR="008220ED" w:rsidRPr="008220ED">
              <w:rPr>
                <w:color w:val="auto"/>
                <w:sz w:val="22"/>
                <w:lang w:val="ru-RU"/>
              </w:rPr>
              <w:t xml:space="preserve">                       </w:t>
            </w:r>
            <w:r w:rsidR="00A0176C" w:rsidRPr="008220ED">
              <w:rPr>
                <w:color w:val="auto"/>
                <w:sz w:val="22"/>
                <w:lang w:val="ru-RU"/>
              </w:rPr>
              <w:t>компетенції інших</w:t>
            </w:r>
            <w:r w:rsidR="008220ED" w:rsidRPr="008220ED">
              <w:rPr>
                <w:color w:val="auto"/>
                <w:sz w:val="22"/>
                <w:lang w:val="ru-RU"/>
              </w:rPr>
              <w:t xml:space="preserve">            </w:t>
            </w:r>
            <w:r w:rsidR="00A0176C" w:rsidRPr="008220ED">
              <w:rPr>
                <w:color w:val="auto"/>
                <w:sz w:val="22"/>
                <w:lang w:val="ru-RU"/>
              </w:rPr>
              <w:t xml:space="preserve"> уповноважених суб'єктів.</w:t>
            </w:r>
          </w:p>
        </w:tc>
      </w:tr>
      <w:tr w:rsidR="00217531" w:rsidRPr="0076799D" w14:paraId="13807415"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668A0273" w14:textId="77777777" w:rsidR="00217531" w:rsidRPr="003C4740" w:rsidRDefault="00217531" w:rsidP="00217531">
            <w:pPr>
              <w:rPr>
                <w:color w:val="00B050"/>
                <w:sz w:val="22"/>
                <w:lang w:val="ru-RU"/>
              </w:rPr>
            </w:pP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EF081C9" w14:textId="16A5521F" w:rsidR="00A0176C" w:rsidRPr="008220ED" w:rsidRDefault="00217531" w:rsidP="00217531">
            <w:pPr>
              <w:rPr>
                <w:rFonts w:eastAsia="Arial"/>
                <w:b/>
                <w:color w:val="auto"/>
                <w:sz w:val="22"/>
                <w:lang w:val="ru-RU"/>
              </w:rPr>
            </w:pPr>
            <w:r w:rsidRPr="008220ED">
              <w:rPr>
                <w:rFonts w:eastAsia="Arial"/>
                <w:b/>
                <w:color w:val="auto"/>
                <w:sz w:val="22"/>
                <w:lang w:val="ru-RU"/>
              </w:rPr>
              <w:t xml:space="preserve">Д2. </w:t>
            </w:r>
            <w:r w:rsidR="00A0176C" w:rsidRPr="008220ED">
              <w:rPr>
                <w:rFonts w:eastAsia="Arial"/>
                <w:b/>
                <w:color w:val="auto"/>
                <w:sz w:val="22"/>
                <w:lang w:val="ru-RU"/>
              </w:rPr>
              <w:t xml:space="preserve">Здатність відстежувати перебіг і результати </w:t>
            </w:r>
            <w:r w:rsidR="008220ED" w:rsidRPr="008220ED">
              <w:rPr>
                <w:rFonts w:eastAsia="Arial"/>
                <w:b/>
                <w:color w:val="auto"/>
                <w:sz w:val="22"/>
                <w:lang w:val="ru-RU"/>
              </w:rPr>
              <w:t xml:space="preserve">                       </w:t>
            </w:r>
            <w:r w:rsidR="00A0176C" w:rsidRPr="008220ED">
              <w:rPr>
                <w:rFonts w:eastAsia="Arial"/>
                <w:b/>
                <w:color w:val="auto"/>
                <w:sz w:val="22"/>
                <w:lang w:val="ru-RU"/>
              </w:rPr>
              <w:t xml:space="preserve">отримання підтримки та </w:t>
            </w:r>
            <w:r w:rsidR="008220ED" w:rsidRPr="008220ED">
              <w:rPr>
                <w:rFonts w:eastAsia="Arial"/>
                <w:b/>
                <w:color w:val="auto"/>
                <w:sz w:val="22"/>
                <w:lang w:val="ru-RU"/>
              </w:rPr>
              <w:t xml:space="preserve">                      </w:t>
            </w:r>
            <w:r w:rsidR="00A0176C" w:rsidRPr="008220ED">
              <w:rPr>
                <w:rFonts w:eastAsia="Arial"/>
                <w:b/>
                <w:color w:val="auto"/>
                <w:sz w:val="22"/>
                <w:lang w:val="ru-RU"/>
              </w:rPr>
              <w:t>представляти</w:t>
            </w:r>
            <w:r w:rsidR="008220ED" w:rsidRPr="008220ED">
              <w:rPr>
                <w:rFonts w:eastAsia="Arial"/>
                <w:b/>
                <w:color w:val="auto"/>
                <w:sz w:val="22"/>
                <w:lang w:val="ru-RU"/>
              </w:rPr>
              <w:t xml:space="preserve">                      </w:t>
            </w:r>
            <w:r w:rsidR="00A0176C" w:rsidRPr="008220ED">
              <w:rPr>
                <w:rFonts w:eastAsia="Arial"/>
                <w:b/>
                <w:color w:val="auto"/>
                <w:sz w:val="22"/>
                <w:lang w:val="ru-RU"/>
              </w:rPr>
              <w:t xml:space="preserve"> інтереси отримувача підтримки в межах наданих повноважень.</w:t>
            </w:r>
          </w:p>
          <w:p w14:paraId="578CD144" w14:textId="77777777" w:rsidR="00A0176C" w:rsidRPr="008220ED" w:rsidRDefault="00A0176C" w:rsidP="00217531">
            <w:pPr>
              <w:rPr>
                <w:color w:val="auto"/>
                <w:sz w:val="22"/>
                <w:lang w:val="ru-RU"/>
              </w:rPr>
            </w:pP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E15BC34" w14:textId="380A656E" w:rsidR="00A0176C" w:rsidRPr="008220ED" w:rsidRDefault="00217531" w:rsidP="00217531">
            <w:pPr>
              <w:spacing w:after="24"/>
              <w:rPr>
                <w:rFonts w:eastAsia="Arial"/>
                <w:color w:val="auto"/>
                <w:sz w:val="22"/>
                <w:lang w:val="ru-RU"/>
              </w:rPr>
            </w:pPr>
            <w:r w:rsidRPr="008220ED">
              <w:rPr>
                <w:rFonts w:eastAsia="Arial"/>
                <w:b/>
                <w:color w:val="auto"/>
                <w:sz w:val="22"/>
                <w:lang w:val="ru-RU"/>
              </w:rPr>
              <w:t xml:space="preserve">Д2.З1. </w:t>
            </w:r>
            <w:r w:rsidR="00A0176C" w:rsidRPr="008220ED">
              <w:rPr>
                <w:rFonts w:eastAsia="Arial"/>
                <w:color w:val="auto"/>
                <w:sz w:val="22"/>
                <w:lang w:val="ru-RU"/>
              </w:rPr>
              <w:t xml:space="preserve">Правові підстави, форми та межі представництва інтересів отримувача підтримки; відмінність </w:t>
            </w:r>
            <w:r w:rsidR="008220ED" w:rsidRPr="008220ED">
              <w:rPr>
                <w:rFonts w:eastAsia="Arial"/>
                <w:color w:val="auto"/>
                <w:sz w:val="22"/>
                <w:lang w:val="ru-RU"/>
              </w:rPr>
              <w:t xml:space="preserve">                </w:t>
            </w:r>
            <w:r w:rsidR="00A0176C" w:rsidRPr="008220ED">
              <w:rPr>
                <w:rFonts w:eastAsia="Arial"/>
                <w:color w:val="auto"/>
                <w:sz w:val="22"/>
                <w:lang w:val="ru-RU"/>
              </w:rPr>
              <w:t xml:space="preserve">представництва інтересів від професійної правничої </w:t>
            </w:r>
            <w:r w:rsidR="008220ED" w:rsidRPr="008220ED">
              <w:rPr>
                <w:rFonts w:eastAsia="Arial"/>
                <w:color w:val="auto"/>
                <w:sz w:val="22"/>
                <w:lang w:val="ru-RU"/>
              </w:rPr>
              <w:t xml:space="preserve">                    </w:t>
            </w:r>
            <w:r w:rsidR="00A0176C" w:rsidRPr="008220ED">
              <w:rPr>
                <w:rFonts w:eastAsia="Arial"/>
                <w:color w:val="auto"/>
                <w:sz w:val="22"/>
                <w:lang w:val="ru-RU"/>
              </w:rPr>
              <w:t>допомоги.</w:t>
            </w:r>
          </w:p>
          <w:p w14:paraId="6BAD035A" w14:textId="77777777" w:rsidR="00A0176C" w:rsidRPr="008220ED" w:rsidRDefault="00A0176C" w:rsidP="00217531">
            <w:pPr>
              <w:spacing w:after="24"/>
              <w:rPr>
                <w:color w:val="auto"/>
                <w:sz w:val="22"/>
                <w:lang w:val="ru-RU"/>
              </w:rPr>
            </w:pPr>
          </w:p>
          <w:p w14:paraId="7F9A4F85" w14:textId="4596EE2B" w:rsidR="00F83C81" w:rsidRPr="008220ED" w:rsidRDefault="00217531" w:rsidP="00F83C81">
            <w:pPr>
              <w:spacing w:after="24"/>
              <w:rPr>
                <w:color w:val="auto"/>
                <w:sz w:val="22"/>
                <w:lang w:val="ru-RU"/>
              </w:rPr>
            </w:pPr>
            <w:r w:rsidRPr="008220ED">
              <w:rPr>
                <w:rFonts w:eastAsia="Arial"/>
                <w:b/>
                <w:color w:val="auto"/>
                <w:sz w:val="22"/>
                <w:lang w:val="ru-RU"/>
              </w:rPr>
              <w:t xml:space="preserve">Д2.З2. </w:t>
            </w:r>
            <w:r w:rsidR="00F83C81" w:rsidRPr="008220ED">
              <w:rPr>
                <w:color w:val="auto"/>
                <w:sz w:val="22"/>
                <w:lang w:val="ru-RU"/>
              </w:rPr>
              <w:t>Порядок контролю строків виконання звернень, способи підтвердження подання документів, отримання послуг або прийняття рішення та порядок</w:t>
            </w:r>
            <w:r w:rsidR="008220ED" w:rsidRPr="008220ED">
              <w:rPr>
                <w:color w:val="auto"/>
                <w:sz w:val="22"/>
                <w:lang w:val="ru-RU"/>
              </w:rPr>
              <w:t xml:space="preserve">                          </w:t>
            </w:r>
            <w:r w:rsidR="00F83C81" w:rsidRPr="008220ED">
              <w:rPr>
                <w:color w:val="auto"/>
                <w:sz w:val="22"/>
                <w:lang w:val="ru-RU"/>
              </w:rPr>
              <w:t xml:space="preserve"> повторного звернення у разі невиконання або </w:t>
            </w:r>
            <w:r w:rsidR="008220ED" w:rsidRPr="008220ED">
              <w:rPr>
                <w:color w:val="auto"/>
                <w:sz w:val="22"/>
                <w:lang w:val="ru-RU"/>
              </w:rPr>
              <w:t xml:space="preserve">                               </w:t>
            </w:r>
            <w:r w:rsidR="00F83C81" w:rsidRPr="008220ED">
              <w:rPr>
                <w:color w:val="auto"/>
                <w:sz w:val="22"/>
                <w:lang w:val="ru-RU"/>
              </w:rPr>
              <w:t>неналежного виконання визначених дій.</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3E8728D" w14:textId="6691AE3A" w:rsidR="00F83C81" w:rsidRPr="008220ED" w:rsidRDefault="00217531" w:rsidP="00217531">
            <w:pPr>
              <w:spacing w:after="24"/>
              <w:rPr>
                <w:rFonts w:eastAsia="Arial"/>
                <w:color w:val="auto"/>
                <w:sz w:val="22"/>
                <w:lang w:val="ru-RU"/>
              </w:rPr>
            </w:pPr>
            <w:r w:rsidRPr="008220ED">
              <w:rPr>
                <w:rFonts w:eastAsia="Arial"/>
                <w:b/>
                <w:color w:val="auto"/>
                <w:sz w:val="22"/>
                <w:lang w:val="ru-RU"/>
              </w:rPr>
              <w:t xml:space="preserve">Д2.У1. </w:t>
            </w:r>
            <w:r w:rsidR="00F83C81" w:rsidRPr="008220ED">
              <w:rPr>
                <w:rFonts w:eastAsia="Arial"/>
                <w:color w:val="auto"/>
                <w:sz w:val="22"/>
                <w:lang w:val="ru-RU"/>
              </w:rPr>
              <w:t>Відстежувати стан звернення або заходу з підтримки, фіксувати проміжні та кінцеві</w:t>
            </w:r>
            <w:r w:rsidR="008220ED" w:rsidRPr="008220ED">
              <w:rPr>
                <w:rFonts w:eastAsia="Arial"/>
                <w:color w:val="auto"/>
                <w:sz w:val="22"/>
                <w:lang w:val="ru-RU"/>
              </w:rPr>
              <w:t xml:space="preserve">                        </w:t>
            </w:r>
            <w:r w:rsidR="00F83C81" w:rsidRPr="008220ED">
              <w:rPr>
                <w:rFonts w:eastAsia="Arial"/>
                <w:color w:val="auto"/>
                <w:sz w:val="22"/>
                <w:lang w:val="ru-RU"/>
              </w:rPr>
              <w:t xml:space="preserve"> результати, виявляти затримки, відсутність </w:t>
            </w:r>
            <w:r w:rsidR="008220ED" w:rsidRPr="008220ED">
              <w:rPr>
                <w:rFonts w:eastAsia="Arial"/>
                <w:color w:val="auto"/>
                <w:sz w:val="22"/>
                <w:lang w:val="ru-RU"/>
              </w:rPr>
              <w:t xml:space="preserve">                        </w:t>
            </w:r>
            <w:r w:rsidR="00F83C81" w:rsidRPr="008220ED">
              <w:rPr>
                <w:rFonts w:eastAsia="Arial"/>
                <w:color w:val="auto"/>
                <w:sz w:val="22"/>
                <w:lang w:val="ru-RU"/>
              </w:rPr>
              <w:t xml:space="preserve">зворотного зв'язку або </w:t>
            </w:r>
            <w:r w:rsidR="008220ED" w:rsidRPr="008220ED">
              <w:rPr>
                <w:rFonts w:eastAsia="Arial"/>
                <w:color w:val="auto"/>
                <w:sz w:val="22"/>
                <w:lang w:val="ru-RU"/>
              </w:rPr>
              <w:t xml:space="preserve">                      </w:t>
            </w:r>
            <w:r w:rsidR="00F83C81" w:rsidRPr="008220ED">
              <w:rPr>
                <w:rFonts w:eastAsia="Arial"/>
                <w:color w:val="auto"/>
                <w:sz w:val="22"/>
                <w:lang w:val="ru-RU"/>
              </w:rPr>
              <w:t>переривання маршруту підтримки та здійснювати</w:t>
            </w:r>
            <w:r w:rsidR="008220ED" w:rsidRPr="008220ED">
              <w:rPr>
                <w:rFonts w:eastAsia="Arial"/>
                <w:color w:val="auto"/>
                <w:sz w:val="22"/>
                <w:lang w:val="ru-RU"/>
              </w:rPr>
              <w:t xml:space="preserve">                </w:t>
            </w:r>
            <w:r w:rsidR="00F83C81" w:rsidRPr="008220ED">
              <w:rPr>
                <w:rFonts w:eastAsia="Arial"/>
                <w:color w:val="auto"/>
                <w:sz w:val="22"/>
                <w:lang w:val="ru-RU"/>
              </w:rPr>
              <w:t xml:space="preserve"> передбачені процедурою </w:t>
            </w:r>
            <w:r w:rsidR="008220ED" w:rsidRPr="008220ED">
              <w:rPr>
                <w:rFonts w:eastAsia="Arial"/>
                <w:color w:val="auto"/>
                <w:sz w:val="22"/>
                <w:lang w:val="ru-RU"/>
              </w:rPr>
              <w:t xml:space="preserve">             </w:t>
            </w:r>
            <w:r w:rsidR="00F83C81" w:rsidRPr="008220ED">
              <w:rPr>
                <w:rFonts w:eastAsia="Arial"/>
                <w:color w:val="auto"/>
                <w:sz w:val="22"/>
                <w:lang w:val="ru-RU"/>
              </w:rPr>
              <w:t>подальші дії.</w:t>
            </w:r>
          </w:p>
          <w:p w14:paraId="7C609379" w14:textId="77777777" w:rsidR="00F83C81" w:rsidRPr="008220ED" w:rsidRDefault="00F83C81" w:rsidP="00217531">
            <w:pPr>
              <w:spacing w:after="24"/>
              <w:rPr>
                <w:color w:val="auto"/>
                <w:sz w:val="22"/>
                <w:lang w:val="ru-RU"/>
              </w:rPr>
            </w:pPr>
          </w:p>
          <w:p w14:paraId="6664E2F5" w14:textId="1E40115A" w:rsidR="00F83C81" w:rsidRPr="008220ED" w:rsidRDefault="00217531" w:rsidP="00F83C81">
            <w:pPr>
              <w:spacing w:after="24"/>
              <w:rPr>
                <w:color w:val="auto"/>
                <w:sz w:val="22"/>
                <w:lang w:val="ru-RU"/>
              </w:rPr>
            </w:pPr>
            <w:r w:rsidRPr="008220ED">
              <w:rPr>
                <w:rFonts w:eastAsia="Arial"/>
                <w:b/>
                <w:color w:val="auto"/>
                <w:sz w:val="22"/>
                <w:lang w:val="ru-RU"/>
              </w:rPr>
              <w:t xml:space="preserve">Д2.У2. </w:t>
            </w:r>
            <w:r w:rsidR="00F83C81" w:rsidRPr="008220ED">
              <w:rPr>
                <w:color w:val="auto"/>
                <w:sz w:val="22"/>
                <w:lang w:val="ru-RU"/>
              </w:rPr>
              <w:t>Подавати документи, звернення та іншу</w:t>
            </w:r>
            <w:r w:rsidR="008220ED" w:rsidRPr="008220ED">
              <w:rPr>
                <w:color w:val="auto"/>
                <w:sz w:val="22"/>
                <w:lang w:val="ru-RU"/>
              </w:rPr>
              <w:t xml:space="preserve">                            </w:t>
            </w:r>
            <w:r w:rsidR="00F83C81" w:rsidRPr="008220ED">
              <w:rPr>
                <w:color w:val="auto"/>
                <w:sz w:val="22"/>
                <w:lang w:val="ru-RU"/>
              </w:rPr>
              <w:t xml:space="preserve"> інформацію, а також</w:t>
            </w:r>
            <w:r w:rsidR="008220ED" w:rsidRPr="008220ED">
              <w:rPr>
                <w:color w:val="auto"/>
                <w:sz w:val="22"/>
                <w:lang w:val="ru-RU"/>
              </w:rPr>
              <w:t xml:space="preserve">                      </w:t>
            </w:r>
            <w:r w:rsidR="00F83C81" w:rsidRPr="008220ED">
              <w:rPr>
                <w:color w:val="auto"/>
                <w:sz w:val="22"/>
                <w:lang w:val="ru-RU"/>
              </w:rPr>
              <w:t xml:space="preserve"> повідомляти позицію </w:t>
            </w:r>
            <w:r w:rsidR="008220ED" w:rsidRPr="008220ED">
              <w:rPr>
                <w:color w:val="auto"/>
                <w:sz w:val="22"/>
                <w:lang w:val="ru-RU"/>
              </w:rPr>
              <w:t xml:space="preserve">                 </w:t>
            </w:r>
            <w:r w:rsidR="00F83C81" w:rsidRPr="008220ED">
              <w:rPr>
                <w:color w:val="auto"/>
                <w:sz w:val="22"/>
                <w:lang w:val="ru-RU"/>
              </w:rPr>
              <w:t xml:space="preserve">отримувача підтримки лише за наявності відповідних </w:t>
            </w:r>
            <w:r w:rsidR="008220ED" w:rsidRPr="008220ED">
              <w:rPr>
                <w:color w:val="auto"/>
                <w:sz w:val="22"/>
                <w:lang w:val="ru-RU"/>
              </w:rPr>
              <w:t xml:space="preserve">                 </w:t>
            </w:r>
            <w:r w:rsidR="00F83C81" w:rsidRPr="008220ED">
              <w:rPr>
                <w:color w:val="auto"/>
                <w:sz w:val="22"/>
                <w:lang w:val="ru-RU"/>
              </w:rPr>
              <w:t xml:space="preserve">повноважень і в межах їх </w:t>
            </w:r>
            <w:r w:rsidR="008220ED" w:rsidRPr="008220ED">
              <w:rPr>
                <w:color w:val="auto"/>
                <w:sz w:val="22"/>
                <w:lang w:val="ru-RU"/>
              </w:rPr>
              <w:t xml:space="preserve">             </w:t>
            </w:r>
            <w:r w:rsidR="00F83C81" w:rsidRPr="008220ED">
              <w:rPr>
                <w:color w:val="auto"/>
                <w:sz w:val="22"/>
                <w:lang w:val="ru-RU"/>
              </w:rPr>
              <w:t>обсягу.</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763B1F6" w14:textId="7B49A3CF" w:rsidR="00F83C81" w:rsidRPr="008220ED" w:rsidRDefault="00217531" w:rsidP="00F83C81">
            <w:pPr>
              <w:spacing w:after="24"/>
              <w:rPr>
                <w:color w:val="auto"/>
                <w:sz w:val="22"/>
                <w:lang w:val="ru-RU"/>
              </w:rPr>
            </w:pPr>
            <w:r w:rsidRPr="008220ED">
              <w:rPr>
                <w:rFonts w:eastAsia="Arial"/>
                <w:b/>
                <w:color w:val="auto"/>
                <w:sz w:val="22"/>
                <w:lang w:val="ru-RU"/>
              </w:rPr>
              <w:t xml:space="preserve">Д2.К1. </w:t>
            </w:r>
            <w:r w:rsidR="00F83C81" w:rsidRPr="008220ED">
              <w:rPr>
                <w:color w:val="auto"/>
                <w:sz w:val="22"/>
                <w:lang w:val="ru-RU"/>
              </w:rPr>
              <w:t>Точно</w:t>
            </w:r>
            <w:r w:rsidR="008220ED" w:rsidRPr="008220ED">
              <w:rPr>
                <w:color w:val="auto"/>
                <w:sz w:val="22"/>
                <w:lang w:val="ru-RU"/>
              </w:rPr>
              <w:t xml:space="preserve">                     </w:t>
            </w:r>
            <w:r w:rsidR="00F83C81" w:rsidRPr="008220ED">
              <w:rPr>
                <w:color w:val="auto"/>
                <w:sz w:val="22"/>
                <w:lang w:val="ru-RU"/>
              </w:rPr>
              <w:t xml:space="preserve"> відтворювати волю та позицію отримувача підтримки, інформувати його про здійснені дії, проміжні та кінцеві </w:t>
            </w:r>
            <w:r w:rsidR="008C506C">
              <w:rPr>
                <w:color w:val="auto"/>
                <w:sz w:val="22"/>
                <w:lang w:val="ru-RU"/>
              </w:rPr>
              <w:t xml:space="preserve">            </w:t>
            </w:r>
            <w:r w:rsidR="00F83C81" w:rsidRPr="008220ED">
              <w:rPr>
                <w:color w:val="auto"/>
                <w:sz w:val="22"/>
                <w:lang w:val="ru-RU"/>
              </w:rPr>
              <w:t xml:space="preserve">результати, а також </w:t>
            </w:r>
            <w:r w:rsidR="008220ED" w:rsidRPr="008220ED">
              <w:rPr>
                <w:color w:val="auto"/>
                <w:sz w:val="22"/>
                <w:lang w:val="ru-RU"/>
              </w:rPr>
              <w:t xml:space="preserve">                       </w:t>
            </w:r>
            <w:r w:rsidR="00F83C81" w:rsidRPr="008220ED">
              <w:rPr>
                <w:color w:val="auto"/>
                <w:sz w:val="22"/>
                <w:lang w:val="ru-RU"/>
              </w:rPr>
              <w:t>з'ясовувати причини</w:t>
            </w:r>
            <w:r w:rsidR="008220ED" w:rsidRPr="008220ED">
              <w:rPr>
                <w:color w:val="auto"/>
                <w:sz w:val="22"/>
                <w:lang w:val="ru-RU"/>
              </w:rPr>
              <w:t xml:space="preserve">               </w:t>
            </w:r>
            <w:r w:rsidR="00F83C81" w:rsidRPr="008220ED">
              <w:rPr>
                <w:color w:val="auto"/>
                <w:sz w:val="22"/>
                <w:lang w:val="ru-RU"/>
              </w:rPr>
              <w:t xml:space="preserve"> затримки або невиконання визначених дій.</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56AF05DB" w14:textId="17BFA865" w:rsidR="006F72A3" w:rsidRPr="008220ED" w:rsidRDefault="00217531" w:rsidP="00217531">
            <w:pPr>
              <w:spacing w:after="24"/>
              <w:rPr>
                <w:rFonts w:eastAsia="Arial"/>
                <w:color w:val="auto"/>
                <w:sz w:val="22"/>
                <w:lang w:val="ru-RU"/>
              </w:rPr>
            </w:pPr>
            <w:r w:rsidRPr="008220ED">
              <w:rPr>
                <w:rFonts w:eastAsia="Arial"/>
                <w:b/>
                <w:color w:val="auto"/>
                <w:sz w:val="22"/>
                <w:lang w:val="ru-RU"/>
              </w:rPr>
              <w:t>Д2.В1</w:t>
            </w:r>
            <w:r w:rsidR="006F72A3" w:rsidRPr="008220ED">
              <w:rPr>
                <w:rFonts w:eastAsia="Arial"/>
                <w:b/>
                <w:color w:val="auto"/>
                <w:sz w:val="22"/>
                <w:lang w:val="ru-RU"/>
              </w:rPr>
              <w:t>.</w:t>
            </w:r>
            <w:r w:rsidR="006F72A3" w:rsidRPr="008220ED">
              <w:rPr>
                <w:rFonts w:eastAsia="Arial"/>
                <w:color w:val="auto"/>
                <w:sz w:val="22"/>
                <w:lang w:val="ru-RU"/>
              </w:rPr>
              <w:t xml:space="preserve"> </w:t>
            </w:r>
            <w:r w:rsidR="006F72A3" w:rsidRPr="008220ED">
              <w:rPr>
                <w:color w:val="auto"/>
                <w:sz w:val="22"/>
                <w:lang w:val="ru-RU"/>
              </w:rPr>
              <w:t>Відповідати за дотримання меж</w:t>
            </w:r>
            <w:r w:rsidR="008220ED" w:rsidRPr="008220ED">
              <w:rPr>
                <w:color w:val="auto"/>
                <w:sz w:val="22"/>
                <w:lang w:val="ru-RU"/>
              </w:rPr>
              <w:t xml:space="preserve">                  </w:t>
            </w:r>
            <w:r w:rsidR="006F72A3" w:rsidRPr="008220ED">
              <w:rPr>
                <w:color w:val="auto"/>
                <w:sz w:val="22"/>
                <w:lang w:val="ru-RU"/>
              </w:rPr>
              <w:t xml:space="preserve"> наданих повноважень під час представництва інтересів; своєчасно перенаправляти питання, що потребують</w:t>
            </w:r>
            <w:r w:rsidR="008220ED" w:rsidRPr="008220ED">
              <w:rPr>
                <w:color w:val="auto"/>
                <w:sz w:val="22"/>
                <w:lang w:val="ru-RU"/>
              </w:rPr>
              <w:t xml:space="preserve">                   </w:t>
            </w:r>
            <w:r w:rsidR="006F72A3" w:rsidRPr="008220ED">
              <w:rPr>
                <w:color w:val="auto"/>
                <w:sz w:val="22"/>
                <w:lang w:val="ru-RU"/>
              </w:rPr>
              <w:t xml:space="preserve"> професійної правничої допомоги, судового або іншого спеціалізованого представництва, до відповідного фахівця чи уповноваженого суб'єкта.</w:t>
            </w:r>
          </w:p>
        </w:tc>
      </w:tr>
      <w:tr w:rsidR="00217531" w:rsidRPr="0076799D" w14:paraId="1B55F3DC"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9EFF406" w14:textId="20413BA9" w:rsidR="002A1B46" w:rsidRPr="00F1153E" w:rsidRDefault="00217531" w:rsidP="00217531">
            <w:pPr>
              <w:rPr>
                <w:rFonts w:eastAsia="Arial"/>
                <w:b/>
                <w:color w:val="auto"/>
                <w:sz w:val="22"/>
                <w:lang w:val="ru-RU"/>
              </w:rPr>
            </w:pPr>
            <w:r w:rsidRPr="00F1153E">
              <w:rPr>
                <w:rFonts w:eastAsia="Arial"/>
                <w:b/>
                <w:color w:val="auto"/>
                <w:sz w:val="22"/>
                <w:lang w:val="ru-RU"/>
              </w:rPr>
              <w:t xml:space="preserve">Е. Здійснення </w:t>
            </w:r>
            <w:r w:rsidR="00A80C07" w:rsidRPr="00F1153E">
              <w:rPr>
                <w:rFonts w:eastAsia="Arial"/>
                <w:b/>
                <w:color w:val="auto"/>
                <w:sz w:val="22"/>
                <w:lang w:val="ru-RU"/>
              </w:rPr>
              <w:t xml:space="preserve">               </w:t>
            </w:r>
            <w:r w:rsidRPr="00F1153E">
              <w:rPr>
                <w:rFonts w:eastAsia="Arial"/>
                <w:b/>
                <w:color w:val="auto"/>
                <w:sz w:val="22"/>
                <w:lang w:val="ru-RU"/>
              </w:rPr>
              <w:t>супроводу ветеранів війни</w:t>
            </w:r>
            <w:r w:rsidR="002A1B46" w:rsidRPr="00F1153E">
              <w:rPr>
                <w:rFonts w:eastAsia="Arial"/>
                <w:b/>
                <w:color w:val="auto"/>
                <w:sz w:val="22"/>
                <w:lang w:val="ru-RU"/>
              </w:rPr>
              <w:t>,</w:t>
            </w:r>
            <w:r w:rsidRPr="00F1153E">
              <w:rPr>
                <w:rFonts w:eastAsia="Arial"/>
                <w:b/>
                <w:color w:val="auto"/>
                <w:sz w:val="22"/>
                <w:lang w:val="ru-RU"/>
              </w:rPr>
              <w:t xml:space="preserve"> </w:t>
            </w:r>
            <w:r w:rsidR="002A1B46" w:rsidRPr="00F1153E">
              <w:rPr>
                <w:rFonts w:eastAsia="Arial"/>
                <w:b/>
                <w:color w:val="auto"/>
                <w:sz w:val="22"/>
                <w:lang w:val="ru-RU"/>
              </w:rPr>
              <w:t xml:space="preserve">членів їхніх сімей та інших визначених </w:t>
            </w:r>
            <w:r w:rsidR="00F1153E" w:rsidRPr="00F1153E">
              <w:rPr>
                <w:rFonts w:eastAsia="Arial"/>
                <w:b/>
                <w:color w:val="auto"/>
                <w:sz w:val="22"/>
                <w:lang w:val="ru-RU"/>
              </w:rPr>
              <w:t xml:space="preserve">                            </w:t>
            </w:r>
            <w:r w:rsidR="002A1B46" w:rsidRPr="00F1153E">
              <w:rPr>
                <w:rFonts w:eastAsia="Arial"/>
                <w:b/>
                <w:color w:val="auto"/>
                <w:sz w:val="22"/>
                <w:lang w:val="ru-RU"/>
              </w:rPr>
              <w:t xml:space="preserve">законодавством категорій осіб. </w:t>
            </w:r>
          </w:p>
          <w:p w14:paraId="41F21515" w14:textId="55DB6538" w:rsidR="002A1B46" w:rsidRPr="00F1153E" w:rsidRDefault="002A1B46" w:rsidP="00217531">
            <w:pPr>
              <w:rPr>
                <w:color w:val="auto"/>
                <w:sz w:val="22"/>
                <w:lang w:val="ru-RU"/>
              </w:rPr>
            </w:pP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F1F9D18" w14:textId="1DBD30E7" w:rsidR="002A1B46" w:rsidRPr="00F1153E" w:rsidRDefault="00217531" w:rsidP="00217531">
            <w:pPr>
              <w:rPr>
                <w:rFonts w:eastAsia="Arial"/>
                <w:b/>
                <w:color w:val="auto"/>
                <w:sz w:val="22"/>
                <w:lang w:val="ru-RU"/>
              </w:rPr>
            </w:pPr>
            <w:r w:rsidRPr="00F1153E">
              <w:rPr>
                <w:rFonts w:eastAsia="Arial"/>
                <w:b/>
                <w:color w:val="auto"/>
                <w:sz w:val="22"/>
                <w:lang w:val="ru-RU"/>
              </w:rPr>
              <w:t xml:space="preserve">Е1. </w:t>
            </w:r>
            <w:r w:rsidR="002A1B46" w:rsidRPr="00F1153E">
              <w:rPr>
                <w:b/>
                <w:bCs/>
                <w:color w:val="auto"/>
                <w:sz w:val="22"/>
                <w:lang w:val="ru-RU"/>
              </w:rPr>
              <w:t xml:space="preserve">Здатність </w:t>
            </w:r>
            <w:r w:rsidR="00F1153E" w:rsidRPr="00F1153E">
              <w:rPr>
                <w:b/>
                <w:bCs/>
                <w:color w:val="auto"/>
                <w:sz w:val="22"/>
                <w:lang w:val="ru-RU"/>
              </w:rPr>
              <w:t xml:space="preserve">                    </w:t>
            </w:r>
            <w:r w:rsidR="002A1B46" w:rsidRPr="00F1153E">
              <w:rPr>
                <w:b/>
                <w:bCs/>
                <w:color w:val="auto"/>
                <w:sz w:val="22"/>
                <w:lang w:val="ru-RU"/>
              </w:rPr>
              <w:t>надавати допомогу в оформленні та поданні документів для реалізації прав і отримання послуг та інших видів підтримки.</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066B019" w14:textId="154A773C" w:rsidR="002A1B46" w:rsidRPr="00F1153E" w:rsidRDefault="00217531" w:rsidP="00217531">
            <w:pPr>
              <w:spacing w:after="24"/>
              <w:rPr>
                <w:rFonts w:eastAsia="Arial"/>
                <w:color w:val="auto"/>
                <w:sz w:val="22"/>
                <w:lang w:val="ru-RU"/>
              </w:rPr>
            </w:pPr>
            <w:r w:rsidRPr="00F1153E">
              <w:rPr>
                <w:rFonts w:eastAsia="Arial"/>
                <w:b/>
                <w:color w:val="auto"/>
                <w:sz w:val="22"/>
                <w:lang w:val="ru-RU"/>
              </w:rPr>
              <w:t xml:space="preserve">Е1.З1. </w:t>
            </w:r>
            <w:r w:rsidR="002A1B46" w:rsidRPr="00F1153E">
              <w:rPr>
                <w:rFonts w:eastAsia="Arial"/>
                <w:color w:val="auto"/>
                <w:sz w:val="22"/>
                <w:lang w:val="ru-RU"/>
              </w:rPr>
              <w:t xml:space="preserve">Види, форми, </w:t>
            </w:r>
            <w:r w:rsidR="00F1153E" w:rsidRPr="00F1153E">
              <w:rPr>
                <w:rFonts w:eastAsia="Arial"/>
                <w:color w:val="auto"/>
                <w:sz w:val="22"/>
                <w:lang w:val="ru-RU"/>
              </w:rPr>
              <w:t xml:space="preserve">                     </w:t>
            </w:r>
            <w:r w:rsidR="002A1B46" w:rsidRPr="00F1153E">
              <w:rPr>
                <w:rFonts w:eastAsia="Arial"/>
                <w:color w:val="auto"/>
                <w:sz w:val="22"/>
                <w:lang w:val="ru-RU"/>
              </w:rPr>
              <w:t xml:space="preserve">реквізити та порядок </w:t>
            </w:r>
            <w:r w:rsidR="00F1153E" w:rsidRPr="00F1153E">
              <w:rPr>
                <w:rFonts w:eastAsia="Arial"/>
                <w:color w:val="auto"/>
                <w:sz w:val="22"/>
                <w:lang w:val="ru-RU"/>
              </w:rPr>
              <w:t xml:space="preserve">                    </w:t>
            </w:r>
            <w:r w:rsidR="002A1B46" w:rsidRPr="00F1153E">
              <w:rPr>
                <w:rFonts w:eastAsia="Arial"/>
                <w:color w:val="auto"/>
                <w:sz w:val="22"/>
                <w:lang w:val="ru-RU"/>
              </w:rPr>
              <w:t xml:space="preserve">підготовки і подання </w:t>
            </w:r>
            <w:r w:rsidR="00F1153E" w:rsidRPr="00F1153E">
              <w:rPr>
                <w:rFonts w:eastAsia="Arial"/>
                <w:color w:val="auto"/>
                <w:sz w:val="22"/>
                <w:lang w:val="ru-RU"/>
              </w:rPr>
              <w:t xml:space="preserve">                       </w:t>
            </w:r>
            <w:r w:rsidR="002A1B46" w:rsidRPr="00F1153E">
              <w:rPr>
                <w:rFonts w:eastAsia="Arial"/>
                <w:color w:val="auto"/>
                <w:sz w:val="22"/>
                <w:lang w:val="ru-RU"/>
              </w:rPr>
              <w:t xml:space="preserve">документів для реалізації прав, </w:t>
            </w:r>
            <w:r w:rsidR="00F1153E" w:rsidRPr="00F1153E">
              <w:rPr>
                <w:rFonts w:eastAsia="Arial"/>
                <w:color w:val="auto"/>
                <w:sz w:val="22"/>
                <w:lang w:val="ru-RU"/>
              </w:rPr>
              <w:t xml:space="preserve">       </w:t>
            </w:r>
            <w:r w:rsidR="002A1B46" w:rsidRPr="00F1153E">
              <w:rPr>
                <w:rFonts w:eastAsia="Arial"/>
                <w:color w:val="auto"/>
                <w:sz w:val="22"/>
                <w:lang w:val="ru-RU"/>
              </w:rPr>
              <w:t xml:space="preserve">отримання статусів, пільг, виплат, публічних, </w:t>
            </w:r>
            <w:r w:rsidR="00F1153E" w:rsidRPr="00F1153E">
              <w:rPr>
                <w:rFonts w:eastAsia="Arial"/>
                <w:color w:val="auto"/>
                <w:sz w:val="22"/>
                <w:lang w:val="ru-RU"/>
              </w:rPr>
              <w:t xml:space="preserve">                      </w:t>
            </w:r>
            <w:r w:rsidR="002A1B46" w:rsidRPr="00F1153E">
              <w:rPr>
                <w:rFonts w:eastAsia="Arial"/>
                <w:color w:val="auto"/>
                <w:sz w:val="22"/>
                <w:lang w:val="ru-RU"/>
              </w:rPr>
              <w:t>соціальних, медичних,</w:t>
            </w:r>
            <w:r w:rsidR="00F1153E" w:rsidRPr="00F1153E">
              <w:rPr>
                <w:rFonts w:eastAsia="Arial"/>
                <w:color w:val="auto"/>
                <w:sz w:val="22"/>
                <w:lang w:val="ru-RU"/>
              </w:rPr>
              <w:t xml:space="preserve">                          </w:t>
            </w:r>
            <w:r w:rsidR="002A1B46" w:rsidRPr="00F1153E">
              <w:rPr>
                <w:rFonts w:eastAsia="Arial"/>
                <w:color w:val="auto"/>
                <w:sz w:val="22"/>
                <w:lang w:val="ru-RU"/>
              </w:rPr>
              <w:t xml:space="preserve"> реабілітаційних та інших </w:t>
            </w:r>
            <w:r w:rsidR="00F1153E" w:rsidRPr="00F1153E">
              <w:rPr>
                <w:rFonts w:eastAsia="Arial"/>
                <w:color w:val="auto"/>
                <w:sz w:val="22"/>
                <w:lang w:val="ru-RU"/>
              </w:rPr>
              <w:t xml:space="preserve">              </w:t>
            </w:r>
            <w:r w:rsidR="002A1B46" w:rsidRPr="00F1153E">
              <w:rPr>
                <w:rFonts w:eastAsia="Arial"/>
                <w:color w:val="auto"/>
                <w:sz w:val="22"/>
                <w:lang w:val="ru-RU"/>
              </w:rPr>
              <w:t>послуг.</w:t>
            </w:r>
          </w:p>
          <w:p w14:paraId="1443FAD8" w14:textId="77777777" w:rsidR="002A1B46" w:rsidRPr="00F1153E" w:rsidRDefault="002A1B46" w:rsidP="00217531">
            <w:pPr>
              <w:spacing w:after="24"/>
              <w:rPr>
                <w:color w:val="auto"/>
                <w:sz w:val="22"/>
                <w:lang w:val="ru-RU"/>
              </w:rPr>
            </w:pPr>
          </w:p>
          <w:p w14:paraId="2E498617" w14:textId="0F642373" w:rsidR="002A1B46" w:rsidRPr="00F1153E" w:rsidRDefault="00217531" w:rsidP="002A1B46">
            <w:pPr>
              <w:spacing w:after="24"/>
              <w:rPr>
                <w:color w:val="auto"/>
                <w:sz w:val="22"/>
                <w:lang w:val="ru-RU"/>
              </w:rPr>
            </w:pPr>
            <w:r w:rsidRPr="00F1153E">
              <w:rPr>
                <w:rFonts w:eastAsia="Arial"/>
                <w:b/>
                <w:color w:val="auto"/>
                <w:sz w:val="22"/>
                <w:lang w:val="ru-RU"/>
              </w:rPr>
              <w:lastRenderedPageBreak/>
              <w:t xml:space="preserve">Е1.З2. </w:t>
            </w:r>
            <w:r w:rsidR="002A1B46" w:rsidRPr="00F1153E">
              <w:rPr>
                <w:color w:val="auto"/>
                <w:sz w:val="22"/>
                <w:lang w:val="ru-RU"/>
              </w:rPr>
              <w:t xml:space="preserve">Способи очного, </w:t>
            </w:r>
            <w:r w:rsidR="00F1153E" w:rsidRPr="00F1153E">
              <w:rPr>
                <w:color w:val="auto"/>
                <w:sz w:val="22"/>
                <w:lang w:val="ru-RU"/>
              </w:rPr>
              <w:t xml:space="preserve">              </w:t>
            </w:r>
            <w:r w:rsidR="002A1B46" w:rsidRPr="00F1153E">
              <w:rPr>
                <w:color w:val="auto"/>
                <w:sz w:val="22"/>
                <w:lang w:val="ru-RU"/>
              </w:rPr>
              <w:t xml:space="preserve">поштового та електронного подання документів, вимоги до їх оформлення та порядок підтвердження подання і </w:t>
            </w:r>
            <w:r w:rsidR="00F1153E" w:rsidRPr="00F1153E">
              <w:rPr>
                <w:color w:val="auto"/>
                <w:sz w:val="22"/>
                <w:lang w:val="ru-RU"/>
              </w:rPr>
              <w:t xml:space="preserve">            </w:t>
            </w:r>
            <w:r w:rsidR="002A1B46" w:rsidRPr="00F1153E">
              <w:rPr>
                <w:color w:val="auto"/>
                <w:sz w:val="22"/>
                <w:lang w:val="ru-RU"/>
              </w:rPr>
              <w:t>отримання результату.</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D1C005F" w14:textId="72941458" w:rsidR="002A1B46" w:rsidRPr="00F1153E" w:rsidRDefault="00217531" w:rsidP="00217531">
            <w:pPr>
              <w:spacing w:after="24"/>
              <w:rPr>
                <w:rFonts w:eastAsia="Arial"/>
                <w:color w:val="auto"/>
                <w:sz w:val="22"/>
                <w:lang w:val="ru-RU"/>
              </w:rPr>
            </w:pPr>
            <w:r w:rsidRPr="00F1153E">
              <w:rPr>
                <w:rFonts w:eastAsia="Arial"/>
                <w:b/>
                <w:color w:val="auto"/>
                <w:sz w:val="22"/>
                <w:lang w:val="ru-RU"/>
              </w:rPr>
              <w:lastRenderedPageBreak/>
              <w:t>Е1.У1</w:t>
            </w:r>
            <w:r w:rsidR="00F1153E" w:rsidRPr="00F1153E">
              <w:rPr>
                <w:rFonts w:eastAsia="Arial"/>
                <w:b/>
                <w:color w:val="auto"/>
                <w:sz w:val="22"/>
                <w:lang w:val="ru-RU"/>
              </w:rPr>
              <w:t xml:space="preserve">. </w:t>
            </w:r>
            <w:r w:rsidR="002A1B46" w:rsidRPr="00F1153E">
              <w:rPr>
                <w:rFonts w:eastAsia="Arial"/>
                <w:color w:val="auto"/>
                <w:sz w:val="22"/>
                <w:lang w:val="ru-RU"/>
              </w:rPr>
              <w:t xml:space="preserve">Надавати технічну </w:t>
            </w:r>
            <w:r w:rsidR="00F1153E" w:rsidRPr="00F1153E">
              <w:rPr>
                <w:rFonts w:eastAsia="Arial"/>
                <w:color w:val="auto"/>
                <w:sz w:val="22"/>
                <w:lang w:val="ru-RU"/>
              </w:rPr>
              <w:t xml:space="preserve">  </w:t>
            </w:r>
            <w:r w:rsidR="002A1B46" w:rsidRPr="00F1153E">
              <w:rPr>
                <w:rFonts w:eastAsia="Arial"/>
                <w:color w:val="auto"/>
                <w:sz w:val="22"/>
                <w:lang w:val="ru-RU"/>
              </w:rPr>
              <w:t xml:space="preserve">допомогу в заповненні форм, перевіряти комплектність </w:t>
            </w:r>
            <w:r w:rsidR="00F1153E" w:rsidRPr="00F1153E">
              <w:rPr>
                <w:rFonts w:eastAsia="Arial"/>
                <w:color w:val="auto"/>
                <w:sz w:val="22"/>
                <w:lang w:val="ru-RU"/>
              </w:rPr>
              <w:t xml:space="preserve">        </w:t>
            </w:r>
            <w:r w:rsidR="002A1B46" w:rsidRPr="00F1153E">
              <w:rPr>
                <w:rFonts w:eastAsia="Arial"/>
                <w:color w:val="auto"/>
                <w:sz w:val="22"/>
                <w:lang w:val="ru-RU"/>
              </w:rPr>
              <w:t>документів, готувати необхідні копії та організовувати їх подання відповідно до встановленої процедури.</w:t>
            </w:r>
          </w:p>
          <w:p w14:paraId="6D4E8D9A" w14:textId="77777777" w:rsidR="002A1B46" w:rsidRPr="00F1153E" w:rsidRDefault="002A1B46" w:rsidP="00217531">
            <w:pPr>
              <w:spacing w:after="24"/>
              <w:rPr>
                <w:color w:val="auto"/>
                <w:sz w:val="22"/>
                <w:lang w:val="ru-RU"/>
              </w:rPr>
            </w:pPr>
          </w:p>
          <w:p w14:paraId="71BA06D2" w14:textId="09344759" w:rsidR="002A1B46" w:rsidRPr="00F1153E" w:rsidRDefault="00217531" w:rsidP="002A1B46">
            <w:pPr>
              <w:spacing w:after="24"/>
              <w:rPr>
                <w:color w:val="auto"/>
                <w:sz w:val="22"/>
                <w:lang w:val="ru-RU"/>
              </w:rPr>
            </w:pPr>
            <w:r w:rsidRPr="00F1153E">
              <w:rPr>
                <w:rFonts w:eastAsia="Arial"/>
                <w:b/>
                <w:color w:val="auto"/>
                <w:sz w:val="22"/>
                <w:lang w:val="ru-RU"/>
              </w:rPr>
              <w:t xml:space="preserve">Е1.У2. </w:t>
            </w:r>
            <w:r w:rsidR="002A1B46" w:rsidRPr="00F1153E">
              <w:rPr>
                <w:color w:val="auto"/>
                <w:sz w:val="22"/>
                <w:lang w:val="ru-RU"/>
              </w:rPr>
              <w:t xml:space="preserve">Виявляти технічні недоліки або відсутність необхідних документів, </w:t>
            </w:r>
            <w:r w:rsidR="002A1B46" w:rsidRPr="00F1153E">
              <w:rPr>
                <w:color w:val="auto"/>
                <w:sz w:val="22"/>
                <w:lang w:val="ru-RU"/>
              </w:rPr>
              <w:lastRenderedPageBreak/>
              <w:t xml:space="preserve">пояснювати спосіб їх </w:t>
            </w:r>
            <w:r w:rsidR="00F1153E" w:rsidRPr="00F1153E">
              <w:rPr>
                <w:color w:val="auto"/>
                <w:sz w:val="22"/>
                <w:lang w:val="ru-RU"/>
              </w:rPr>
              <w:t xml:space="preserve">                 </w:t>
            </w:r>
            <w:r w:rsidR="002A1B46" w:rsidRPr="00F1153E">
              <w:rPr>
                <w:color w:val="auto"/>
                <w:sz w:val="22"/>
                <w:lang w:val="ru-RU"/>
              </w:rPr>
              <w:t xml:space="preserve">усунення та, за потреби, </w:t>
            </w:r>
            <w:r w:rsidR="00F1153E" w:rsidRPr="00F1153E">
              <w:rPr>
                <w:color w:val="auto"/>
                <w:sz w:val="22"/>
                <w:lang w:val="ru-RU"/>
              </w:rPr>
              <w:t xml:space="preserve">             </w:t>
            </w:r>
            <w:r w:rsidR="002A1B46" w:rsidRPr="00F1153E">
              <w:rPr>
                <w:color w:val="auto"/>
                <w:sz w:val="22"/>
                <w:lang w:val="ru-RU"/>
              </w:rPr>
              <w:t>організовувати повторне</w:t>
            </w:r>
            <w:r w:rsidR="00F1153E" w:rsidRPr="00F1153E">
              <w:rPr>
                <w:color w:val="auto"/>
                <w:sz w:val="22"/>
                <w:lang w:val="ru-RU"/>
              </w:rPr>
              <w:t xml:space="preserve">              </w:t>
            </w:r>
            <w:r w:rsidR="002A1B46" w:rsidRPr="00F1153E">
              <w:rPr>
                <w:color w:val="auto"/>
                <w:sz w:val="22"/>
                <w:lang w:val="ru-RU"/>
              </w:rPr>
              <w:t xml:space="preserve"> подання.</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8A49B68" w14:textId="598466CA" w:rsidR="002A1B46" w:rsidRPr="00F1153E" w:rsidRDefault="00217531" w:rsidP="00217531">
            <w:pPr>
              <w:spacing w:after="24"/>
              <w:rPr>
                <w:rFonts w:eastAsia="Arial"/>
                <w:color w:val="auto"/>
                <w:sz w:val="22"/>
                <w:lang w:val="ru-RU"/>
              </w:rPr>
            </w:pPr>
            <w:r w:rsidRPr="00F1153E">
              <w:rPr>
                <w:rFonts w:eastAsia="Arial"/>
                <w:b/>
                <w:color w:val="auto"/>
                <w:sz w:val="22"/>
                <w:lang w:val="ru-RU"/>
              </w:rPr>
              <w:lastRenderedPageBreak/>
              <w:t xml:space="preserve">Е1.К1. </w:t>
            </w:r>
            <w:r w:rsidR="002A1B46" w:rsidRPr="00F1153E">
              <w:rPr>
                <w:color w:val="auto"/>
                <w:sz w:val="22"/>
                <w:lang w:val="ru-RU"/>
              </w:rPr>
              <w:t xml:space="preserve">Пояснювати </w:t>
            </w:r>
            <w:r w:rsidR="00F1153E" w:rsidRPr="00F1153E">
              <w:rPr>
                <w:color w:val="auto"/>
                <w:sz w:val="22"/>
                <w:lang w:val="ru-RU"/>
              </w:rPr>
              <w:t xml:space="preserve">              </w:t>
            </w:r>
            <w:r w:rsidR="002A1B46" w:rsidRPr="00F1153E">
              <w:rPr>
                <w:color w:val="auto"/>
                <w:sz w:val="22"/>
                <w:lang w:val="ru-RU"/>
              </w:rPr>
              <w:t>отримувачу підтримки зміст і порядок заповнення документа до його підписання та узгоджувати спосіб</w:t>
            </w:r>
            <w:r w:rsidR="00F1153E" w:rsidRPr="00F1153E">
              <w:rPr>
                <w:color w:val="auto"/>
                <w:sz w:val="22"/>
                <w:lang w:val="ru-RU"/>
              </w:rPr>
              <w:t xml:space="preserve">             </w:t>
            </w:r>
            <w:r w:rsidR="002A1B46" w:rsidRPr="00F1153E">
              <w:rPr>
                <w:color w:val="auto"/>
                <w:sz w:val="22"/>
                <w:lang w:val="ru-RU"/>
              </w:rPr>
              <w:t xml:space="preserve"> подання і отримання </w:t>
            </w:r>
            <w:r w:rsidR="00F1153E" w:rsidRPr="00F1153E">
              <w:rPr>
                <w:color w:val="auto"/>
                <w:sz w:val="22"/>
                <w:lang w:val="ru-RU"/>
              </w:rPr>
              <w:t xml:space="preserve">             </w:t>
            </w:r>
            <w:r w:rsidR="002A1B46" w:rsidRPr="00F1153E">
              <w:rPr>
                <w:color w:val="auto"/>
                <w:sz w:val="22"/>
                <w:lang w:val="ru-RU"/>
              </w:rPr>
              <w:t>результату.</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2DEA94A9" w14:textId="0C55F923" w:rsidR="00F40594" w:rsidRPr="00F1153E" w:rsidRDefault="00217531" w:rsidP="00217531">
            <w:pPr>
              <w:spacing w:after="24"/>
              <w:rPr>
                <w:rFonts w:eastAsia="Arial"/>
                <w:color w:val="auto"/>
                <w:sz w:val="22"/>
                <w:lang w:val="ru-RU"/>
              </w:rPr>
            </w:pPr>
            <w:r w:rsidRPr="00F1153E">
              <w:rPr>
                <w:rFonts w:eastAsia="Arial"/>
                <w:b/>
                <w:color w:val="auto"/>
                <w:sz w:val="22"/>
                <w:lang w:val="ru-RU"/>
              </w:rPr>
              <w:t xml:space="preserve">Е1.В1. </w:t>
            </w:r>
            <w:r w:rsidR="00F40594" w:rsidRPr="00F1153E">
              <w:rPr>
                <w:color w:val="auto"/>
                <w:sz w:val="22"/>
                <w:lang w:val="ru-RU"/>
              </w:rPr>
              <w:t xml:space="preserve">Самостійно </w:t>
            </w:r>
            <w:r w:rsidR="00F1153E" w:rsidRPr="00F1153E">
              <w:rPr>
                <w:color w:val="auto"/>
                <w:sz w:val="22"/>
                <w:lang w:val="ru-RU"/>
              </w:rPr>
              <w:t xml:space="preserve">                </w:t>
            </w:r>
            <w:r w:rsidR="00F40594" w:rsidRPr="00F1153E">
              <w:rPr>
                <w:color w:val="auto"/>
                <w:sz w:val="22"/>
                <w:lang w:val="ru-RU"/>
              </w:rPr>
              <w:t xml:space="preserve">надавати технічну </w:t>
            </w:r>
            <w:r w:rsidR="00F1153E" w:rsidRPr="00F1153E">
              <w:rPr>
                <w:color w:val="auto"/>
                <w:sz w:val="22"/>
                <w:lang w:val="ru-RU"/>
              </w:rPr>
              <w:t xml:space="preserve">                       </w:t>
            </w:r>
            <w:r w:rsidR="00F40594" w:rsidRPr="00F1153E">
              <w:rPr>
                <w:color w:val="auto"/>
                <w:sz w:val="22"/>
                <w:lang w:val="ru-RU"/>
              </w:rPr>
              <w:t xml:space="preserve">допомогу в оформленні документів у межах </w:t>
            </w:r>
            <w:r w:rsidR="00F1153E" w:rsidRPr="00F1153E">
              <w:rPr>
                <w:color w:val="auto"/>
                <w:sz w:val="22"/>
                <w:lang w:val="ru-RU"/>
              </w:rPr>
              <w:t xml:space="preserve">         </w:t>
            </w:r>
            <w:r w:rsidR="00F40594" w:rsidRPr="00F1153E">
              <w:rPr>
                <w:color w:val="auto"/>
                <w:sz w:val="22"/>
                <w:lang w:val="ru-RU"/>
              </w:rPr>
              <w:t xml:space="preserve">професійних </w:t>
            </w:r>
            <w:r w:rsidR="008C506C">
              <w:rPr>
                <w:color w:val="auto"/>
                <w:sz w:val="22"/>
                <w:lang w:val="ru-RU"/>
              </w:rPr>
              <w:t xml:space="preserve">                                </w:t>
            </w:r>
            <w:r w:rsidR="00F40594" w:rsidRPr="00F1153E">
              <w:rPr>
                <w:color w:val="auto"/>
                <w:sz w:val="22"/>
                <w:lang w:val="ru-RU"/>
              </w:rPr>
              <w:t xml:space="preserve">повноважень, не </w:t>
            </w:r>
            <w:r w:rsidR="008C506C">
              <w:rPr>
                <w:color w:val="auto"/>
                <w:sz w:val="22"/>
                <w:lang w:val="ru-RU"/>
              </w:rPr>
              <w:t xml:space="preserve">                    </w:t>
            </w:r>
            <w:r w:rsidR="00F40594" w:rsidRPr="00F1153E">
              <w:rPr>
                <w:color w:val="auto"/>
                <w:sz w:val="22"/>
                <w:lang w:val="ru-RU"/>
              </w:rPr>
              <w:t xml:space="preserve">підписуючи </w:t>
            </w:r>
            <w:r w:rsidR="00F1153E" w:rsidRPr="00F1153E">
              <w:rPr>
                <w:color w:val="auto"/>
                <w:sz w:val="22"/>
                <w:lang w:val="ru-RU"/>
              </w:rPr>
              <w:t xml:space="preserve">         </w:t>
            </w:r>
            <w:r w:rsidR="008C506C">
              <w:rPr>
                <w:color w:val="auto"/>
                <w:sz w:val="22"/>
                <w:lang w:val="ru-RU"/>
              </w:rPr>
              <w:t xml:space="preserve">                   </w:t>
            </w:r>
            <w:r w:rsidR="00F1153E" w:rsidRPr="00F1153E">
              <w:rPr>
                <w:color w:val="auto"/>
                <w:sz w:val="22"/>
                <w:lang w:val="ru-RU"/>
              </w:rPr>
              <w:t xml:space="preserve">  </w:t>
            </w:r>
            <w:r w:rsidR="00F40594" w:rsidRPr="00F1153E">
              <w:rPr>
                <w:color w:val="auto"/>
                <w:sz w:val="22"/>
                <w:lang w:val="ru-RU"/>
              </w:rPr>
              <w:t>документи замість</w:t>
            </w:r>
            <w:r w:rsidR="008C506C">
              <w:rPr>
                <w:color w:val="auto"/>
                <w:sz w:val="22"/>
                <w:lang w:val="ru-RU"/>
              </w:rPr>
              <w:t xml:space="preserve">                   </w:t>
            </w:r>
            <w:r w:rsidR="00F40594" w:rsidRPr="00F1153E">
              <w:rPr>
                <w:color w:val="auto"/>
                <w:sz w:val="22"/>
                <w:lang w:val="ru-RU"/>
              </w:rPr>
              <w:t xml:space="preserve"> отримувача підтримки, крім випадків належного представництва.</w:t>
            </w:r>
          </w:p>
        </w:tc>
      </w:tr>
      <w:tr w:rsidR="00217531" w:rsidRPr="0076799D" w14:paraId="6457F684"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B78F7F1" w14:textId="77777777" w:rsidR="00217531" w:rsidRPr="003C4740" w:rsidRDefault="00217531" w:rsidP="00217531">
            <w:pPr>
              <w:rPr>
                <w:color w:val="auto"/>
                <w:sz w:val="22"/>
                <w:lang w:val="ru-RU"/>
              </w:rPr>
            </w:pP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ACCBB27" w14:textId="2F0154A4" w:rsidR="00F40594" w:rsidRPr="000C1812" w:rsidRDefault="00217531" w:rsidP="00217531">
            <w:pPr>
              <w:rPr>
                <w:color w:val="auto"/>
                <w:sz w:val="22"/>
                <w:lang w:val="ru-RU"/>
              </w:rPr>
            </w:pPr>
            <w:r w:rsidRPr="000C1812">
              <w:rPr>
                <w:rFonts w:eastAsia="Arial"/>
                <w:b/>
                <w:color w:val="auto"/>
                <w:sz w:val="22"/>
                <w:lang w:val="ru-RU"/>
              </w:rPr>
              <w:t xml:space="preserve">Е2. </w:t>
            </w:r>
            <w:r w:rsidR="00F40594" w:rsidRPr="000C1812">
              <w:rPr>
                <w:color w:val="auto"/>
                <w:sz w:val="22"/>
                <w:lang w:val="ru-RU"/>
              </w:rPr>
              <w:t xml:space="preserve">Здатність здійснювати дії в інтересах отримувача підтримки в органах, установах та </w:t>
            </w:r>
            <w:r w:rsidR="000C1812" w:rsidRPr="000C1812">
              <w:rPr>
                <w:color w:val="auto"/>
                <w:sz w:val="22"/>
                <w:lang w:val="ru-RU"/>
              </w:rPr>
              <w:t xml:space="preserve">                  </w:t>
            </w:r>
            <w:r w:rsidR="00F40594" w:rsidRPr="000C1812">
              <w:rPr>
                <w:color w:val="auto"/>
                <w:sz w:val="22"/>
                <w:lang w:val="ru-RU"/>
              </w:rPr>
              <w:t xml:space="preserve">організаціях у межах наданих </w:t>
            </w:r>
            <w:r w:rsidR="000C1812" w:rsidRPr="000C1812">
              <w:rPr>
                <w:color w:val="auto"/>
                <w:sz w:val="22"/>
                <w:lang w:val="ru-RU"/>
              </w:rPr>
              <w:t xml:space="preserve">                        </w:t>
            </w:r>
            <w:r w:rsidR="00F40594" w:rsidRPr="000C1812">
              <w:rPr>
                <w:color w:val="auto"/>
                <w:sz w:val="22"/>
                <w:lang w:val="ru-RU"/>
              </w:rPr>
              <w:t>повноважень.</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7ABA0A8" w14:textId="5B1CAB8C" w:rsidR="00830DAB" w:rsidRPr="000C1812" w:rsidRDefault="00217531" w:rsidP="00217531">
            <w:pPr>
              <w:spacing w:after="24"/>
              <w:rPr>
                <w:rFonts w:eastAsia="Arial"/>
                <w:color w:val="auto"/>
                <w:sz w:val="22"/>
                <w:lang w:val="ru-RU"/>
              </w:rPr>
            </w:pPr>
            <w:r w:rsidRPr="000C1812">
              <w:rPr>
                <w:rFonts w:eastAsia="Arial"/>
                <w:b/>
                <w:color w:val="auto"/>
                <w:sz w:val="22"/>
                <w:lang w:val="ru-RU"/>
              </w:rPr>
              <w:t xml:space="preserve">Е2.З1. </w:t>
            </w:r>
            <w:r w:rsidR="00830DAB" w:rsidRPr="000C1812">
              <w:rPr>
                <w:rFonts w:eastAsia="Arial"/>
                <w:color w:val="auto"/>
                <w:sz w:val="22"/>
                <w:lang w:val="ru-RU"/>
              </w:rPr>
              <w:t xml:space="preserve">Правові підстави, форми та межі </w:t>
            </w:r>
            <w:r w:rsidR="000C1812" w:rsidRPr="000C1812">
              <w:rPr>
                <w:rFonts w:eastAsia="Arial"/>
                <w:color w:val="auto"/>
                <w:sz w:val="22"/>
                <w:lang w:val="ru-RU"/>
              </w:rPr>
              <w:t xml:space="preserve">                               </w:t>
            </w:r>
            <w:r w:rsidR="00830DAB" w:rsidRPr="000C1812">
              <w:rPr>
                <w:rFonts w:eastAsia="Arial"/>
                <w:color w:val="auto"/>
                <w:sz w:val="22"/>
                <w:lang w:val="ru-RU"/>
              </w:rPr>
              <w:t>представництва інтересів,</w:t>
            </w:r>
            <w:r w:rsidR="000C1812" w:rsidRPr="000C1812">
              <w:rPr>
                <w:rFonts w:eastAsia="Arial"/>
                <w:color w:val="auto"/>
                <w:sz w:val="22"/>
                <w:lang w:val="ru-RU"/>
              </w:rPr>
              <w:t xml:space="preserve">    </w:t>
            </w:r>
            <w:r w:rsidR="00830DAB" w:rsidRPr="000C1812">
              <w:rPr>
                <w:rFonts w:eastAsia="Arial"/>
                <w:color w:val="auto"/>
                <w:sz w:val="22"/>
                <w:lang w:val="ru-RU"/>
              </w:rPr>
              <w:t xml:space="preserve"> вимоги до документів, що підтверджують повноваження, та порядок їх </w:t>
            </w:r>
            <w:r w:rsidR="000C1812" w:rsidRPr="000C1812">
              <w:rPr>
                <w:rFonts w:eastAsia="Arial"/>
                <w:color w:val="auto"/>
                <w:sz w:val="22"/>
                <w:lang w:val="ru-RU"/>
              </w:rPr>
              <w:t xml:space="preserve">                 </w:t>
            </w:r>
            <w:r w:rsidR="00830DAB" w:rsidRPr="000C1812">
              <w:rPr>
                <w:rFonts w:eastAsia="Arial"/>
                <w:color w:val="auto"/>
                <w:sz w:val="22"/>
                <w:lang w:val="ru-RU"/>
              </w:rPr>
              <w:t>підтвердження.</w:t>
            </w:r>
          </w:p>
          <w:p w14:paraId="77C02ACF" w14:textId="77777777" w:rsidR="00830DAB" w:rsidRPr="000C1812" w:rsidRDefault="00830DAB" w:rsidP="00217531">
            <w:pPr>
              <w:spacing w:after="24"/>
              <w:rPr>
                <w:color w:val="auto"/>
                <w:sz w:val="22"/>
                <w:lang w:val="ru-RU"/>
              </w:rPr>
            </w:pPr>
          </w:p>
          <w:p w14:paraId="48E9EE3F" w14:textId="60CBD604" w:rsidR="005A4F01" w:rsidRPr="000C1812" w:rsidRDefault="00217531" w:rsidP="00217531">
            <w:pPr>
              <w:spacing w:after="24"/>
              <w:rPr>
                <w:rFonts w:eastAsia="Arial"/>
                <w:color w:val="auto"/>
                <w:sz w:val="22"/>
                <w:lang w:val="ru-RU"/>
              </w:rPr>
            </w:pPr>
            <w:r w:rsidRPr="000C1812">
              <w:rPr>
                <w:rFonts w:eastAsia="Arial"/>
                <w:b/>
                <w:color w:val="auto"/>
                <w:sz w:val="22"/>
                <w:lang w:val="ru-RU"/>
              </w:rPr>
              <w:t xml:space="preserve">Е2.З2. </w:t>
            </w:r>
            <w:r w:rsidR="005A4F01" w:rsidRPr="000C1812">
              <w:rPr>
                <w:rFonts w:eastAsia="Arial"/>
                <w:color w:val="auto"/>
                <w:sz w:val="22"/>
                <w:lang w:val="ru-RU"/>
              </w:rPr>
              <w:t>Повноваження органів державної влади, органів місцевого самоврядування, установ, організацій та інших надавачів, до яких можуть подаватися документи або звернення.</w:t>
            </w:r>
          </w:p>
          <w:p w14:paraId="530AD6AC" w14:textId="77777777" w:rsidR="005A4F01" w:rsidRPr="000C1812" w:rsidRDefault="005A4F01" w:rsidP="00217531">
            <w:pPr>
              <w:spacing w:after="24"/>
              <w:rPr>
                <w:color w:val="auto"/>
                <w:sz w:val="22"/>
                <w:lang w:val="ru-RU"/>
              </w:rPr>
            </w:pP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EF39A7F" w14:textId="475BA440" w:rsidR="00655389" w:rsidRPr="000C1812" w:rsidRDefault="00217531" w:rsidP="00217531">
            <w:pPr>
              <w:spacing w:after="24"/>
              <w:rPr>
                <w:rFonts w:eastAsia="Arial"/>
                <w:color w:val="auto"/>
                <w:sz w:val="22"/>
                <w:lang w:val="ru-RU"/>
              </w:rPr>
            </w:pPr>
            <w:r w:rsidRPr="000C1812">
              <w:rPr>
                <w:rFonts w:eastAsia="Arial"/>
                <w:b/>
                <w:color w:val="auto"/>
                <w:sz w:val="22"/>
                <w:lang w:val="ru-RU"/>
              </w:rPr>
              <w:t xml:space="preserve">Е2.У1. </w:t>
            </w:r>
            <w:r w:rsidR="00655389" w:rsidRPr="000C1812">
              <w:rPr>
                <w:rFonts w:eastAsia="Arial"/>
                <w:color w:val="auto"/>
                <w:sz w:val="22"/>
                <w:lang w:val="ru-RU"/>
              </w:rPr>
              <w:t xml:space="preserve">Перевіряти наявність та обсяг наданих </w:t>
            </w:r>
            <w:r w:rsidR="000C1812" w:rsidRPr="000C1812">
              <w:rPr>
                <w:rFonts w:eastAsia="Arial"/>
                <w:color w:val="auto"/>
                <w:sz w:val="22"/>
                <w:lang w:val="ru-RU"/>
              </w:rPr>
              <w:t xml:space="preserve">                                 </w:t>
            </w:r>
            <w:r w:rsidR="00655389" w:rsidRPr="000C1812">
              <w:rPr>
                <w:rFonts w:eastAsia="Arial"/>
                <w:color w:val="auto"/>
                <w:sz w:val="22"/>
                <w:lang w:val="ru-RU"/>
              </w:rPr>
              <w:t xml:space="preserve">повноважень, подавати </w:t>
            </w:r>
            <w:r w:rsidR="000C1812" w:rsidRPr="000C1812">
              <w:rPr>
                <w:rFonts w:eastAsia="Arial"/>
                <w:color w:val="auto"/>
                <w:sz w:val="22"/>
                <w:lang w:val="ru-RU"/>
              </w:rPr>
              <w:t xml:space="preserve">                    </w:t>
            </w:r>
            <w:r w:rsidR="00655389" w:rsidRPr="000C1812">
              <w:rPr>
                <w:rFonts w:eastAsia="Arial"/>
                <w:color w:val="auto"/>
                <w:sz w:val="22"/>
                <w:lang w:val="ru-RU"/>
              </w:rPr>
              <w:t xml:space="preserve">документи, здійснювати необхідні звернення та </w:t>
            </w:r>
            <w:r w:rsidR="000C1812" w:rsidRPr="000C1812">
              <w:rPr>
                <w:rFonts w:eastAsia="Arial"/>
                <w:color w:val="auto"/>
                <w:sz w:val="22"/>
                <w:lang w:val="ru-RU"/>
              </w:rPr>
              <w:t xml:space="preserve">                   </w:t>
            </w:r>
            <w:r w:rsidR="00655389" w:rsidRPr="000C1812">
              <w:rPr>
                <w:rFonts w:eastAsia="Arial"/>
                <w:color w:val="auto"/>
                <w:sz w:val="22"/>
                <w:lang w:val="ru-RU"/>
              </w:rPr>
              <w:t xml:space="preserve">отримувати інформацію в межах відповідних </w:t>
            </w:r>
            <w:r w:rsidR="000C1812" w:rsidRPr="000C1812">
              <w:rPr>
                <w:rFonts w:eastAsia="Arial"/>
                <w:color w:val="auto"/>
                <w:sz w:val="22"/>
                <w:lang w:val="ru-RU"/>
              </w:rPr>
              <w:t xml:space="preserve">                           </w:t>
            </w:r>
            <w:r w:rsidR="00655389" w:rsidRPr="000C1812">
              <w:rPr>
                <w:rFonts w:eastAsia="Arial"/>
                <w:color w:val="auto"/>
                <w:sz w:val="22"/>
                <w:lang w:val="ru-RU"/>
              </w:rPr>
              <w:t>повноважень.</w:t>
            </w:r>
          </w:p>
          <w:p w14:paraId="2B0967AD" w14:textId="77777777" w:rsidR="00655389" w:rsidRPr="000C1812" w:rsidRDefault="00655389" w:rsidP="00217531">
            <w:pPr>
              <w:spacing w:after="24"/>
              <w:rPr>
                <w:color w:val="auto"/>
                <w:sz w:val="22"/>
                <w:lang w:val="ru-RU"/>
              </w:rPr>
            </w:pPr>
          </w:p>
          <w:p w14:paraId="11810668" w14:textId="51A5EC04" w:rsidR="00655389" w:rsidRPr="000C1812" w:rsidRDefault="00217531" w:rsidP="003217E7">
            <w:pPr>
              <w:spacing w:after="24"/>
              <w:rPr>
                <w:color w:val="auto"/>
                <w:sz w:val="22"/>
                <w:lang w:val="ru-RU"/>
              </w:rPr>
            </w:pPr>
            <w:r w:rsidRPr="000C1812">
              <w:rPr>
                <w:rFonts w:eastAsia="Arial"/>
                <w:b/>
                <w:color w:val="auto"/>
                <w:sz w:val="22"/>
                <w:lang w:val="ru-RU"/>
              </w:rPr>
              <w:t>Е2.У2</w:t>
            </w:r>
            <w:r w:rsidR="003217E7" w:rsidRPr="000C1812">
              <w:rPr>
                <w:rFonts w:eastAsia="Arial"/>
                <w:b/>
                <w:color w:val="auto"/>
                <w:sz w:val="22"/>
                <w:lang w:val="ru-RU"/>
              </w:rPr>
              <w:t xml:space="preserve">. </w:t>
            </w:r>
            <w:r w:rsidR="00655389" w:rsidRPr="000C1812">
              <w:rPr>
                <w:color w:val="auto"/>
                <w:sz w:val="22"/>
                <w:lang w:val="ru-RU"/>
              </w:rPr>
              <w:t>Фіксувати здійснені дії, подані документи,</w:t>
            </w:r>
            <w:r w:rsidR="000C1812" w:rsidRPr="000C1812">
              <w:rPr>
                <w:color w:val="auto"/>
                <w:sz w:val="22"/>
                <w:lang w:val="ru-RU"/>
              </w:rPr>
              <w:t xml:space="preserve">                      </w:t>
            </w:r>
            <w:r w:rsidR="00655389" w:rsidRPr="000C1812">
              <w:rPr>
                <w:color w:val="auto"/>
                <w:sz w:val="22"/>
                <w:lang w:val="ru-RU"/>
              </w:rPr>
              <w:t xml:space="preserve"> отримані відповіді, визначені строки та результати взаємодії.</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DDF6FD7" w14:textId="620EFB4A" w:rsidR="003217E7" w:rsidRPr="000C1812" w:rsidRDefault="00217531" w:rsidP="003217E7">
            <w:pPr>
              <w:spacing w:after="24"/>
              <w:rPr>
                <w:color w:val="auto"/>
                <w:sz w:val="22"/>
                <w:lang w:val="ru-RU"/>
              </w:rPr>
            </w:pPr>
            <w:r w:rsidRPr="000C1812">
              <w:rPr>
                <w:rFonts w:eastAsia="Arial"/>
                <w:b/>
                <w:color w:val="auto"/>
                <w:sz w:val="22"/>
                <w:lang w:val="ru-RU"/>
              </w:rPr>
              <w:t xml:space="preserve">Е2.К1. </w:t>
            </w:r>
            <w:r w:rsidR="003217E7" w:rsidRPr="000C1812">
              <w:rPr>
                <w:color w:val="auto"/>
                <w:sz w:val="22"/>
                <w:lang w:val="ru-RU"/>
              </w:rPr>
              <w:t>Точно передавати позицію та волю отримувача підтримки,</w:t>
            </w:r>
            <w:r w:rsidR="000C1812" w:rsidRPr="000C1812">
              <w:rPr>
                <w:color w:val="auto"/>
                <w:sz w:val="22"/>
                <w:lang w:val="ru-RU"/>
              </w:rPr>
              <w:t xml:space="preserve">                   </w:t>
            </w:r>
            <w:r w:rsidR="003217E7" w:rsidRPr="000C1812">
              <w:rPr>
                <w:color w:val="auto"/>
                <w:sz w:val="22"/>
                <w:lang w:val="ru-RU"/>
              </w:rPr>
              <w:t xml:space="preserve"> інформувати його про перебіг здійснених дій і отримані результати.</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FD25D74" w14:textId="7A8CA642" w:rsidR="003217E7" w:rsidRPr="000C1812" w:rsidRDefault="00217531" w:rsidP="003217E7">
            <w:pPr>
              <w:spacing w:after="24"/>
              <w:rPr>
                <w:color w:val="auto"/>
                <w:sz w:val="22"/>
                <w:lang w:val="ru-RU"/>
              </w:rPr>
            </w:pPr>
            <w:r w:rsidRPr="000C1812">
              <w:rPr>
                <w:rFonts w:eastAsia="Arial"/>
                <w:b/>
                <w:color w:val="auto"/>
                <w:sz w:val="22"/>
                <w:lang w:val="ru-RU"/>
              </w:rPr>
              <w:t xml:space="preserve">Е2.В1. </w:t>
            </w:r>
            <w:r w:rsidR="003217E7" w:rsidRPr="000C1812">
              <w:rPr>
                <w:color w:val="auto"/>
                <w:sz w:val="22"/>
                <w:lang w:val="ru-RU"/>
              </w:rPr>
              <w:t xml:space="preserve">Діяти виключно в межах наданих </w:t>
            </w:r>
            <w:r w:rsidR="000C1812" w:rsidRPr="000C1812">
              <w:rPr>
                <w:color w:val="auto"/>
                <w:sz w:val="22"/>
                <w:lang w:val="ru-RU"/>
              </w:rPr>
              <w:t xml:space="preserve">                        </w:t>
            </w:r>
            <w:r w:rsidR="003217E7" w:rsidRPr="000C1812">
              <w:rPr>
                <w:color w:val="auto"/>
                <w:sz w:val="22"/>
                <w:lang w:val="ru-RU"/>
              </w:rPr>
              <w:t xml:space="preserve">повноважень та своєчасно перенаправляти питання, що </w:t>
            </w:r>
            <w:r w:rsidR="000C1812" w:rsidRPr="000C1812">
              <w:rPr>
                <w:color w:val="auto"/>
                <w:sz w:val="22"/>
                <w:lang w:val="ru-RU"/>
              </w:rPr>
              <w:t xml:space="preserve">                     </w:t>
            </w:r>
            <w:r w:rsidR="003217E7" w:rsidRPr="000C1812">
              <w:rPr>
                <w:color w:val="auto"/>
                <w:sz w:val="22"/>
                <w:lang w:val="ru-RU"/>
              </w:rPr>
              <w:t>потребують професійної правничої допомоги або іншого спеціалізованого представництва, до відповідного фахівця.</w:t>
            </w:r>
          </w:p>
        </w:tc>
      </w:tr>
      <w:tr w:rsidR="00217531" w:rsidRPr="0076799D" w14:paraId="4287BFF4"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444584F" w14:textId="77777777" w:rsidR="00217531" w:rsidRPr="003C4740" w:rsidRDefault="00217531" w:rsidP="00217531">
            <w:pPr>
              <w:rPr>
                <w:color w:val="auto"/>
                <w:sz w:val="22"/>
                <w:lang w:val="ru-RU"/>
              </w:rPr>
            </w:pP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CFC9E94" w14:textId="7AF2E874" w:rsidR="00217531" w:rsidRPr="00A91A52" w:rsidRDefault="00217531" w:rsidP="00217531">
            <w:pPr>
              <w:rPr>
                <w:color w:val="auto"/>
                <w:sz w:val="22"/>
                <w:lang w:val="ru-RU"/>
              </w:rPr>
            </w:pPr>
            <w:r w:rsidRPr="00A91A52">
              <w:rPr>
                <w:rFonts w:eastAsia="Arial"/>
                <w:b/>
                <w:color w:val="auto"/>
                <w:sz w:val="22"/>
                <w:lang w:val="ru-RU"/>
              </w:rPr>
              <w:t>Е</w:t>
            </w:r>
            <w:r w:rsidR="00757CD6">
              <w:rPr>
                <w:rFonts w:eastAsia="Arial"/>
                <w:b/>
                <w:color w:val="auto"/>
                <w:sz w:val="22"/>
                <w:lang w:val="ru-RU"/>
              </w:rPr>
              <w:t>3</w:t>
            </w:r>
            <w:r w:rsidRPr="00A91A52">
              <w:rPr>
                <w:rFonts w:eastAsia="Arial"/>
                <w:b/>
                <w:color w:val="auto"/>
                <w:sz w:val="22"/>
                <w:lang w:val="ru-RU"/>
              </w:rPr>
              <w:t xml:space="preserve">. </w:t>
            </w:r>
            <w:r w:rsidR="006D3C53" w:rsidRPr="00A91A52">
              <w:rPr>
                <w:rFonts w:eastAsia="Arial"/>
                <w:b/>
                <w:color w:val="auto"/>
                <w:sz w:val="22"/>
                <w:lang w:val="ru-RU"/>
              </w:rPr>
              <w:t>Здатність</w:t>
            </w:r>
            <w:r w:rsidR="00223382" w:rsidRPr="00A91A52">
              <w:rPr>
                <w:rFonts w:eastAsia="Arial"/>
                <w:b/>
                <w:color w:val="auto"/>
                <w:sz w:val="22"/>
                <w:lang w:val="ru-RU"/>
              </w:rPr>
              <w:t xml:space="preserve">           </w:t>
            </w:r>
            <w:r w:rsidR="006D3C53" w:rsidRPr="00A91A52">
              <w:rPr>
                <w:rFonts w:eastAsia="Arial"/>
                <w:b/>
                <w:color w:val="auto"/>
                <w:sz w:val="22"/>
                <w:lang w:val="ru-RU"/>
              </w:rPr>
              <w:t xml:space="preserve"> сприяти соціальній інтеграції, </w:t>
            </w:r>
            <w:r w:rsidR="00223382" w:rsidRPr="00A91A52">
              <w:rPr>
                <w:rFonts w:eastAsia="Arial"/>
                <w:b/>
                <w:color w:val="auto"/>
                <w:sz w:val="22"/>
                <w:lang w:val="ru-RU"/>
              </w:rPr>
              <w:t xml:space="preserve">                    </w:t>
            </w:r>
            <w:r w:rsidR="006D3C53" w:rsidRPr="00A91A52">
              <w:rPr>
                <w:rFonts w:eastAsia="Arial"/>
                <w:b/>
                <w:color w:val="auto"/>
                <w:sz w:val="22"/>
                <w:lang w:val="ru-RU"/>
              </w:rPr>
              <w:t>професійній</w:t>
            </w:r>
            <w:r w:rsidR="00223382" w:rsidRPr="00A91A52">
              <w:rPr>
                <w:rFonts w:eastAsia="Arial"/>
                <w:b/>
                <w:color w:val="auto"/>
                <w:sz w:val="22"/>
                <w:lang w:val="ru-RU"/>
              </w:rPr>
              <w:t xml:space="preserve">              </w:t>
            </w:r>
            <w:r w:rsidR="006D3C53" w:rsidRPr="00A91A52">
              <w:rPr>
                <w:rFonts w:eastAsia="Arial"/>
                <w:b/>
                <w:color w:val="auto"/>
                <w:sz w:val="22"/>
                <w:lang w:val="ru-RU"/>
              </w:rPr>
              <w:t xml:space="preserve"> адаптації та участі ветеранів війни і членів їх сімей у житті громади.</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358CF53" w14:textId="6DA1646F" w:rsidR="00483615" w:rsidRPr="00A91A52" w:rsidRDefault="00217531" w:rsidP="00217531">
            <w:pPr>
              <w:spacing w:after="24"/>
              <w:rPr>
                <w:rFonts w:eastAsia="Arial"/>
                <w:color w:val="auto"/>
                <w:sz w:val="22"/>
                <w:lang w:val="ru-RU"/>
              </w:rPr>
            </w:pPr>
            <w:r w:rsidRPr="00A91A52">
              <w:rPr>
                <w:rFonts w:eastAsia="Arial"/>
                <w:b/>
                <w:color w:val="auto"/>
                <w:sz w:val="22"/>
                <w:lang w:val="ru-RU"/>
              </w:rPr>
              <w:t>Е</w:t>
            </w:r>
            <w:r w:rsidR="00757CD6">
              <w:rPr>
                <w:rFonts w:eastAsia="Arial"/>
                <w:b/>
                <w:color w:val="auto"/>
                <w:sz w:val="22"/>
                <w:lang w:val="ru-RU"/>
              </w:rPr>
              <w:t>3</w:t>
            </w:r>
            <w:r w:rsidRPr="00A91A52">
              <w:rPr>
                <w:rFonts w:eastAsia="Arial"/>
                <w:b/>
                <w:color w:val="auto"/>
                <w:sz w:val="22"/>
                <w:lang w:val="ru-RU"/>
              </w:rPr>
              <w:t xml:space="preserve">.З1. </w:t>
            </w:r>
            <w:r w:rsidR="00483615" w:rsidRPr="00A91A52">
              <w:rPr>
                <w:rFonts w:eastAsia="Arial"/>
                <w:color w:val="auto"/>
                <w:sz w:val="22"/>
                <w:lang w:val="ru-RU"/>
              </w:rPr>
              <w:t xml:space="preserve">Програми та </w:t>
            </w:r>
            <w:r w:rsidR="00223382" w:rsidRPr="00A91A52">
              <w:rPr>
                <w:rFonts w:eastAsia="Arial"/>
                <w:color w:val="auto"/>
                <w:sz w:val="22"/>
                <w:lang w:val="ru-RU"/>
              </w:rPr>
              <w:t xml:space="preserve">                   </w:t>
            </w:r>
            <w:r w:rsidR="00483615" w:rsidRPr="00A91A52">
              <w:rPr>
                <w:rFonts w:eastAsia="Arial"/>
                <w:color w:val="auto"/>
                <w:sz w:val="22"/>
                <w:lang w:val="ru-RU"/>
              </w:rPr>
              <w:t xml:space="preserve">можливості у сферах </w:t>
            </w:r>
            <w:r w:rsidR="00223382" w:rsidRPr="00A91A52">
              <w:rPr>
                <w:rFonts w:eastAsia="Arial"/>
                <w:color w:val="auto"/>
                <w:sz w:val="22"/>
                <w:lang w:val="ru-RU"/>
              </w:rPr>
              <w:t xml:space="preserve">                     </w:t>
            </w:r>
            <w:r w:rsidR="00483615" w:rsidRPr="00A91A52">
              <w:rPr>
                <w:rFonts w:eastAsia="Arial"/>
                <w:color w:val="auto"/>
                <w:sz w:val="22"/>
                <w:lang w:val="ru-RU"/>
              </w:rPr>
              <w:t>зайнятості, професійної</w:t>
            </w:r>
            <w:r w:rsidR="00223382" w:rsidRPr="00A91A52">
              <w:rPr>
                <w:rFonts w:eastAsia="Arial"/>
                <w:color w:val="auto"/>
                <w:sz w:val="22"/>
                <w:lang w:val="ru-RU"/>
              </w:rPr>
              <w:t xml:space="preserve">            </w:t>
            </w:r>
            <w:r w:rsidR="00483615" w:rsidRPr="00A91A52">
              <w:rPr>
                <w:rFonts w:eastAsia="Arial"/>
                <w:color w:val="auto"/>
                <w:sz w:val="22"/>
                <w:lang w:val="ru-RU"/>
              </w:rPr>
              <w:t xml:space="preserve"> адаптації, освіти, </w:t>
            </w:r>
            <w:r w:rsidR="00223382" w:rsidRPr="00A91A52">
              <w:rPr>
                <w:rFonts w:eastAsia="Arial"/>
                <w:color w:val="auto"/>
                <w:sz w:val="22"/>
                <w:lang w:val="ru-RU"/>
              </w:rPr>
              <w:t xml:space="preserve">                     </w:t>
            </w:r>
            <w:r w:rsidR="00483615" w:rsidRPr="00A91A52">
              <w:rPr>
                <w:rFonts w:eastAsia="Arial"/>
                <w:color w:val="auto"/>
                <w:sz w:val="22"/>
                <w:lang w:val="ru-RU"/>
              </w:rPr>
              <w:t>підприємництва,</w:t>
            </w:r>
            <w:r w:rsidR="00223382" w:rsidRPr="00A91A52">
              <w:rPr>
                <w:rFonts w:eastAsia="Arial"/>
                <w:color w:val="auto"/>
                <w:sz w:val="22"/>
                <w:lang w:val="ru-RU"/>
              </w:rPr>
              <w:t xml:space="preserve">                             </w:t>
            </w:r>
            <w:r w:rsidR="00483615" w:rsidRPr="00A91A52">
              <w:rPr>
                <w:rFonts w:eastAsia="Arial"/>
                <w:color w:val="auto"/>
                <w:sz w:val="22"/>
                <w:lang w:val="ru-RU"/>
              </w:rPr>
              <w:t>ветеранського спорту,</w:t>
            </w:r>
            <w:r w:rsidR="00223382" w:rsidRPr="00A91A52">
              <w:rPr>
                <w:rFonts w:eastAsia="Arial"/>
                <w:color w:val="auto"/>
                <w:sz w:val="22"/>
                <w:lang w:val="ru-RU"/>
              </w:rPr>
              <w:t xml:space="preserve">    </w:t>
            </w:r>
            <w:r w:rsidR="00A91A52" w:rsidRPr="00A91A52">
              <w:rPr>
                <w:rFonts w:eastAsia="Arial"/>
                <w:color w:val="auto"/>
                <w:sz w:val="22"/>
                <w:lang w:val="ru-RU"/>
              </w:rPr>
              <w:t xml:space="preserve">    </w:t>
            </w:r>
            <w:r w:rsidR="00483615" w:rsidRPr="00A91A52">
              <w:rPr>
                <w:rFonts w:eastAsia="Arial"/>
                <w:color w:val="auto"/>
                <w:sz w:val="22"/>
                <w:lang w:val="ru-RU"/>
              </w:rPr>
              <w:t xml:space="preserve">культури, взаємопідтримки, громадської активності та </w:t>
            </w:r>
            <w:r w:rsidR="00A91A52" w:rsidRPr="00A91A52">
              <w:rPr>
                <w:rFonts w:eastAsia="Arial"/>
                <w:color w:val="auto"/>
                <w:sz w:val="22"/>
                <w:lang w:val="ru-RU"/>
              </w:rPr>
              <w:t xml:space="preserve">          </w:t>
            </w:r>
            <w:r w:rsidR="00483615" w:rsidRPr="00A91A52">
              <w:rPr>
                <w:rFonts w:eastAsia="Arial"/>
                <w:color w:val="auto"/>
                <w:sz w:val="22"/>
                <w:lang w:val="ru-RU"/>
              </w:rPr>
              <w:t>інших формах соціальної участі.</w:t>
            </w:r>
          </w:p>
          <w:p w14:paraId="5014BB06" w14:textId="77777777" w:rsidR="00483615" w:rsidRPr="00A91A52" w:rsidRDefault="00483615" w:rsidP="00217531">
            <w:pPr>
              <w:spacing w:after="24"/>
              <w:rPr>
                <w:color w:val="auto"/>
                <w:sz w:val="22"/>
                <w:lang w:val="ru-RU"/>
              </w:rPr>
            </w:pPr>
          </w:p>
          <w:p w14:paraId="3703BFC5" w14:textId="30D8923D" w:rsidR="00483615" w:rsidRPr="00A91A52" w:rsidRDefault="00217531" w:rsidP="00483615">
            <w:pPr>
              <w:spacing w:after="24"/>
              <w:rPr>
                <w:color w:val="auto"/>
                <w:sz w:val="22"/>
                <w:lang w:val="ru-RU"/>
              </w:rPr>
            </w:pPr>
            <w:r w:rsidRPr="00A91A52">
              <w:rPr>
                <w:rFonts w:eastAsia="Arial"/>
                <w:b/>
                <w:color w:val="auto"/>
                <w:sz w:val="22"/>
                <w:lang w:val="ru-RU"/>
              </w:rPr>
              <w:t>Е</w:t>
            </w:r>
            <w:r w:rsidR="00757CD6">
              <w:rPr>
                <w:rFonts w:eastAsia="Arial"/>
                <w:b/>
                <w:color w:val="auto"/>
                <w:sz w:val="22"/>
                <w:lang w:val="ru-RU"/>
              </w:rPr>
              <w:t>3</w:t>
            </w:r>
            <w:r w:rsidRPr="00A91A52">
              <w:rPr>
                <w:rFonts w:eastAsia="Arial"/>
                <w:b/>
                <w:color w:val="auto"/>
                <w:sz w:val="22"/>
                <w:lang w:val="ru-RU"/>
              </w:rPr>
              <w:t xml:space="preserve">.З2. </w:t>
            </w:r>
            <w:r w:rsidR="00483615" w:rsidRPr="00A91A52">
              <w:rPr>
                <w:color w:val="auto"/>
                <w:sz w:val="22"/>
                <w:lang w:val="ru-RU"/>
              </w:rPr>
              <w:t xml:space="preserve">Принципи соціальної інклюзії, безбар'єрності, </w:t>
            </w:r>
            <w:r w:rsidR="00223382" w:rsidRPr="00A91A52">
              <w:rPr>
                <w:color w:val="auto"/>
                <w:sz w:val="22"/>
                <w:lang w:val="ru-RU"/>
              </w:rPr>
              <w:t xml:space="preserve">             </w:t>
            </w:r>
            <w:r w:rsidR="00483615" w:rsidRPr="00A91A52">
              <w:rPr>
                <w:color w:val="auto"/>
                <w:sz w:val="22"/>
                <w:lang w:val="ru-RU"/>
              </w:rPr>
              <w:t xml:space="preserve">рівності можливостей, </w:t>
            </w:r>
            <w:r w:rsidR="00223382" w:rsidRPr="00A91A52">
              <w:rPr>
                <w:color w:val="auto"/>
                <w:sz w:val="22"/>
                <w:lang w:val="ru-RU"/>
              </w:rPr>
              <w:t xml:space="preserve">                </w:t>
            </w:r>
            <w:r w:rsidR="00483615" w:rsidRPr="00A91A52">
              <w:rPr>
                <w:color w:val="auto"/>
                <w:sz w:val="22"/>
                <w:lang w:val="ru-RU"/>
              </w:rPr>
              <w:t xml:space="preserve">недискримінації, </w:t>
            </w:r>
            <w:r w:rsidR="00223382" w:rsidRPr="00A91A52">
              <w:rPr>
                <w:color w:val="auto"/>
                <w:sz w:val="22"/>
                <w:lang w:val="ru-RU"/>
              </w:rPr>
              <w:t xml:space="preserve">                        </w:t>
            </w:r>
            <w:r w:rsidR="00483615" w:rsidRPr="00A91A52">
              <w:rPr>
                <w:color w:val="auto"/>
                <w:sz w:val="22"/>
                <w:lang w:val="ru-RU"/>
              </w:rPr>
              <w:t xml:space="preserve">самостійності та залучення </w:t>
            </w:r>
            <w:r w:rsidR="00483615" w:rsidRPr="00A91A52">
              <w:rPr>
                <w:color w:val="auto"/>
                <w:sz w:val="22"/>
                <w:lang w:val="ru-RU"/>
              </w:rPr>
              <w:lastRenderedPageBreak/>
              <w:t>особи до прийняття рішень щодо власного життя.</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24BC4669" w14:textId="5E8D7C75" w:rsidR="00FD34D8" w:rsidRPr="00A91A52" w:rsidRDefault="00217531" w:rsidP="00217531">
            <w:pPr>
              <w:spacing w:after="24"/>
              <w:rPr>
                <w:rFonts w:eastAsia="Arial"/>
                <w:color w:val="auto"/>
                <w:sz w:val="22"/>
                <w:lang w:val="ru-RU"/>
              </w:rPr>
            </w:pPr>
            <w:r w:rsidRPr="00A91A52">
              <w:rPr>
                <w:rFonts w:eastAsia="Arial"/>
                <w:b/>
                <w:color w:val="auto"/>
                <w:sz w:val="22"/>
                <w:lang w:val="ru-RU"/>
              </w:rPr>
              <w:lastRenderedPageBreak/>
              <w:t>Е</w:t>
            </w:r>
            <w:r w:rsidR="00757CD6">
              <w:rPr>
                <w:rFonts w:eastAsia="Arial"/>
                <w:b/>
                <w:color w:val="auto"/>
                <w:sz w:val="22"/>
                <w:lang w:val="ru-RU"/>
              </w:rPr>
              <w:t>3</w:t>
            </w:r>
            <w:r w:rsidRPr="00A91A52">
              <w:rPr>
                <w:rFonts w:eastAsia="Arial"/>
                <w:b/>
                <w:color w:val="auto"/>
                <w:sz w:val="22"/>
                <w:lang w:val="ru-RU"/>
              </w:rPr>
              <w:t xml:space="preserve">.У1. </w:t>
            </w:r>
            <w:r w:rsidR="00FD34D8" w:rsidRPr="00A91A52">
              <w:rPr>
                <w:rFonts w:eastAsia="Arial"/>
                <w:color w:val="auto"/>
                <w:sz w:val="22"/>
                <w:lang w:val="ru-RU"/>
              </w:rPr>
              <w:t xml:space="preserve">Виявляти інтереси, здібності, ресурси та бар'єри особи, співвідносити їх із </w:t>
            </w:r>
            <w:r w:rsidR="00223382" w:rsidRPr="00A91A52">
              <w:rPr>
                <w:rFonts w:eastAsia="Arial"/>
                <w:color w:val="auto"/>
                <w:sz w:val="22"/>
                <w:lang w:val="ru-RU"/>
              </w:rPr>
              <w:t xml:space="preserve">             </w:t>
            </w:r>
            <w:r w:rsidR="00FD34D8" w:rsidRPr="00A91A52">
              <w:rPr>
                <w:rFonts w:eastAsia="Arial"/>
                <w:color w:val="auto"/>
                <w:sz w:val="22"/>
                <w:lang w:val="ru-RU"/>
              </w:rPr>
              <w:t xml:space="preserve">доступними програмами, </w:t>
            </w:r>
            <w:r w:rsidR="00223382" w:rsidRPr="00A91A52">
              <w:rPr>
                <w:rFonts w:eastAsia="Arial"/>
                <w:color w:val="auto"/>
                <w:sz w:val="22"/>
                <w:lang w:val="ru-RU"/>
              </w:rPr>
              <w:t xml:space="preserve">              </w:t>
            </w:r>
            <w:r w:rsidR="00FD34D8" w:rsidRPr="00A91A52">
              <w:rPr>
                <w:rFonts w:eastAsia="Arial"/>
                <w:color w:val="auto"/>
                <w:sz w:val="22"/>
                <w:lang w:val="ru-RU"/>
              </w:rPr>
              <w:t>послугами та можливостями громади.</w:t>
            </w:r>
          </w:p>
          <w:p w14:paraId="407F16E6" w14:textId="77777777" w:rsidR="00FD34D8" w:rsidRPr="00A91A52" w:rsidRDefault="00FD34D8" w:rsidP="00217531">
            <w:pPr>
              <w:spacing w:after="24"/>
              <w:rPr>
                <w:color w:val="auto"/>
                <w:sz w:val="22"/>
                <w:lang w:val="ru-RU"/>
              </w:rPr>
            </w:pPr>
          </w:p>
          <w:p w14:paraId="37198949" w14:textId="326AFCEE" w:rsidR="00A33097" w:rsidRPr="00A91A52" w:rsidRDefault="00217531" w:rsidP="00A33097">
            <w:pPr>
              <w:spacing w:after="24"/>
              <w:rPr>
                <w:color w:val="auto"/>
                <w:sz w:val="22"/>
                <w:lang w:val="ru-RU"/>
              </w:rPr>
            </w:pPr>
            <w:r w:rsidRPr="00A91A52">
              <w:rPr>
                <w:rFonts w:eastAsia="Arial"/>
                <w:b/>
                <w:color w:val="auto"/>
                <w:sz w:val="22"/>
                <w:lang w:val="ru-RU"/>
              </w:rPr>
              <w:t>Е</w:t>
            </w:r>
            <w:r w:rsidR="00757CD6">
              <w:rPr>
                <w:rFonts w:eastAsia="Arial"/>
                <w:b/>
                <w:color w:val="auto"/>
                <w:sz w:val="22"/>
                <w:lang w:val="ru-RU"/>
              </w:rPr>
              <w:t>3</w:t>
            </w:r>
            <w:r w:rsidRPr="00A91A52">
              <w:rPr>
                <w:rFonts w:eastAsia="Arial"/>
                <w:b/>
                <w:color w:val="auto"/>
                <w:sz w:val="22"/>
                <w:lang w:val="ru-RU"/>
              </w:rPr>
              <w:t xml:space="preserve">.У2. </w:t>
            </w:r>
            <w:r w:rsidR="00A33097" w:rsidRPr="00A91A52">
              <w:rPr>
                <w:color w:val="auto"/>
                <w:sz w:val="22"/>
                <w:lang w:val="ru-RU"/>
              </w:rPr>
              <w:t xml:space="preserve">Організовувати </w:t>
            </w:r>
            <w:r w:rsidR="00223382" w:rsidRPr="00A91A52">
              <w:rPr>
                <w:color w:val="auto"/>
                <w:sz w:val="22"/>
                <w:lang w:val="ru-RU"/>
              </w:rPr>
              <w:t xml:space="preserve">                  </w:t>
            </w:r>
            <w:r w:rsidR="00A33097" w:rsidRPr="00A91A52">
              <w:rPr>
                <w:color w:val="auto"/>
                <w:sz w:val="22"/>
                <w:lang w:val="ru-RU"/>
              </w:rPr>
              <w:t xml:space="preserve">перенаправлення до відповідних програм, </w:t>
            </w:r>
            <w:r w:rsidR="00223382" w:rsidRPr="00A91A52">
              <w:rPr>
                <w:color w:val="auto"/>
                <w:sz w:val="22"/>
                <w:lang w:val="ru-RU"/>
              </w:rPr>
              <w:t xml:space="preserve">               </w:t>
            </w:r>
            <w:r w:rsidR="00A33097" w:rsidRPr="00A91A52">
              <w:rPr>
                <w:color w:val="auto"/>
                <w:sz w:val="22"/>
                <w:lang w:val="ru-RU"/>
              </w:rPr>
              <w:t xml:space="preserve">ініціатив, роботодавців, </w:t>
            </w:r>
            <w:r w:rsidR="00A91A52" w:rsidRPr="00A91A52">
              <w:rPr>
                <w:color w:val="auto"/>
                <w:sz w:val="22"/>
                <w:lang w:val="ru-RU"/>
              </w:rPr>
              <w:t xml:space="preserve">             </w:t>
            </w:r>
            <w:r w:rsidR="00A33097" w:rsidRPr="00A91A52">
              <w:rPr>
                <w:color w:val="auto"/>
                <w:sz w:val="22"/>
                <w:lang w:val="ru-RU"/>
              </w:rPr>
              <w:t xml:space="preserve">закладів освіти, ветеранських просторів та інших надавачів, а також відстежувати </w:t>
            </w:r>
            <w:r w:rsidR="00A91A52" w:rsidRPr="00A91A52">
              <w:rPr>
                <w:color w:val="auto"/>
                <w:sz w:val="22"/>
                <w:lang w:val="ru-RU"/>
              </w:rPr>
              <w:t xml:space="preserve">                  </w:t>
            </w:r>
            <w:r w:rsidR="00A33097" w:rsidRPr="00A91A52">
              <w:rPr>
                <w:color w:val="auto"/>
                <w:sz w:val="22"/>
                <w:lang w:val="ru-RU"/>
              </w:rPr>
              <w:t xml:space="preserve">результати такого </w:t>
            </w:r>
            <w:r w:rsidR="00A91A52" w:rsidRPr="00A91A52">
              <w:rPr>
                <w:color w:val="auto"/>
                <w:sz w:val="22"/>
                <w:lang w:val="ru-RU"/>
              </w:rPr>
              <w:t xml:space="preserve">                           </w:t>
            </w:r>
            <w:r w:rsidR="00A33097" w:rsidRPr="00A91A52">
              <w:rPr>
                <w:color w:val="auto"/>
                <w:sz w:val="22"/>
                <w:lang w:val="ru-RU"/>
              </w:rPr>
              <w:t>перенаправлення.</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69B49234" w14:textId="40DE5F60" w:rsidR="000E39A5" w:rsidRPr="00A91A52" w:rsidRDefault="00217531" w:rsidP="000E39A5">
            <w:pPr>
              <w:spacing w:after="24"/>
              <w:rPr>
                <w:color w:val="auto"/>
                <w:sz w:val="22"/>
                <w:lang w:val="ru-RU"/>
              </w:rPr>
            </w:pPr>
            <w:r w:rsidRPr="00A91A52">
              <w:rPr>
                <w:rFonts w:eastAsia="Arial"/>
                <w:b/>
                <w:color w:val="auto"/>
                <w:sz w:val="22"/>
                <w:lang w:val="ru-RU"/>
              </w:rPr>
              <w:t>Е</w:t>
            </w:r>
            <w:r w:rsidR="00757CD6">
              <w:rPr>
                <w:rFonts w:eastAsia="Arial"/>
                <w:b/>
                <w:color w:val="auto"/>
                <w:sz w:val="22"/>
                <w:lang w:val="ru-RU"/>
              </w:rPr>
              <w:t>3</w:t>
            </w:r>
            <w:r w:rsidRPr="00A91A52">
              <w:rPr>
                <w:rFonts w:eastAsia="Arial"/>
                <w:b/>
                <w:color w:val="auto"/>
                <w:sz w:val="22"/>
                <w:lang w:val="ru-RU"/>
              </w:rPr>
              <w:t xml:space="preserve">.К1. </w:t>
            </w:r>
            <w:r w:rsidR="000E39A5" w:rsidRPr="00A91A52">
              <w:rPr>
                <w:color w:val="auto"/>
                <w:sz w:val="22"/>
                <w:lang w:val="ru-RU"/>
              </w:rPr>
              <w:t xml:space="preserve">Підтримувати </w:t>
            </w:r>
            <w:r w:rsidR="00223382" w:rsidRPr="00A91A52">
              <w:rPr>
                <w:color w:val="auto"/>
                <w:sz w:val="22"/>
                <w:lang w:val="ru-RU"/>
              </w:rPr>
              <w:t xml:space="preserve">          </w:t>
            </w:r>
            <w:r w:rsidR="000E39A5" w:rsidRPr="00A91A52">
              <w:rPr>
                <w:color w:val="auto"/>
                <w:sz w:val="22"/>
                <w:lang w:val="ru-RU"/>
              </w:rPr>
              <w:t xml:space="preserve">самостійний вибір особи та здійснювати взаємодію з роботодавцями, закладами освіти, ветеранськими просторами, громадськими організаціями та іншими суб'єктами з </w:t>
            </w:r>
            <w:r w:rsidR="00223382" w:rsidRPr="00A91A52">
              <w:rPr>
                <w:color w:val="auto"/>
                <w:sz w:val="22"/>
                <w:lang w:val="ru-RU"/>
              </w:rPr>
              <w:t xml:space="preserve">                     </w:t>
            </w:r>
            <w:r w:rsidR="000E39A5" w:rsidRPr="00A91A52">
              <w:rPr>
                <w:color w:val="auto"/>
                <w:sz w:val="22"/>
                <w:lang w:val="ru-RU"/>
              </w:rPr>
              <w:t>урахуванням згоди та</w:t>
            </w:r>
            <w:r w:rsidR="00A91A52" w:rsidRPr="00A91A52">
              <w:rPr>
                <w:color w:val="auto"/>
                <w:sz w:val="22"/>
                <w:lang w:val="ru-RU"/>
              </w:rPr>
              <w:t xml:space="preserve">             </w:t>
            </w:r>
            <w:r w:rsidR="000E39A5" w:rsidRPr="00A91A52">
              <w:rPr>
                <w:color w:val="auto"/>
                <w:sz w:val="22"/>
                <w:lang w:val="ru-RU"/>
              </w:rPr>
              <w:t xml:space="preserve"> інтересів отримувача підтримки.</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F59C92E" w14:textId="7A7163FF" w:rsidR="000E39A5" w:rsidRPr="00A91A52" w:rsidRDefault="00217531" w:rsidP="000E39A5">
            <w:pPr>
              <w:spacing w:after="24"/>
              <w:rPr>
                <w:color w:val="auto"/>
                <w:sz w:val="22"/>
                <w:lang w:val="ru-RU"/>
              </w:rPr>
            </w:pPr>
            <w:r w:rsidRPr="00A91A52">
              <w:rPr>
                <w:rFonts w:eastAsia="Arial"/>
                <w:b/>
                <w:color w:val="auto"/>
                <w:sz w:val="22"/>
                <w:lang w:val="ru-RU"/>
              </w:rPr>
              <w:t>Е</w:t>
            </w:r>
            <w:r w:rsidR="00757CD6">
              <w:rPr>
                <w:rFonts w:eastAsia="Arial"/>
                <w:b/>
                <w:color w:val="auto"/>
                <w:sz w:val="22"/>
                <w:lang w:val="ru-RU"/>
              </w:rPr>
              <w:t>3</w:t>
            </w:r>
            <w:r w:rsidRPr="00A91A52">
              <w:rPr>
                <w:rFonts w:eastAsia="Arial"/>
                <w:b/>
                <w:color w:val="auto"/>
                <w:sz w:val="22"/>
                <w:lang w:val="ru-RU"/>
              </w:rPr>
              <w:t xml:space="preserve">.В1. </w:t>
            </w:r>
            <w:r w:rsidR="000E39A5" w:rsidRPr="00A91A52">
              <w:rPr>
                <w:color w:val="auto"/>
                <w:sz w:val="22"/>
                <w:lang w:val="ru-RU"/>
              </w:rPr>
              <w:t xml:space="preserve">Сприяти </w:t>
            </w:r>
            <w:r w:rsidR="00A91A52" w:rsidRPr="00A91A52">
              <w:rPr>
                <w:color w:val="auto"/>
                <w:sz w:val="22"/>
                <w:lang w:val="ru-RU"/>
              </w:rPr>
              <w:t xml:space="preserve">                   </w:t>
            </w:r>
            <w:r w:rsidR="000E39A5" w:rsidRPr="00A91A52">
              <w:rPr>
                <w:color w:val="auto"/>
                <w:sz w:val="22"/>
                <w:lang w:val="ru-RU"/>
              </w:rPr>
              <w:t xml:space="preserve">соціальній інтеграції та участі особи у заходах без нав'язування способу життя, моделі поведінки, виду діяльності, </w:t>
            </w:r>
            <w:r w:rsidR="00A91A52" w:rsidRPr="00A91A52">
              <w:rPr>
                <w:color w:val="auto"/>
                <w:sz w:val="22"/>
                <w:lang w:val="ru-RU"/>
              </w:rPr>
              <w:t xml:space="preserve">                  </w:t>
            </w:r>
            <w:r w:rsidR="000E39A5" w:rsidRPr="00A91A52">
              <w:rPr>
                <w:color w:val="auto"/>
                <w:sz w:val="22"/>
                <w:lang w:val="ru-RU"/>
              </w:rPr>
              <w:t>конкретного роботодавця, закладу, програми чи надавача підтримки.</w:t>
            </w:r>
          </w:p>
        </w:tc>
      </w:tr>
      <w:tr w:rsidR="00217531" w:rsidRPr="0076799D" w14:paraId="7E31F1DB"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6CDBD01A" w14:textId="3AB41D1B" w:rsidR="000C005C" w:rsidRPr="00A91A52" w:rsidRDefault="00217531" w:rsidP="000C005C">
            <w:pPr>
              <w:rPr>
                <w:b/>
                <w:color w:val="auto"/>
                <w:sz w:val="22"/>
                <w:lang w:val="ru-RU"/>
              </w:rPr>
            </w:pPr>
            <w:r w:rsidRPr="00A91A52">
              <w:rPr>
                <w:rFonts w:eastAsia="Arial"/>
                <w:b/>
                <w:color w:val="auto"/>
                <w:sz w:val="22"/>
                <w:lang w:val="ru-RU"/>
              </w:rPr>
              <w:t xml:space="preserve">Є. </w:t>
            </w:r>
            <w:r w:rsidR="000C005C" w:rsidRPr="00A91A52">
              <w:rPr>
                <w:b/>
                <w:color w:val="auto"/>
                <w:sz w:val="22"/>
                <w:lang w:val="ru-RU"/>
              </w:rPr>
              <w:t xml:space="preserve">Здійснення </w:t>
            </w:r>
            <w:r w:rsidR="00A80C07" w:rsidRPr="00A91A52">
              <w:rPr>
                <w:b/>
                <w:color w:val="auto"/>
                <w:sz w:val="22"/>
                <w:lang w:val="ru-RU"/>
              </w:rPr>
              <w:t xml:space="preserve">                   </w:t>
            </w:r>
            <w:r w:rsidR="000C005C" w:rsidRPr="00A91A52">
              <w:rPr>
                <w:b/>
                <w:color w:val="auto"/>
                <w:sz w:val="22"/>
                <w:lang w:val="ru-RU"/>
              </w:rPr>
              <w:t>інформаційно-</w:t>
            </w:r>
            <w:r w:rsidR="00A80C07" w:rsidRPr="00A91A52">
              <w:rPr>
                <w:b/>
                <w:color w:val="auto"/>
                <w:sz w:val="22"/>
                <w:lang w:val="ru-RU"/>
              </w:rPr>
              <w:t xml:space="preserve">                 </w:t>
            </w:r>
            <w:r w:rsidR="000C005C" w:rsidRPr="00A91A52">
              <w:rPr>
                <w:b/>
                <w:color w:val="auto"/>
                <w:sz w:val="22"/>
                <w:lang w:val="ru-RU"/>
              </w:rPr>
              <w:t xml:space="preserve">просвітницької </w:t>
            </w:r>
            <w:r w:rsidR="00A80C07" w:rsidRPr="00A91A52">
              <w:rPr>
                <w:b/>
                <w:color w:val="auto"/>
                <w:sz w:val="22"/>
                <w:lang w:val="ru-RU"/>
              </w:rPr>
              <w:t xml:space="preserve">              </w:t>
            </w:r>
            <w:r w:rsidR="000C005C" w:rsidRPr="00A91A52">
              <w:rPr>
                <w:b/>
                <w:color w:val="auto"/>
                <w:sz w:val="22"/>
                <w:lang w:val="ru-RU"/>
              </w:rPr>
              <w:t>роботи у сфері психічного здоров'я.</w:t>
            </w: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7CB54D4" w14:textId="7CB116AD" w:rsidR="006B1844" w:rsidRPr="00A91A52" w:rsidRDefault="00217531" w:rsidP="00D05365">
            <w:pPr>
              <w:rPr>
                <w:color w:val="auto"/>
                <w:sz w:val="22"/>
                <w:lang w:val="ru-RU"/>
              </w:rPr>
            </w:pPr>
            <w:r w:rsidRPr="00A91A52">
              <w:rPr>
                <w:rFonts w:eastAsia="Arial"/>
                <w:b/>
                <w:color w:val="auto"/>
                <w:sz w:val="22"/>
                <w:lang w:val="ru-RU"/>
              </w:rPr>
              <w:t xml:space="preserve">Є1. </w:t>
            </w:r>
            <w:r w:rsidR="006B1844" w:rsidRPr="00A91A52">
              <w:rPr>
                <w:color w:val="auto"/>
                <w:sz w:val="22"/>
                <w:lang w:val="ru-RU"/>
              </w:rPr>
              <w:t>Здатність</w:t>
            </w:r>
            <w:r w:rsidR="00A91A52" w:rsidRPr="00A91A52">
              <w:rPr>
                <w:color w:val="auto"/>
                <w:sz w:val="22"/>
                <w:lang w:val="ru-RU"/>
              </w:rPr>
              <w:t xml:space="preserve">                 </w:t>
            </w:r>
            <w:r w:rsidR="006B1844" w:rsidRPr="00A91A52">
              <w:rPr>
                <w:color w:val="auto"/>
                <w:sz w:val="22"/>
                <w:lang w:val="ru-RU"/>
              </w:rPr>
              <w:t xml:space="preserve"> надавати перевірену інформацію та </w:t>
            </w:r>
            <w:r w:rsidR="00A91A52" w:rsidRPr="00A91A52">
              <w:rPr>
                <w:color w:val="auto"/>
                <w:sz w:val="22"/>
                <w:lang w:val="ru-RU"/>
              </w:rPr>
              <w:t xml:space="preserve">            </w:t>
            </w:r>
            <w:r w:rsidR="006B1844" w:rsidRPr="00A91A52">
              <w:rPr>
                <w:color w:val="auto"/>
                <w:sz w:val="22"/>
                <w:lang w:val="ru-RU"/>
              </w:rPr>
              <w:t>проводити</w:t>
            </w:r>
            <w:r w:rsidR="00A91A52" w:rsidRPr="00A91A52">
              <w:rPr>
                <w:color w:val="auto"/>
                <w:sz w:val="22"/>
                <w:lang w:val="ru-RU"/>
              </w:rPr>
              <w:t xml:space="preserve">                        </w:t>
            </w:r>
            <w:r w:rsidR="006B1844" w:rsidRPr="00A91A52">
              <w:rPr>
                <w:color w:val="auto"/>
                <w:sz w:val="22"/>
                <w:lang w:val="ru-RU"/>
              </w:rPr>
              <w:t xml:space="preserve"> психоедукаційні </w:t>
            </w:r>
            <w:r w:rsidR="00A91A52" w:rsidRPr="00A91A52">
              <w:rPr>
                <w:color w:val="auto"/>
                <w:sz w:val="22"/>
                <w:lang w:val="ru-RU"/>
              </w:rPr>
              <w:t xml:space="preserve">            </w:t>
            </w:r>
            <w:r w:rsidR="006B1844" w:rsidRPr="00A91A52">
              <w:rPr>
                <w:color w:val="auto"/>
                <w:sz w:val="22"/>
                <w:lang w:val="ru-RU"/>
              </w:rPr>
              <w:t>заходи з питань психічного здоров'я в межах професійної компетентності.</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7FB19B7" w14:textId="0105AFAF" w:rsidR="00F47491" w:rsidRPr="00A91A52" w:rsidRDefault="00217531" w:rsidP="00217531">
            <w:pPr>
              <w:spacing w:after="24"/>
              <w:rPr>
                <w:rFonts w:eastAsia="Arial"/>
                <w:color w:val="auto"/>
                <w:sz w:val="22"/>
                <w:lang w:val="ru-RU"/>
              </w:rPr>
            </w:pPr>
            <w:r w:rsidRPr="00A91A52">
              <w:rPr>
                <w:rFonts w:eastAsia="Arial"/>
                <w:b/>
                <w:color w:val="auto"/>
                <w:sz w:val="22"/>
                <w:lang w:val="ru-RU"/>
              </w:rPr>
              <w:t xml:space="preserve">Є1.З1. </w:t>
            </w:r>
            <w:r w:rsidR="00F47491" w:rsidRPr="00A91A52">
              <w:rPr>
                <w:rFonts w:eastAsia="Arial"/>
                <w:color w:val="auto"/>
                <w:sz w:val="22"/>
                <w:lang w:val="ru-RU"/>
              </w:rPr>
              <w:t xml:space="preserve">Базові поняття </w:t>
            </w:r>
            <w:r w:rsidR="00A91A52" w:rsidRPr="00A91A52">
              <w:rPr>
                <w:rFonts w:eastAsia="Arial"/>
                <w:color w:val="auto"/>
                <w:sz w:val="22"/>
                <w:lang w:val="ru-RU"/>
              </w:rPr>
              <w:t xml:space="preserve">            </w:t>
            </w:r>
            <w:r w:rsidR="00F47491" w:rsidRPr="00A91A52">
              <w:rPr>
                <w:rFonts w:eastAsia="Arial"/>
                <w:color w:val="auto"/>
                <w:sz w:val="22"/>
                <w:lang w:val="ru-RU"/>
              </w:rPr>
              <w:t>психічного здоров'я та психічного благополуччя, стресу, кризових реакцій, відновлення, самодопомоги, стигми та своєчасного</w:t>
            </w:r>
            <w:r w:rsidR="00A91A52" w:rsidRPr="00A91A52">
              <w:rPr>
                <w:rFonts w:eastAsia="Arial"/>
                <w:color w:val="auto"/>
                <w:sz w:val="22"/>
                <w:lang w:val="ru-RU"/>
              </w:rPr>
              <w:t xml:space="preserve">                 </w:t>
            </w:r>
            <w:r w:rsidR="00F47491" w:rsidRPr="00A91A52">
              <w:rPr>
                <w:rFonts w:eastAsia="Arial"/>
                <w:color w:val="auto"/>
                <w:sz w:val="22"/>
                <w:lang w:val="ru-RU"/>
              </w:rPr>
              <w:t xml:space="preserve"> звернення по професійну </w:t>
            </w:r>
            <w:r w:rsidR="00A91A52" w:rsidRPr="00A91A52">
              <w:rPr>
                <w:rFonts w:eastAsia="Arial"/>
                <w:color w:val="auto"/>
                <w:sz w:val="22"/>
                <w:lang w:val="ru-RU"/>
              </w:rPr>
              <w:t xml:space="preserve">             </w:t>
            </w:r>
            <w:r w:rsidR="00F47491" w:rsidRPr="00A91A52">
              <w:rPr>
                <w:rFonts w:eastAsia="Arial"/>
                <w:color w:val="auto"/>
                <w:sz w:val="22"/>
                <w:lang w:val="ru-RU"/>
              </w:rPr>
              <w:t>допомогу.</w:t>
            </w:r>
          </w:p>
          <w:p w14:paraId="32522CBD" w14:textId="77777777" w:rsidR="00F47491" w:rsidRPr="00A91A52" w:rsidRDefault="00F47491" w:rsidP="00217531">
            <w:pPr>
              <w:spacing w:after="24"/>
              <w:rPr>
                <w:color w:val="auto"/>
                <w:sz w:val="22"/>
                <w:lang w:val="ru-RU"/>
              </w:rPr>
            </w:pPr>
          </w:p>
          <w:p w14:paraId="42D32DF8" w14:textId="39E5BCD3" w:rsidR="00332EB2" w:rsidRPr="00A91A52" w:rsidRDefault="00217531" w:rsidP="00332EB2">
            <w:pPr>
              <w:spacing w:after="24"/>
              <w:rPr>
                <w:color w:val="auto"/>
                <w:sz w:val="22"/>
                <w:lang w:val="ru-RU"/>
              </w:rPr>
            </w:pPr>
            <w:r w:rsidRPr="00A91A52">
              <w:rPr>
                <w:rFonts w:eastAsia="Arial"/>
                <w:b/>
                <w:color w:val="auto"/>
                <w:sz w:val="22"/>
                <w:lang w:val="ru-RU"/>
              </w:rPr>
              <w:t xml:space="preserve">Є1.З2. </w:t>
            </w:r>
            <w:r w:rsidR="00332EB2" w:rsidRPr="00A91A52">
              <w:rPr>
                <w:color w:val="auto"/>
                <w:sz w:val="22"/>
                <w:lang w:val="ru-RU"/>
              </w:rPr>
              <w:t xml:space="preserve">Офіційні інформаційні та психоедукаційні матеріали, доступні види </w:t>
            </w:r>
            <w:r w:rsidR="00A91A52" w:rsidRPr="00A91A52">
              <w:rPr>
                <w:color w:val="auto"/>
                <w:sz w:val="22"/>
                <w:lang w:val="ru-RU"/>
              </w:rPr>
              <w:t xml:space="preserve">              </w:t>
            </w:r>
            <w:r w:rsidR="00332EB2" w:rsidRPr="00A91A52">
              <w:rPr>
                <w:color w:val="auto"/>
                <w:sz w:val="22"/>
                <w:lang w:val="ru-RU"/>
              </w:rPr>
              <w:t>психологічної,</w:t>
            </w:r>
            <w:r w:rsidR="00A91A52" w:rsidRPr="00A91A52">
              <w:rPr>
                <w:color w:val="auto"/>
                <w:sz w:val="22"/>
                <w:lang w:val="ru-RU"/>
              </w:rPr>
              <w:t xml:space="preserve">                             </w:t>
            </w:r>
            <w:r w:rsidR="00332EB2" w:rsidRPr="00A91A52">
              <w:rPr>
                <w:color w:val="auto"/>
                <w:sz w:val="22"/>
                <w:lang w:val="ru-RU"/>
              </w:rPr>
              <w:t xml:space="preserve"> психосоціальної та психіатричної допомоги, </w:t>
            </w:r>
            <w:r w:rsidR="00A91A52" w:rsidRPr="00A91A52">
              <w:rPr>
                <w:color w:val="auto"/>
                <w:sz w:val="22"/>
                <w:lang w:val="ru-RU"/>
              </w:rPr>
              <w:t xml:space="preserve">           </w:t>
            </w:r>
            <w:r w:rsidR="00332EB2" w:rsidRPr="00A91A52">
              <w:rPr>
                <w:color w:val="auto"/>
                <w:sz w:val="22"/>
                <w:lang w:val="ru-RU"/>
              </w:rPr>
              <w:t>порядок звернення по допомогу та межі професійної компетентності під час</w:t>
            </w:r>
            <w:r w:rsidR="00A91A52" w:rsidRPr="00A91A52">
              <w:rPr>
                <w:color w:val="auto"/>
                <w:sz w:val="22"/>
                <w:lang w:val="ru-RU"/>
              </w:rPr>
              <w:t xml:space="preserve">             </w:t>
            </w:r>
            <w:r w:rsidR="00332EB2" w:rsidRPr="00A91A52">
              <w:rPr>
                <w:color w:val="auto"/>
                <w:sz w:val="22"/>
                <w:lang w:val="ru-RU"/>
              </w:rPr>
              <w:t xml:space="preserve"> проведення психоедукації.</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55A98A4" w14:textId="4D2CA5A8" w:rsidR="00332EB2" w:rsidRPr="00A91A52" w:rsidRDefault="00217531" w:rsidP="00217531">
            <w:pPr>
              <w:spacing w:after="24"/>
              <w:rPr>
                <w:rFonts w:eastAsia="Arial"/>
                <w:color w:val="auto"/>
                <w:sz w:val="22"/>
                <w:lang w:val="ru-RU"/>
              </w:rPr>
            </w:pPr>
            <w:r w:rsidRPr="00A91A52">
              <w:rPr>
                <w:rFonts w:eastAsia="Arial"/>
                <w:b/>
                <w:color w:val="auto"/>
                <w:sz w:val="22"/>
                <w:lang w:val="ru-RU"/>
              </w:rPr>
              <w:t xml:space="preserve">Є1.У1. </w:t>
            </w:r>
            <w:r w:rsidR="00332EB2" w:rsidRPr="00A91A52">
              <w:rPr>
                <w:rFonts w:eastAsia="Arial"/>
                <w:color w:val="auto"/>
                <w:sz w:val="22"/>
                <w:lang w:val="ru-RU"/>
              </w:rPr>
              <w:t>Добирати, перевіряти актуальність і достовірність психоедукаційних матеріалів, адаптувати їх до потреб цільової аудиторії та</w:t>
            </w:r>
            <w:r w:rsidR="00A91A52" w:rsidRPr="00A91A52">
              <w:rPr>
                <w:rFonts w:eastAsia="Arial"/>
                <w:color w:val="auto"/>
                <w:sz w:val="22"/>
                <w:lang w:val="ru-RU"/>
              </w:rPr>
              <w:t xml:space="preserve">               </w:t>
            </w:r>
            <w:r w:rsidR="00332EB2" w:rsidRPr="00A91A52">
              <w:rPr>
                <w:rFonts w:eastAsia="Arial"/>
                <w:color w:val="auto"/>
                <w:sz w:val="22"/>
                <w:lang w:val="ru-RU"/>
              </w:rPr>
              <w:t xml:space="preserve"> пояснювати доступні способи отримання професійної </w:t>
            </w:r>
            <w:r w:rsidR="00A91A52" w:rsidRPr="00A91A52">
              <w:rPr>
                <w:rFonts w:eastAsia="Arial"/>
                <w:color w:val="auto"/>
                <w:sz w:val="22"/>
                <w:lang w:val="ru-RU"/>
              </w:rPr>
              <w:t xml:space="preserve">                </w:t>
            </w:r>
            <w:r w:rsidR="00332EB2" w:rsidRPr="00A91A52">
              <w:rPr>
                <w:rFonts w:eastAsia="Arial"/>
                <w:color w:val="auto"/>
                <w:sz w:val="22"/>
                <w:lang w:val="ru-RU"/>
              </w:rPr>
              <w:t>допомоги.</w:t>
            </w:r>
          </w:p>
          <w:p w14:paraId="43C9D0B7" w14:textId="77777777" w:rsidR="00332EB2" w:rsidRPr="00A91A52" w:rsidRDefault="00332EB2" w:rsidP="00217531">
            <w:pPr>
              <w:spacing w:after="24"/>
              <w:rPr>
                <w:color w:val="auto"/>
                <w:sz w:val="22"/>
                <w:lang w:val="ru-RU"/>
              </w:rPr>
            </w:pPr>
          </w:p>
          <w:p w14:paraId="5DA0F9CD" w14:textId="5F3A7175" w:rsidR="00332EB2" w:rsidRPr="00A91A52" w:rsidRDefault="00217531" w:rsidP="00332EB2">
            <w:pPr>
              <w:spacing w:after="24"/>
              <w:rPr>
                <w:color w:val="auto"/>
                <w:sz w:val="22"/>
                <w:lang w:val="ru-RU"/>
              </w:rPr>
            </w:pPr>
            <w:r w:rsidRPr="00A91A52">
              <w:rPr>
                <w:rFonts w:eastAsia="Arial"/>
                <w:b/>
                <w:color w:val="auto"/>
                <w:sz w:val="22"/>
                <w:lang w:val="ru-RU"/>
              </w:rPr>
              <w:t>Є1.У2</w:t>
            </w:r>
            <w:r w:rsidR="00332EB2" w:rsidRPr="00A91A52">
              <w:rPr>
                <w:rFonts w:eastAsia="Arial"/>
                <w:b/>
                <w:color w:val="auto"/>
                <w:sz w:val="22"/>
                <w:lang w:val="ru-RU"/>
              </w:rPr>
              <w:t xml:space="preserve">. </w:t>
            </w:r>
            <w:r w:rsidR="00332EB2" w:rsidRPr="00A91A52">
              <w:rPr>
                <w:color w:val="auto"/>
                <w:sz w:val="22"/>
                <w:lang w:val="ru-RU"/>
              </w:rPr>
              <w:t xml:space="preserve">Проводити </w:t>
            </w:r>
            <w:r w:rsidR="00A91A52" w:rsidRPr="00A91A52">
              <w:rPr>
                <w:color w:val="auto"/>
                <w:sz w:val="22"/>
                <w:lang w:val="ru-RU"/>
              </w:rPr>
              <w:t xml:space="preserve">                        </w:t>
            </w:r>
            <w:r w:rsidR="00332EB2" w:rsidRPr="00A91A52">
              <w:rPr>
                <w:color w:val="auto"/>
                <w:sz w:val="22"/>
                <w:lang w:val="ru-RU"/>
              </w:rPr>
              <w:t xml:space="preserve">інформаційно-просвітницькі та психоедукаційні заходи, не здійснюючи діагностування психічного стану, не </w:t>
            </w:r>
            <w:r w:rsidR="00A91A52" w:rsidRPr="00A91A52">
              <w:rPr>
                <w:color w:val="auto"/>
                <w:sz w:val="22"/>
                <w:lang w:val="ru-RU"/>
              </w:rPr>
              <w:t xml:space="preserve">               </w:t>
            </w:r>
            <w:r w:rsidR="00332EB2" w:rsidRPr="00A91A52">
              <w:rPr>
                <w:color w:val="auto"/>
                <w:sz w:val="22"/>
                <w:lang w:val="ru-RU"/>
              </w:rPr>
              <w:t>встановлюючи діагнозів та не надаючи лікувальних</w:t>
            </w:r>
            <w:r w:rsidR="00A91A52" w:rsidRPr="00A91A52">
              <w:rPr>
                <w:color w:val="auto"/>
                <w:sz w:val="22"/>
                <w:lang w:val="ru-RU"/>
              </w:rPr>
              <w:t xml:space="preserve">              </w:t>
            </w:r>
            <w:r w:rsidR="00332EB2" w:rsidRPr="00A91A52">
              <w:rPr>
                <w:color w:val="auto"/>
                <w:sz w:val="22"/>
                <w:lang w:val="ru-RU"/>
              </w:rPr>
              <w:t xml:space="preserve"> рекомендацій.</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39C2609" w14:textId="78446C9E" w:rsidR="00332EB2" w:rsidRPr="00A91A52" w:rsidRDefault="00217531" w:rsidP="00332EB2">
            <w:pPr>
              <w:spacing w:after="24"/>
              <w:rPr>
                <w:color w:val="auto"/>
                <w:sz w:val="22"/>
                <w:lang w:val="ru-RU"/>
              </w:rPr>
            </w:pPr>
            <w:r w:rsidRPr="00A91A52">
              <w:rPr>
                <w:rFonts w:eastAsia="Arial"/>
                <w:b/>
                <w:color w:val="auto"/>
                <w:sz w:val="22"/>
                <w:lang w:val="ru-RU"/>
              </w:rPr>
              <w:t>Є1.К1.</w:t>
            </w:r>
            <w:r w:rsidR="00332EB2" w:rsidRPr="00A91A52">
              <w:rPr>
                <w:rFonts w:eastAsia="Arial"/>
                <w:b/>
                <w:color w:val="auto"/>
                <w:sz w:val="22"/>
                <w:lang w:val="ru-RU"/>
              </w:rPr>
              <w:t xml:space="preserve"> </w:t>
            </w:r>
            <w:r w:rsidR="00332EB2" w:rsidRPr="00A91A52">
              <w:rPr>
                <w:color w:val="auto"/>
                <w:sz w:val="22"/>
                <w:lang w:val="ru-RU"/>
              </w:rPr>
              <w:t xml:space="preserve">Використовувати зрозумілу, </w:t>
            </w:r>
            <w:r w:rsidR="00A91A52" w:rsidRPr="00A91A52">
              <w:rPr>
                <w:color w:val="auto"/>
                <w:sz w:val="22"/>
                <w:lang w:val="ru-RU"/>
              </w:rPr>
              <w:t xml:space="preserve">                              </w:t>
            </w:r>
            <w:r w:rsidR="00332EB2" w:rsidRPr="00A91A52">
              <w:rPr>
                <w:color w:val="auto"/>
                <w:sz w:val="22"/>
                <w:lang w:val="ru-RU"/>
              </w:rPr>
              <w:t xml:space="preserve">нестигматизувальну, </w:t>
            </w:r>
            <w:r w:rsidR="00A91A52" w:rsidRPr="00A91A52">
              <w:rPr>
                <w:color w:val="auto"/>
                <w:sz w:val="22"/>
                <w:lang w:val="ru-RU"/>
              </w:rPr>
              <w:t xml:space="preserve">            </w:t>
            </w:r>
            <w:r w:rsidR="00332EB2" w:rsidRPr="00A91A52">
              <w:rPr>
                <w:color w:val="auto"/>
                <w:sz w:val="22"/>
                <w:lang w:val="ru-RU"/>
              </w:rPr>
              <w:t xml:space="preserve">недискримінаційну та травма-інформовану </w:t>
            </w:r>
            <w:r w:rsidR="00A91A52" w:rsidRPr="00A91A52">
              <w:rPr>
                <w:color w:val="auto"/>
                <w:sz w:val="22"/>
                <w:lang w:val="ru-RU"/>
              </w:rPr>
              <w:t xml:space="preserve">             </w:t>
            </w:r>
            <w:r w:rsidR="00332EB2" w:rsidRPr="00A91A52">
              <w:rPr>
                <w:color w:val="auto"/>
                <w:sz w:val="22"/>
                <w:lang w:val="ru-RU"/>
              </w:rPr>
              <w:t xml:space="preserve">комунікацію, адаптовану до потреб учасників </w:t>
            </w:r>
            <w:r w:rsidR="00A91A52" w:rsidRPr="00A91A52">
              <w:rPr>
                <w:color w:val="auto"/>
                <w:sz w:val="22"/>
                <w:lang w:val="ru-RU"/>
              </w:rPr>
              <w:t xml:space="preserve">             </w:t>
            </w:r>
            <w:r w:rsidR="00332EB2" w:rsidRPr="00A91A52">
              <w:rPr>
                <w:color w:val="auto"/>
                <w:sz w:val="22"/>
                <w:lang w:val="ru-RU"/>
              </w:rPr>
              <w:t>заходу.</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86BE4B7" w14:textId="10B8BBB7" w:rsidR="00332EB2" w:rsidRPr="00A91A52" w:rsidRDefault="00217531" w:rsidP="00332EB2">
            <w:pPr>
              <w:spacing w:after="24"/>
              <w:rPr>
                <w:color w:val="auto"/>
                <w:sz w:val="22"/>
                <w:lang w:val="ru-RU"/>
              </w:rPr>
            </w:pPr>
            <w:r w:rsidRPr="00A91A52">
              <w:rPr>
                <w:rFonts w:eastAsia="Arial"/>
                <w:b/>
                <w:color w:val="auto"/>
                <w:sz w:val="22"/>
                <w:lang w:val="ru-RU"/>
              </w:rPr>
              <w:t xml:space="preserve">Є1.В1. </w:t>
            </w:r>
            <w:r w:rsidR="00332EB2" w:rsidRPr="00A91A52">
              <w:rPr>
                <w:color w:val="auto"/>
                <w:sz w:val="22"/>
                <w:lang w:val="ru-RU"/>
              </w:rPr>
              <w:t>Самостійно здійснювати</w:t>
            </w:r>
            <w:r w:rsidR="00A91A52" w:rsidRPr="00A91A52">
              <w:rPr>
                <w:color w:val="auto"/>
                <w:sz w:val="22"/>
                <w:lang w:val="ru-RU"/>
              </w:rPr>
              <w:t xml:space="preserve">                         </w:t>
            </w:r>
            <w:r w:rsidR="00332EB2" w:rsidRPr="00A91A52">
              <w:rPr>
                <w:color w:val="auto"/>
                <w:sz w:val="22"/>
                <w:lang w:val="ru-RU"/>
              </w:rPr>
              <w:t xml:space="preserve"> інформаційно-</w:t>
            </w:r>
            <w:r w:rsidR="00A91A52" w:rsidRPr="00A91A52">
              <w:rPr>
                <w:color w:val="auto"/>
                <w:sz w:val="22"/>
                <w:lang w:val="ru-RU"/>
              </w:rPr>
              <w:t xml:space="preserve">                       </w:t>
            </w:r>
            <w:r w:rsidR="00332EB2" w:rsidRPr="00A91A52">
              <w:rPr>
                <w:color w:val="auto"/>
                <w:sz w:val="22"/>
                <w:lang w:val="ru-RU"/>
              </w:rPr>
              <w:t xml:space="preserve">просвітницьку роботу в межах підтверджених знань і професійної </w:t>
            </w:r>
            <w:r w:rsidR="00A91A52" w:rsidRPr="00A91A52">
              <w:rPr>
                <w:color w:val="auto"/>
                <w:sz w:val="22"/>
                <w:lang w:val="ru-RU"/>
              </w:rPr>
              <w:t xml:space="preserve">           </w:t>
            </w:r>
            <w:r w:rsidR="00332EB2" w:rsidRPr="00A91A52">
              <w:rPr>
                <w:color w:val="auto"/>
                <w:sz w:val="22"/>
                <w:lang w:val="ru-RU"/>
              </w:rPr>
              <w:t>компетентності та своєчасно передавати питання, що потребують спеціалізованої</w:t>
            </w:r>
            <w:r w:rsidR="00A91A52" w:rsidRPr="00A91A52">
              <w:rPr>
                <w:color w:val="auto"/>
                <w:sz w:val="22"/>
                <w:lang w:val="ru-RU"/>
              </w:rPr>
              <w:t xml:space="preserve">                      </w:t>
            </w:r>
            <w:r w:rsidR="00332EB2" w:rsidRPr="00A91A52">
              <w:rPr>
                <w:color w:val="auto"/>
                <w:sz w:val="22"/>
                <w:lang w:val="ru-RU"/>
              </w:rPr>
              <w:t xml:space="preserve"> допомоги, відповідному фахівцю.</w:t>
            </w:r>
          </w:p>
        </w:tc>
      </w:tr>
      <w:tr w:rsidR="00217531" w:rsidRPr="001C7DFC" w14:paraId="232A6023"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5D18534C" w14:textId="77777777" w:rsidR="00217531" w:rsidRPr="003C4740" w:rsidRDefault="00217531" w:rsidP="00217531">
            <w:pPr>
              <w:rPr>
                <w:b/>
                <w:bCs/>
                <w:color w:val="00B050"/>
                <w:sz w:val="22"/>
                <w:lang w:val="ru-RU"/>
              </w:rPr>
            </w:pP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9406474" w14:textId="2B691CD3" w:rsidR="00332EB2" w:rsidRPr="001C7DFC" w:rsidRDefault="00217531" w:rsidP="00332EB2">
            <w:pPr>
              <w:rPr>
                <w:b/>
                <w:color w:val="auto"/>
                <w:sz w:val="22"/>
                <w:lang w:val="ru-RU"/>
              </w:rPr>
            </w:pPr>
            <w:r w:rsidRPr="001C7DFC">
              <w:rPr>
                <w:rFonts w:eastAsia="Arial"/>
                <w:b/>
                <w:color w:val="auto"/>
                <w:sz w:val="22"/>
                <w:lang w:val="ru-RU"/>
              </w:rPr>
              <w:t xml:space="preserve">Є2. </w:t>
            </w:r>
            <w:r w:rsidR="00332EB2" w:rsidRPr="001C7DFC">
              <w:rPr>
                <w:b/>
                <w:color w:val="auto"/>
                <w:sz w:val="22"/>
                <w:lang w:val="ru-RU"/>
              </w:rPr>
              <w:t xml:space="preserve">Здатність </w:t>
            </w:r>
            <w:r w:rsidR="00A91A52" w:rsidRPr="001C7DFC">
              <w:rPr>
                <w:b/>
                <w:color w:val="auto"/>
                <w:sz w:val="22"/>
                <w:lang w:val="ru-RU"/>
              </w:rPr>
              <w:t xml:space="preserve">               </w:t>
            </w:r>
            <w:r w:rsidR="00332EB2" w:rsidRPr="001C7DFC">
              <w:rPr>
                <w:b/>
                <w:color w:val="auto"/>
                <w:sz w:val="22"/>
                <w:lang w:val="ru-RU"/>
              </w:rPr>
              <w:t>надавати першу психологічну</w:t>
            </w:r>
            <w:r w:rsidR="00A91A52" w:rsidRPr="001C7DFC">
              <w:rPr>
                <w:b/>
                <w:color w:val="auto"/>
                <w:sz w:val="22"/>
                <w:lang w:val="ru-RU"/>
              </w:rPr>
              <w:t xml:space="preserve">                  </w:t>
            </w:r>
            <w:r w:rsidR="00332EB2" w:rsidRPr="001C7DFC">
              <w:rPr>
                <w:b/>
                <w:color w:val="auto"/>
                <w:sz w:val="22"/>
                <w:lang w:val="ru-RU"/>
              </w:rPr>
              <w:t xml:space="preserve"> допомогу в межах пройденої </w:t>
            </w:r>
            <w:r w:rsidR="00A91A52" w:rsidRPr="001C7DFC">
              <w:rPr>
                <w:b/>
                <w:color w:val="auto"/>
                <w:sz w:val="22"/>
                <w:lang w:val="ru-RU"/>
              </w:rPr>
              <w:t xml:space="preserve">                    </w:t>
            </w:r>
            <w:r w:rsidR="00332EB2" w:rsidRPr="001C7DFC">
              <w:rPr>
                <w:b/>
                <w:color w:val="auto"/>
                <w:sz w:val="22"/>
                <w:lang w:val="ru-RU"/>
              </w:rPr>
              <w:t>підготовки та</w:t>
            </w:r>
            <w:r w:rsidR="00A91A52" w:rsidRPr="001C7DFC">
              <w:rPr>
                <w:b/>
                <w:color w:val="auto"/>
                <w:sz w:val="22"/>
                <w:lang w:val="ru-RU"/>
              </w:rPr>
              <w:t xml:space="preserve">                </w:t>
            </w:r>
            <w:r w:rsidR="00332EB2" w:rsidRPr="001C7DFC">
              <w:rPr>
                <w:b/>
                <w:color w:val="auto"/>
                <w:sz w:val="22"/>
                <w:lang w:val="ru-RU"/>
              </w:rPr>
              <w:t xml:space="preserve"> організовувати</w:t>
            </w:r>
            <w:r w:rsidR="00A91A52" w:rsidRPr="001C7DFC">
              <w:rPr>
                <w:b/>
                <w:color w:val="auto"/>
                <w:sz w:val="22"/>
                <w:lang w:val="ru-RU"/>
              </w:rPr>
              <w:t xml:space="preserve">                </w:t>
            </w:r>
            <w:r w:rsidR="00332EB2" w:rsidRPr="001C7DFC">
              <w:rPr>
                <w:b/>
                <w:color w:val="auto"/>
                <w:sz w:val="22"/>
                <w:lang w:val="ru-RU"/>
              </w:rPr>
              <w:t xml:space="preserve"> перенаправлення до відповідних служб і фахівців.</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F126F1F" w14:textId="25482BA1" w:rsidR="000F11DB" w:rsidRPr="001C7DFC" w:rsidRDefault="00217531" w:rsidP="00217531">
            <w:pPr>
              <w:spacing w:after="24"/>
              <w:rPr>
                <w:rFonts w:eastAsia="Arial"/>
                <w:color w:val="auto"/>
                <w:sz w:val="22"/>
                <w:lang w:val="ru-RU"/>
              </w:rPr>
            </w:pPr>
            <w:r w:rsidRPr="001C7DFC">
              <w:rPr>
                <w:rFonts w:eastAsia="Arial"/>
                <w:b/>
                <w:color w:val="auto"/>
                <w:sz w:val="22"/>
                <w:lang w:val="ru-RU"/>
              </w:rPr>
              <w:t xml:space="preserve">Є2.З1. </w:t>
            </w:r>
            <w:r w:rsidR="000F11DB" w:rsidRPr="001C7DFC">
              <w:rPr>
                <w:rFonts w:eastAsia="Arial"/>
                <w:color w:val="auto"/>
                <w:sz w:val="22"/>
                <w:lang w:val="ru-RU"/>
              </w:rPr>
              <w:t>Мета, принципи, етапи та межі першої психологічної допомоги; ознаки гострих кризових станів та ситуацій, що потребують</w:t>
            </w:r>
            <w:r w:rsidR="00A91A52" w:rsidRPr="001C7DFC">
              <w:rPr>
                <w:rFonts w:eastAsia="Arial"/>
                <w:color w:val="auto"/>
                <w:sz w:val="22"/>
                <w:lang w:val="ru-RU"/>
              </w:rPr>
              <w:t xml:space="preserve">                             </w:t>
            </w:r>
            <w:r w:rsidR="000F11DB" w:rsidRPr="001C7DFC">
              <w:rPr>
                <w:rFonts w:eastAsia="Arial"/>
                <w:color w:val="auto"/>
                <w:sz w:val="22"/>
                <w:lang w:val="ru-RU"/>
              </w:rPr>
              <w:t xml:space="preserve"> психологічної, психіатричної, медичної або екстреної</w:t>
            </w:r>
            <w:r w:rsidR="00A91A52" w:rsidRPr="001C7DFC">
              <w:rPr>
                <w:rFonts w:eastAsia="Arial"/>
                <w:color w:val="auto"/>
                <w:sz w:val="22"/>
                <w:lang w:val="ru-RU"/>
              </w:rPr>
              <w:t xml:space="preserve">                    </w:t>
            </w:r>
            <w:r w:rsidR="000F11DB" w:rsidRPr="001C7DFC">
              <w:rPr>
                <w:rFonts w:eastAsia="Arial"/>
                <w:color w:val="auto"/>
                <w:sz w:val="22"/>
                <w:lang w:val="ru-RU"/>
              </w:rPr>
              <w:t xml:space="preserve"> допомоги.</w:t>
            </w:r>
          </w:p>
          <w:p w14:paraId="41CDBAD7" w14:textId="77777777" w:rsidR="000F11DB" w:rsidRPr="001C7DFC" w:rsidRDefault="000F11DB" w:rsidP="00217531">
            <w:pPr>
              <w:spacing w:after="24"/>
              <w:rPr>
                <w:color w:val="auto"/>
                <w:sz w:val="22"/>
                <w:lang w:val="ru-RU"/>
              </w:rPr>
            </w:pPr>
          </w:p>
          <w:p w14:paraId="5459522A" w14:textId="548EBC17" w:rsidR="000F11DB" w:rsidRPr="001C7DFC" w:rsidRDefault="00217531" w:rsidP="000F11DB">
            <w:pPr>
              <w:spacing w:after="24"/>
              <w:rPr>
                <w:color w:val="auto"/>
                <w:sz w:val="22"/>
                <w:lang w:val="ru-RU"/>
              </w:rPr>
            </w:pPr>
            <w:r w:rsidRPr="001C7DFC">
              <w:rPr>
                <w:rFonts w:eastAsia="Arial"/>
                <w:b/>
                <w:color w:val="auto"/>
                <w:sz w:val="22"/>
                <w:lang w:val="ru-RU"/>
              </w:rPr>
              <w:t xml:space="preserve">Є2.З2. </w:t>
            </w:r>
            <w:r w:rsidR="000F11DB" w:rsidRPr="001C7DFC">
              <w:rPr>
                <w:color w:val="auto"/>
                <w:sz w:val="22"/>
                <w:lang w:val="ru-RU"/>
              </w:rPr>
              <w:t>Порядок і доступні</w:t>
            </w:r>
            <w:r w:rsidR="00A91A52" w:rsidRPr="001C7DFC">
              <w:rPr>
                <w:color w:val="auto"/>
                <w:sz w:val="22"/>
                <w:lang w:val="ru-RU"/>
              </w:rPr>
              <w:t xml:space="preserve">      </w:t>
            </w:r>
            <w:r w:rsidR="000F11DB" w:rsidRPr="001C7DFC">
              <w:rPr>
                <w:color w:val="auto"/>
                <w:sz w:val="22"/>
                <w:lang w:val="ru-RU"/>
              </w:rPr>
              <w:t xml:space="preserve"> канали планового та невідкладного</w:t>
            </w:r>
            <w:r w:rsidR="00A91A52" w:rsidRPr="001C7DFC">
              <w:rPr>
                <w:color w:val="auto"/>
                <w:sz w:val="22"/>
                <w:lang w:val="ru-RU"/>
              </w:rPr>
              <w:t xml:space="preserve">                                  </w:t>
            </w:r>
            <w:r w:rsidR="000F11DB" w:rsidRPr="001C7DFC">
              <w:rPr>
                <w:color w:val="auto"/>
                <w:sz w:val="22"/>
                <w:lang w:val="ru-RU"/>
              </w:rPr>
              <w:t xml:space="preserve"> перенаправлення до</w:t>
            </w:r>
            <w:r w:rsidR="00A91A52" w:rsidRPr="001C7DFC">
              <w:rPr>
                <w:color w:val="auto"/>
                <w:sz w:val="22"/>
                <w:lang w:val="ru-RU"/>
              </w:rPr>
              <w:t xml:space="preserve">                  </w:t>
            </w:r>
            <w:r w:rsidR="000F11DB" w:rsidRPr="001C7DFC">
              <w:rPr>
                <w:color w:val="auto"/>
                <w:sz w:val="22"/>
                <w:lang w:val="ru-RU"/>
              </w:rPr>
              <w:t xml:space="preserve"> психологічних, </w:t>
            </w:r>
            <w:r w:rsidR="00A91A52" w:rsidRPr="001C7DFC">
              <w:rPr>
                <w:color w:val="auto"/>
                <w:sz w:val="22"/>
                <w:lang w:val="ru-RU"/>
              </w:rPr>
              <w:t xml:space="preserve">                </w:t>
            </w:r>
            <w:r w:rsidR="000F11DB" w:rsidRPr="001C7DFC">
              <w:rPr>
                <w:color w:val="auto"/>
                <w:sz w:val="22"/>
                <w:lang w:val="ru-RU"/>
              </w:rPr>
              <w:t>психіатричних, медичних, соціальних та екстрених служб.</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42114CC" w14:textId="247B3EC4" w:rsidR="00775767" w:rsidRPr="001C7DFC" w:rsidRDefault="00217531" w:rsidP="00217531">
            <w:pPr>
              <w:spacing w:after="24"/>
              <w:rPr>
                <w:rFonts w:eastAsia="Arial"/>
                <w:color w:val="auto"/>
                <w:sz w:val="22"/>
                <w:lang w:val="ru-RU"/>
              </w:rPr>
            </w:pPr>
            <w:r w:rsidRPr="001C7DFC">
              <w:rPr>
                <w:rFonts w:eastAsia="Arial"/>
                <w:b/>
                <w:color w:val="auto"/>
                <w:sz w:val="22"/>
                <w:lang w:val="ru-RU"/>
              </w:rPr>
              <w:t xml:space="preserve">Є2.У1. </w:t>
            </w:r>
            <w:r w:rsidR="00775767" w:rsidRPr="001C7DFC">
              <w:rPr>
                <w:rFonts w:eastAsia="Arial"/>
                <w:color w:val="auto"/>
                <w:sz w:val="22"/>
                <w:lang w:val="ru-RU"/>
              </w:rPr>
              <w:t>Застосовувати базові прийоми першої</w:t>
            </w:r>
            <w:r w:rsidR="00A91A52" w:rsidRPr="001C7DFC">
              <w:rPr>
                <w:rFonts w:eastAsia="Arial"/>
                <w:color w:val="auto"/>
                <w:sz w:val="22"/>
                <w:lang w:val="ru-RU"/>
              </w:rPr>
              <w:t xml:space="preserve">                         </w:t>
            </w:r>
            <w:r w:rsidR="00775767" w:rsidRPr="001C7DFC">
              <w:rPr>
                <w:rFonts w:eastAsia="Arial"/>
                <w:color w:val="auto"/>
                <w:sz w:val="22"/>
                <w:lang w:val="ru-RU"/>
              </w:rPr>
              <w:t xml:space="preserve"> психологічної допомоги: сприяти відновленню</w:t>
            </w:r>
            <w:r w:rsidR="00A91A52" w:rsidRPr="001C7DFC">
              <w:rPr>
                <w:rFonts w:eastAsia="Arial"/>
                <w:color w:val="auto"/>
                <w:sz w:val="22"/>
                <w:lang w:val="ru-RU"/>
              </w:rPr>
              <w:t xml:space="preserve">                  </w:t>
            </w:r>
            <w:r w:rsidR="00775767" w:rsidRPr="001C7DFC">
              <w:rPr>
                <w:rFonts w:eastAsia="Arial"/>
                <w:color w:val="auto"/>
                <w:sz w:val="22"/>
                <w:lang w:val="ru-RU"/>
              </w:rPr>
              <w:t xml:space="preserve"> відчуття безпеки, </w:t>
            </w:r>
            <w:r w:rsidR="00A91A52" w:rsidRPr="001C7DFC">
              <w:rPr>
                <w:rFonts w:eastAsia="Arial"/>
                <w:color w:val="auto"/>
                <w:sz w:val="22"/>
                <w:lang w:val="ru-RU"/>
              </w:rPr>
              <w:t xml:space="preserve">                      </w:t>
            </w:r>
            <w:r w:rsidR="00775767" w:rsidRPr="001C7DFC">
              <w:rPr>
                <w:rFonts w:eastAsia="Arial"/>
                <w:color w:val="auto"/>
                <w:sz w:val="22"/>
                <w:lang w:val="ru-RU"/>
              </w:rPr>
              <w:t>встановлювати контакт, визначати нагальну</w:t>
            </w:r>
            <w:r w:rsidR="00A91A52" w:rsidRPr="001C7DFC">
              <w:rPr>
                <w:rFonts w:eastAsia="Arial"/>
                <w:color w:val="auto"/>
                <w:sz w:val="22"/>
                <w:lang w:val="ru-RU"/>
              </w:rPr>
              <w:t xml:space="preserve">                  </w:t>
            </w:r>
            <w:r w:rsidR="00775767" w:rsidRPr="001C7DFC">
              <w:rPr>
                <w:rFonts w:eastAsia="Arial"/>
                <w:color w:val="auto"/>
                <w:sz w:val="22"/>
                <w:lang w:val="ru-RU"/>
              </w:rPr>
              <w:t xml:space="preserve"> практичну потребу та </w:t>
            </w:r>
            <w:r w:rsidR="008C506C">
              <w:rPr>
                <w:rFonts w:eastAsia="Arial"/>
                <w:color w:val="auto"/>
                <w:sz w:val="22"/>
                <w:lang w:val="ru-RU"/>
              </w:rPr>
              <w:t xml:space="preserve">                         </w:t>
            </w:r>
            <w:r w:rsidR="00775767" w:rsidRPr="001C7DFC">
              <w:rPr>
                <w:rFonts w:eastAsia="Arial"/>
                <w:color w:val="auto"/>
                <w:sz w:val="22"/>
                <w:lang w:val="ru-RU"/>
              </w:rPr>
              <w:t>допомагати особі отримати доступну підтримку.</w:t>
            </w:r>
          </w:p>
          <w:p w14:paraId="73B236B5" w14:textId="77777777" w:rsidR="00775767" w:rsidRPr="001C7DFC" w:rsidRDefault="00775767" w:rsidP="00217531">
            <w:pPr>
              <w:spacing w:after="24"/>
              <w:rPr>
                <w:color w:val="auto"/>
                <w:sz w:val="22"/>
                <w:lang w:val="ru-RU"/>
              </w:rPr>
            </w:pPr>
          </w:p>
          <w:p w14:paraId="26309596" w14:textId="2C248D9E" w:rsidR="00405B08" w:rsidRPr="001C7DFC" w:rsidRDefault="00217531" w:rsidP="00405B08">
            <w:pPr>
              <w:spacing w:after="24"/>
              <w:rPr>
                <w:color w:val="auto"/>
                <w:sz w:val="22"/>
                <w:lang w:val="ru-RU"/>
              </w:rPr>
            </w:pPr>
            <w:r w:rsidRPr="001C7DFC">
              <w:rPr>
                <w:rFonts w:eastAsia="Arial"/>
                <w:b/>
                <w:color w:val="auto"/>
                <w:sz w:val="22"/>
                <w:lang w:val="ru-RU"/>
              </w:rPr>
              <w:t xml:space="preserve">Є2.У2. </w:t>
            </w:r>
            <w:r w:rsidR="00405B08" w:rsidRPr="001C7DFC">
              <w:rPr>
                <w:color w:val="auto"/>
                <w:sz w:val="22"/>
                <w:lang w:val="ru-RU"/>
              </w:rPr>
              <w:t xml:space="preserve">Визначати необхідність перенаправлення, </w:t>
            </w:r>
            <w:r w:rsidR="00A91A52" w:rsidRPr="001C7DFC">
              <w:rPr>
                <w:color w:val="auto"/>
                <w:sz w:val="22"/>
                <w:lang w:val="ru-RU"/>
              </w:rPr>
              <w:t xml:space="preserve">    </w:t>
            </w:r>
            <w:r w:rsidR="00405B08" w:rsidRPr="001C7DFC">
              <w:rPr>
                <w:color w:val="auto"/>
                <w:sz w:val="22"/>
                <w:lang w:val="ru-RU"/>
              </w:rPr>
              <w:t>організовувати контакт із відповідним фахівцем або службою та, у межах</w:t>
            </w:r>
            <w:r w:rsidR="00A91A52" w:rsidRPr="001C7DFC">
              <w:rPr>
                <w:color w:val="auto"/>
                <w:sz w:val="22"/>
                <w:lang w:val="ru-RU"/>
              </w:rPr>
              <w:t xml:space="preserve">                     </w:t>
            </w:r>
            <w:r w:rsidR="00405B08" w:rsidRPr="001C7DFC">
              <w:rPr>
                <w:color w:val="auto"/>
                <w:sz w:val="22"/>
                <w:lang w:val="ru-RU"/>
              </w:rPr>
              <w:t xml:space="preserve"> супроводу, перевіряти факт </w:t>
            </w:r>
            <w:r w:rsidR="00405B08" w:rsidRPr="001C7DFC">
              <w:rPr>
                <w:color w:val="auto"/>
                <w:sz w:val="22"/>
                <w:lang w:val="ru-RU"/>
              </w:rPr>
              <w:lastRenderedPageBreak/>
              <w:t xml:space="preserve">звернення або отримання </w:t>
            </w:r>
            <w:r w:rsidR="00A91A52" w:rsidRPr="001C7DFC">
              <w:rPr>
                <w:color w:val="auto"/>
                <w:sz w:val="22"/>
                <w:lang w:val="ru-RU"/>
              </w:rPr>
              <w:t xml:space="preserve">            </w:t>
            </w:r>
            <w:r w:rsidR="00405B08" w:rsidRPr="001C7DFC">
              <w:rPr>
                <w:color w:val="auto"/>
                <w:sz w:val="22"/>
                <w:lang w:val="ru-RU"/>
              </w:rPr>
              <w:t>допомоги.</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0E76779" w14:textId="7FE43663" w:rsidR="00405B08" w:rsidRPr="001C7DFC" w:rsidRDefault="00217531" w:rsidP="00405B08">
            <w:pPr>
              <w:spacing w:after="24"/>
              <w:rPr>
                <w:color w:val="auto"/>
                <w:sz w:val="22"/>
                <w:lang w:val="ru-RU"/>
              </w:rPr>
            </w:pPr>
            <w:r w:rsidRPr="001C7DFC">
              <w:rPr>
                <w:rFonts w:eastAsia="Arial"/>
                <w:b/>
                <w:color w:val="auto"/>
                <w:sz w:val="22"/>
                <w:lang w:val="ru-RU"/>
              </w:rPr>
              <w:lastRenderedPageBreak/>
              <w:t xml:space="preserve">Є2.К1. </w:t>
            </w:r>
            <w:r w:rsidR="00405B08" w:rsidRPr="001C7DFC">
              <w:rPr>
                <w:color w:val="auto"/>
                <w:sz w:val="22"/>
                <w:lang w:val="ru-RU"/>
              </w:rPr>
              <w:t xml:space="preserve">Здійснювати спокійну, чітку, </w:t>
            </w:r>
            <w:r w:rsidR="00A91A52" w:rsidRPr="001C7DFC">
              <w:rPr>
                <w:color w:val="auto"/>
                <w:sz w:val="22"/>
                <w:lang w:val="ru-RU"/>
              </w:rPr>
              <w:t xml:space="preserve">                    </w:t>
            </w:r>
            <w:r w:rsidR="00405B08" w:rsidRPr="001C7DFC">
              <w:rPr>
                <w:color w:val="auto"/>
                <w:sz w:val="22"/>
                <w:lang w:val="ru-RU"/>
              </w:rPr>
              <w:t>передбачувану та неосудливу комунікацію, пояснювати необхідність перенаправлення та, за можливості, узгоджувати з особою подальші дії.</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8795E7B" w14:textId="2808E930" w:rsidR="00405B08" w:rsidRPr="001C7DFC" w:rsidRDefault="00217531" w:rsidP="00405B08">
            <w:pPr>
              <w:spacing w:after="24"/>
              <w:rPr>
                <w:color w:val="auto"/>
                <w:sz w:val="22"/>
                <w:lang w:val="ru-RU"/>
              </w:rPr>
            </w:pPr>
            <w:r w:rsidRPr="001C7DFC">
              <w:rPr>
                <w:rFonts w:eastAsia="Arial"/>
                <w:b/>
                <w:color w:val="auto"/>
                <w:sz w:val="22"/>
                <w:lang w:val="ru-RU"/>
              </w:rPr>
              <w:t xml:space="preserve">Є2.В1. </w:t>
            </w:r>
            <w:r w:rsidR="00405B08" w:rsidRPr="001C7DFC">
              <w:rPr>
                <w:color w:val="auto"/>
                <w:sz w:val="22"/>
                <w:lang w:val="ru-RU"/>
              </w:rPr>
              <w:t xml:space="preserve">Діяти виключно в межах опанованого </w:t>
            </w:r>
            <w:r w:rsidR="00A91A52" w:rsidRPr="001C7DFC">
              <w:rPr>
                <w:color w:val="auto"/>
                <w:sz w:val="22"/>
                <w:lang w:val="ru-RU"/>
              </w:rPr>
              <w:t xml:space="preserve">              </w:t>
            </w:r>
            <w:r w:rsidR="00405B08" w:rsidRPr="001C7DFC">
              <w:rPr>
                <w:color w:val="auto"/>
                <w:sz w:val="22"/>
                <w:lang w:val="ru-RU"/>
              </w:rPr>
              <w:t xml:space="preserve">алгоритму першої </w:t>
            </w:r>
            <w:r w:rsidR="00A91A52" w:rsidRPr="001C7DFC">
              <w:rPr>
                <w:color w:val="auto"/>
                <w:sz w:val="22"/>
                <w:lang w:val="ru-RU"/>
              </w:rPr>
              <w:t xml:space="preserve">               </w:t>
            </w:r>
            <w:r w:rsidR="00405B08" w:rsidRPr="001C7DFC">
              <w:rPr>
                <w:color w:val="auto"/>
                <w:sz w:val="22"/>
                <w:lang w:val="ru-RU"/>
              </w:rPr>
              <w:t>психологічної допомоги; у разі безпосередньої</w:t>
            </w:r>
            <w:r w:rsidR="00A91A52" w:rsidRPr="001C7DFC">
              <w:rPr>
                <w:color w:val="auto"/>
                <w:sz w:val="22"/>
                <w:lang w:val="ru-RU"/>
              </w:rPr>
              <w:t xml:space="preserve">            </w:t>
            </w:r>
            <w:r w:rsidR="00405B08" w:rsidRPr="001C7DFC">
              <w:rPr>
                <w:color w:val="auto"/>
                <w:sz w:val="22"/>
                <w:lang w:val="ru-RU"/>
              </w:rPr>
              <w:t xml:space="preserve"> загрози життю чи </w:t>
            </w:r>
            <w:r w:rsidR="00A91A52" w:rsidRPr="001C7DFC">
              <w:rPr>
                <w:color w:val="auto"/>
                <w:sz w:val="22"/>
                <w:lang w:val="ru-RU"/>
              </w:rPr>
              <w:t xml:space="preserve">               </w:t>
            </w:r>
            <w:r w:rsidR="00405B08" w:rsidRPr="001C7DFC">
              <w:rPr>
                <w:color w:val="auto"/>
                <w:sz w:val="22"/>
                <w:lang w:val="ru-RU"/>
              </w:rPr>
              <w:t xml:space="preserve">здоров'ю невідкладно </w:t>
            </w:r>
            <w:r w:rsidR="00A91A52" w:rsidRPr="001C7DFC">
              <w:rPr>
                <w:color w:val="auto"/>
                <w:sz w:val="22"/>
                <w:lang w:val="ru-RU"/>
              </w:rPr>
              <w:t xml:space="preserve">      </w:t>
            </w:r>
            <w:r w:rsidR="00405B08" w:rsidRPr="001C7DFC">
              <w:rPr>
                <w:color w:val="auto"/>
                <w:sz w:val="22"/>
                <w:lang w:val="ru-RU"/>
              </w:rPr>
              <w:t xml:space="preserve">залучати компетентні служби та не здійснювати дій, що належать до професійної компетентності </w:t>
            </w:r>
            <w:r w:rsidR="00A91A52" w:rsidRPr="001C7DFC">
              <w:rPr>
                <w:color w:val="auto"/>
                <w:sz w:val="22"/>
                <w:lang w:val="ru-RU"/>
              </w:rPr>
              <w:t xml:space="preserve">            </w:t>
            </w:r>
            <w:r w:rsidR="00405B08" w:rsidRPr="001C7DFC">
              <w:rPr>
                <w:color w:val="auto"/>
                <w:sz w:val="22"/>
                <w:lang w:val="ru-RU"/>
              </w:rPr>
              <w:t xml:space="preserve">психолога, </w:t>
            </w:r>
            <w:r w:rsidR="001C7DFC" w:rsidRPr="001C7DFC">
              <w:rPr>
                <w:color w:val="auto"/>
                <w:sz w:val="22"/>
                <w:lang w:val="ru-RU"/>
              </w:rPr>
              <w:t xml:space="preserve">                            </w:t>
            </w:r>
            <w:r w:rsidR="00405B08" w:rsidRPr="001C7DFC">
              <w:rPr>
                <w:color w:val="auto"/>
                <w:sz w:val="22"/>
                <w:lang w:val="ru-RU"/>
              </w:rPr>
              <w:t>психотерапевта, психіатра або лікаря.</w:t>
            </w:r>
          </w:p>
        </w:tc>
      </w:tr>
      <w:tr w:rsidR="00217531" w:rsidRPr="0076799D" w14:paraId="0F27CA97"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2BB6F52F" w14:textId="259471F1" w:rsidR="00405B08" w:rsidRPr="001C7DFC" w:rsidRDefault="00405B08" w:rsidP="00217531">
            <w:pPr>
              <w:rPr>
                <w:rFonts w:eastAsia="Arial"/>
                <w:b/>
                <w:bCs/>
                <w:color w:val="auto"/>
                <w:sz w:val="22"/>
                <w:lang w:val="ru-RU"/>
              </w:rPr>
            </w:pP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24E8D714" w14:textId="27BD55E1" w:rsidR="0057404F" w:rsidRPr="0057404F" w:rsidRDefault="0057404F" w:rsidP="00150194">
            <w:pPr>
              <w:rPr>
                <w:b/>
                <w:color w:val="FF0000"/>
                <w:sz w:val="22"/>
                <w:lang w:val="ru-RU"/>
              </w:rPr>
            </w:pP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38EED41" w14:textId="23A154FA" w:rsidR="00150194" w:rsidRPr="0057404F" w:rsidRDefault="00150194" w:rsidP="00150194">
            <w:pPr>
              <w:spacing w:after="24"/>
              <w:rPr>
                <w:color w:val="FF0000"/>
                <w:sz w:val="22"/>
                <w:lang w:val="ru-RU"/>
              </w:rPr>
            </w:pP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8D295AC" w14:textId="7F45C8D1" w:rsidR="00B113BE" w:rsidRPr="0057404F" w:rsidRDefault="00B113BE" w:rsidP="00B113BE">
            <w:pPr>
              <w:spacing w:after="24"/>
              <w:rPr>
                <w:color w:val="FF0000"/>
                <w:sz w:val="22"/>
                <w:lang w:val="ru-RU"/>
              </w:rPr>
            </w:pP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1C4E73D" w14:textId="3335FD80" w:rsidR="00B113BE" w:rsidRPr="0057404F" w:rsidRDefault="00B113BE" w:rsidP="00B113BE">
            <w:pPr>
              <w:spacing w:after="24"/>
              <w:rPr>
                <w:color w:val="FF0000"/>
                <w:sz w:val="22"/>
                <w:lang w:val="ru-RU"/>
              </w:rPr>
            </w:pP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9E7DD76" w14:textId="394AEFD7" w:rsidR="00B113BE" w:rsidRPr="0057404F" w:rsidRDefault="00B113BE" w:rsidP="00B113BE">
            <w:pPr>
              <w:spacing w:after="24"/>
              <w:rPr>
                <w:color w:val="FF0000"/>
                <w:sz w:val="22"/>
                <w:lang w:val="ru-RU"/>
              </w:rPr>
            </w:pPr>
          </w:p>
        </w:tc>
      </w:tr>
      <w:tr w:rsidR="00217531" w:rsidRPr="0076799D" w14:paraId="020950E5"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493CAB7" w14:textId="3B70F479" w:rsidR="00217531" w:rsidRPr="003C4740" w:rsidRDefault="0057404F" w:rsidP="00217531">
            <w:pPr>
              <w:rPr>
                <w:color w:val="auto"/>
                <w:sz w:val="22"/>
                <w:lang w:val="ru-RU"/>
              </w:rPr>
            </w:pPr>
            <w:r w:rsidRPr="001C7DFC">
              <w:rPr>
                <w:rFonts w:eastAsia="Arial"/>
                <w:b/>
                <w:bCs/>
                <w:color w:val="auto"/>
                <w:sz w:val="22"/>
                <w:lang w:val="ru-RU"/>
              </w:rPr>
              <w:t xml:space="preserve">Ж. </w:t>
            </w:r>
            <w:r w:rsidRPr="001C7DFC">
              <w:rPr>
                <w:b/>
                <w:bCs/>
                <w:color w:val="auto"/>
                <w:sz w:val="22"/>
                <w:lang w:val="ru-RU"/>
              </w:rPr>
              <w:t>Формування     пропозицій щодо             розвитку та                     вдосконалення підтримки ветеранів війни і членів їхніх сімей та інших визначених                         законодавством                  категорій осіб у                громаді.</w:t>
            </w: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4D48960" w14:textId="270F4302" w:rsidR="00B113BE" w:rsidRPr="0014617F" w:rsidRDefault="00217531" w:rsidP="004C0B19">
            <w:pPr>
              <w:rPr>
                <w:color w:val="auto"/>
                <w:sz w:val="22"/>
                <w:lang w:val="ru-RU"/>
              </w:rPr>
            </w:pPr>
            <w:r w:rsidRPr="0014617F">
              <w:rPr>
                <w:rFonts w:eastAsia="Arial"/>
                <w:b/>
                <w:color w:val="auto"/>
                <w:sz w:val="22"/>
                <w:lang w:val="ru-RU"/>
              </w:rPr>
              <w:t>Ж</w:t>
            </w:r>
            <w:r w:rsidR="0057404F">
              <w:rPr>
                <w:rFonts w:eastAsia="Arial"/>
                <w:b/>
                <w:color w:val="auto"/>
                <w:sz w:val="22"/>
                <w:lang w:val="ru-RU"/>
              </w:rPr>
              <w:t>1</w:t>
            </w:r>
            <w:r w:rsidR="004C0B19" w:rsidRPr="0014617F">
              <w:rPr>
                <w:rFonts w:eastAsia="Arial"/>
                <w:b/>
                <w:color w:val="auto"/>
                <w:sz w:val="22"/>
                <w:lang w:val="ru-RU"/>
              </w:rPr>
              <w:t xml:space="preserve">. </w:t>
            </w:r>
            <w:r w:rsidR="00B113BE" w:rsidRPr="0014617F">
              <w:rPr>
                <w:b/>
                <w:color w:val="auto"/>
                <w:sz w:val="22"/>
                <w:lang w:val="ru-RU"/>
              </w:rPr>
              <w:t>Здатність</w:t>
            </w:r>
            <w:r w:rsidR="0014617F" w:rsidRPr="0014617F">
              <w:rPr>
                <w:b/>
                <w:color w:val="auto"/>
                <w:sz w:val="22"/>
                <w:lang w:val="ru-RU"/>
              </w:rPr>
              <w:t xml:space="preserve">            </w:t>
            </w:r>
            <w:r w:rsidR="00B113BE" w:rsidRPr="0014617F">
              <w:rPr>
                <w:b/>
                <w:color w:val="auto"/>
                <w:sz w:val="22"/>
                <w:lang w:val="ru-RU"/>
              </w:rPr>
              <w:t xml:space="preserve"> формувати та обґрунтовувати пропозиції щодо вдосконалення підтримки та</w:t>
            </w:r>
            <w:r w:rsidR="0014617F" w:rsidRPr="0014617F">
              <w:rPr>
                <w:b/>
                <w:color w:val="auto"/>
                <w:sz w:val="22"/>
                <w:lang w:val="ru-RU"/>
              </w:rPr>
              <w:t xml:space="preserve">                </w:t>
            </w:r>
            <w:r w:rsidR="00B113BE" w:rsidRPr="0014617F">
              <w:rPr>
                <w:b/>
                <w:color w:val="auto"/>
                <w:sz w:val="22"/>
                <w:lang w:val="ru-RU"/>
              </w:rPr>
              <w:t xml:space="preserve"> захисту прав і</w:t>
            </w:r>
            <w:r w:rsidR="0014617F" w:rsidRPr="0014617F">
              <w:rPr>
                <w:b/>
                <w:color w:val="auto"/>
                <w:sz w:val="22"/>
                <w:lang w:val="ru-RU"/>
              </w:rPr>
              <w:t xml:space="preserve">                </w:t>
            </w:r>
            <w:r w:rsidR="00B113BE" w:rsidRPr="0014617F">
              <w:rPr>
                <w:b/>
                <w:color w:val="auto"/>
                <w:sz w:val="22"/>
                <w:lang w:val="ru-RU"/>
              </w:rPr>
              <w:t xml:space="preserve"> законних інтересів ветеранів війни</w:t>
            </w:r>
            <w:r w:rsidR="004C0B19" w:rsidRPr="0014617F">
              <w:rPr>
                <w:b/>
                <w:color w:val="auto"/>
                <w:sz w:val="22"/>
                <w:lang w:val="ru-RU"/>
              </w:rPr>
              <w:t xml:space="preserve">, </w:t>
            </w:r>
            <w:r w:rsidR="00B113BE" w:rsidRPr="0014617F">
              <w:rPr>
                <w:b/>
                <w:color w:val="auto"/>
                <w:sz w:val="22"/>
                <w:lang w:val="ru-RU"/>
              </w:rPr>
              <w:t>членів їх</w:t>
            </w:r>
            <w:r w:rsidR="004C0B19" w:rsidRPr="0014617F">
              <w:rPr>
                <w:b/>
                <w:color w:val="auto"/>
                <w:sz w:val="22"/>
                <w:lang w:val="ru-RU"/>
              </w:rPr>
              <w:t>ніх</w:t>
            </w:r>
            <w:r w:rsidR="00B113BE" w:rsidRPr="0014617F">
              <w:rPr>
                <w:b/>
                <w:color w:val="auto"/>
                <w:sz w:val="22"/>
                <w:lang w:val="ru-RU"/>
              </w:rPr>
              <w:t xml:space="preserve"> сімей</w:t>
            </w:r>
            <w:r w:rsidR="004C0B19" w:rsidRPr="0014617F">
              <w:rPr>
                <w:b/>
                <w:color w:val="auto"/>
                <w:sz w:val="22"/>
                <w:lang w:val="ru-RU"/>
              </w:rPr>
              <w:t xml:space="preserve"> та інших </w:t>
            </w:r>
            <w:r w:rsidR="0014617F" w:rsidRPr="0014617F">
              <w:rPr>
                <w:b/>
                <w:color w:val="auto"/>
                <w:sz w:val="22"/>
                <w:lang w:val="ru-RU"/>
              </w:rPr>
              <w:t xml:space="preserve">                      </w:t>
            </w:r>
            <w:r w:rsidR="004C0B19" w:rsidRPr="0014617F">
              <w:rPr>
                <w:b/>
                <w:color w:val="auto"/>
                <w:sz w:val="22"/>
                <w:lang w:val="ru-RU"/>
              </w:rPr>
              <w:t>визначених</w:t>
            </w:r>
            <w:r w:rsidR="0014617F" w:rsidRPr="0014617F">
              <w:rPr>
                <w:b/>
                <w:color w:val="auto"/>
                <w:sz w:val="22"/>
                <w:lang w:val="ru-RU"/>
              </w:rPr>
              <w:t xml:space="preserve">                         </w:t>
            </w:r>
            <w:r w:rsidR="004C0B19" w:rsidRPr="0014617F">
              <w:rPr>
                <w:b/>
                <w:color w:val="auto"/>
                <w:sz w:val="22"/>
                <w:lang w:val="ru-RU"/>
              </w:rPr>
              <w:t xml:space="preserve"> законодавством </w:t>
            </w:r>
            <w:r w:rsidR="0014617F" w:rsidRPr="0014617F">
              <w:rPr>
                <w:b/>
                <w:color w:val="auto"/>
                <w:sz w:val="22"/>
                <w:lang w:val="ru-RU"/>
              </w:rPr>
              <w:t xml:space="preserve">     </w:t>
            </w:r>
            <w:r w:rsidR="004C0B19" w:rsidRPr="0014617F">
              <w:rPr>
                <w:b/>
                <w:color w:val="auto"/>
                <w:sz w:val="22"/>
                <w:lang w:val="ru-RU"/>
              </w:rPr>
              <w:t xml:space="preserve">категорій осіб. </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42D944E" w14:textId="4CC9AED3" w:rsidR="00FB5179" w:rsidRPr="0014617F" w:rsidRDefault="00217531" w:rsidP="00217531">
            <w:pPr>
              <w:spacing w:after="24"/>
              <w:rPr>
                <w:rFonts w:eastAsia="Arial"/>
                <w:color w:val="auto"/>
                <w:sz w:val="22"/>
                <w:lang w:val="ru-RU"/>
              </w:rPr>
            </w:pPr>
            <w:r w:rsidRPr="0014617F">
              <w:rPr>
                <w:rFonts w:eastAsia="Arial"/>
                <w:b/>
                <w:bCs/>
                <w:color w:val="auto"/>
                <w:sz w:val="22"/>
                <w:lang w:val="ru-RU"/>
              </w:rPr>
              <w:t>Ж</w:t>
            </w:r>
            <w:r w:rsidR="0057404F">
              <w:rPr>
                <w:rFonts w:eastAsia="Arial"/>
                <w:b/>
                <w:bCs/>
                <w:color w:val="auto"/>
                <w:sz w:val="22"/>
                <w:lang w:val="ru-RU"/>
              </w:rPr>
              <w:t>1</w:t>
            </w:r>
            <w:r w:rsidRPr="0014617F">
              <w:rPr>
                <w:rFonts w:eastAsia="Arial"/>
                <w:b/>
                <w:bCs/>
                <w:color w:val="auto"/>
                <w:sz w:val="22"/>
                <w:lang w:val="ru-RU"/>
              </w:rPr>
              <w:t xml:space="preserve">.З1. </w:t>
            </w:r>
            <w:r w:rsidR="00FB5179" w:rsidRPr="0014617F">
              <w:rPr>
                <w:rFonts w:eastAsia="Arial"/>
                <w:color w:val="auto"/>
                <w:sz w:val="22"/>
                <w:lang w:val="ru-RU"/>
              </w:rPr>
              <w:t xml:space="preserve">Основні напрями </w:t>
            </w:r>
            <w:r w:rsidR="0014617F" w:rsidRPr="0014617F">
              <w:rPr>
                <w:rFonts w:eastAsia="Arial"/>
                <w:color w:val="auto"/>
                <w:sz w:val="22"/>
                <w:lang w:val="ru-RU"/>
              </w:rPr>
              <w:t xml:space="preserve">               </w:t>
            </w:r>
            <w:r w:rsidR="00FB5179" w:rsidRPr="0014617F">
              <w:rPr>
                <w:rFonts w:eastAsia="Arial"/>
                <w:color w:val="auto"/>
                <w:sz w:val="22"/>
                <w:lang w:val="ru-RU"/>
              </w:rPr>
              <w:t>ветеранської політики, права та гарантії ветеранів війни, членів їхніх сімей</w:t>
            </w:r>
            <w:r w:rsidR="00FB5179" w:rsidRPr="0014617F">
              <w:rPr>
                <w:color w:val="auto"/>
                <w:sz w:val="22"/>
              </w:rPr>
              <w:t xml:space="preserve"> </w:t>
            </w:r>
            <w:r w:rsidR="00FB5179" w:rsidRPr="0014617F">
              <w:rPr>
                <w:rFonts w:eastAsia="Arial"/>
                <w:color w:val="auto"/>
                <w:sz w:val="22"/>
                <w:lang w:val="ru-RU"/>
              </w:rPr>
              <w:t xml:space="preserve">та інших визначених законодавством категорій осіб,  принципи соціальної адаптації та </w:t>
            </w:r>
            <w:r w:rsidR="0014617F" w:rsidRPr="0014617F">
              <w:rPr>
                <w:rFonts w:eastAsia="Arial"/>
                <w:color w:val="auto"/>
                <w:sz w:val="22"/>
                <w:lang w:val="ru-RU"/>
              </w:rPr>
              <w:t xml:space="preserve">                     </w:t>
            </w:r>
            <w:r w:rsidR="00FB5179" w:rsidRPr="0014617F">
              <w:rPr>
                <w:rFonts w:eastAsia="Arial"/>
                <w:color w:val="auto"/>
                <w:sz w:val="22"/>
                <w:lang w:val="ru-RU"/>
              </w:rPr>
              <w:t>переходу від військової служби до цивільного життя.</w:t>
            </w:r>
          </w:p>
          <w:p w14:paraId="305BF378" w14:textId="77777777" w:rsidR="00FB5179" w:rsidRPr="0014617F" w:rsidRDefault="00FB5179" w:rsidP="00217531">
            <w:pPr>
              <w:spacing w:after="24"/>
              <w:rPr>
                <w:rFonts w:eastAsia="Arial"/>
                <w:b/>
                <w:bCs/>
                <w:color w:val="auto"/>
                <w:sz w:val="22"/>
                <w:lang w:val="ru-RU"/>
              </w:rPr>
            </w:pPr>
          </w:p>
          <w:p w14:paraId="18A66A6A" w14:textId="16C43F7D" w:rsidR="00FB5179" w:rsidRPr="0014617F" w:rsidRDefault="00217531" w:rsidP="00FB5179">
            <w:pPr>
              <w:spacing w:after="24"/>
              <w:rPr>
                <w:rFonts w:eastAsia="Arial"/>
                <w:color w:val="auto"/>
                <w:sz w:val="22"/>
                <w:lang w:val="ru-RU"/>
              </w:rPr>
            </w:pPr>
            <w:r w:rsidRPr="0014617F">
              <w:rPr>
                <w:rFonts w:eastAsia="Arial"/>
                <w:b/>
                <w:bCs/>
                <w:color w:val="auto"/>
                <w:sz w:val="22"/>
                <w:lang w:val="ru-RU"/>
              </w:rPr>
              <w:t>Ж</w:t>
            </w:r>
            <w:r w:rsidR="0057404F">
              <w:rPr>
                <w:rFonts w:eastAsia="Arial"/>
                <w:b/>
                <w:bCs/>
                <w:color w:val="auto"/>
                <w:sz w:val="22"/>
                <w:lang w:val="ru-RU"/>
              </w:rPr>
              <w:t>1</w:t>
            </w:r>
            <w:r w:rsidRPr="0014617F">
              <w:rPr>
                <w:rFonts w:eastAsia="Arial"/>
                <w:b/>
                <w:bCs/>
                <w:color w:val="auto"/>
                <w:sz w:val="22"/>
                <w:lang w:val="ru-RU"/>
              </w:rPr>
              <w:t>.З2.</w:t>
            </w:r>
            <w:r w:rsidRPr="0014617F">
              <w:rPr>
                <w:rFonts w:eastAsia="Arial"/>
                <w:color w:val="auto"/>
                <w:sz w:val="22"/>
                <w:lang w:val="ru-RU"/>
              </w:rPr>
              <w:t xml:space="preserve"> </w:t>
            </w:r>
            <w:r w:rsidR="00FB5179" w:rsidRPr="0014617F">
              <w:rPr>
                <w:rFonts w:eastAsia="Arial"/>
                <w:color w:val="auto"/>
                <w:sz w:val="22"/>
                <w:lang w:val="ru-RU"/>
              </w:rPr>
              <w:t xml:space="preserve">Вимоги до структури та змісту аналітичної довідки, службової записки, </w:t>
            </w:r>
            <w:r w:rsidR="0014617F" w:rsidRPr="0014617F">
              <w:rPr>
                <w:rFonts w:eastAsia="Arial"/>
                <w:color w:val="auto"/>
                <w:sz w:val="22"/>
                <w:lang w:val="ru-RU"/>
              </w:rPr>
              <w:t xml:space="preserve">                             </w:t>
            </w:r>
            <w:r w:rsidR="00FB5179" w:rsidRPr="0014617F">
              <w:rPr>
                <w:rFonts w:eastAsia="Arial"/>
                <w:color w:val="auto"/>
                <w:sz w:val="22"/>
                <w:lang w:val="ru-RU"/>
              </w:rPr>
              <w:t xml:space="preserve">рекомендації та іншої </w:t>
            </w:r>
            <w:r w:rsidR="0014617F" w:rsidRPr="0014617F">
              <w:rPr>
                <w:rFonts w:eastAsia="Arial"/>
                <w:color w:val="auto"/>
                <w:sz w:val="22"/>
                <w:lang w:val="ru-RU"/>
              </w:rPr>
              <w:t xml:space="preserve">                     </w:t>
            </w:r>
            <w:r w:rsidR="00FB5179" w:rsidRPr="0014617F">
              <w:rPr>
                <w:rFonts w:eastAsia="Arial"/>
                <w:color w:val="auto"/>
                <w:sz w:val="22"/>
                <w:lang w:val="ru-RU"/>
              </w:rPr>
              <w:t>пропозиції, підготовленої на основі фактичних даних.</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40629F4" w14:textId="67A8138B" w:rsidR="000B100E" w:rsidRPr="0014617F" w:rsidRDefault="00217531" w:rsidP="00217531">
            <w:pPr>
              <w:spacing w:after="24"/>
              <w:rPr>
                <w:rFonts w:eastAsia="Arial"/>
                <w:color w:val="auto"/>
                <w:sz w:val="22"/>
                <w:lang w:val="ru-RU"/>
              </w:rPr>
            </w:pPr>
            <w:r w:rsidRPr="0014617F">
              <w:rPr>
                <w:rFonts w:eastAsia="Arial"/>
                <w:b/>
                <w:color w:val="auto"/>
                <w:sz w:val="22"/>
                <w:lang w:val="ru-RU"/>
              </w:rPr>
              <w:t>Ж</w:t>
            </w:r>
            <w:r w:rsidR="0057404F">
              <w:rPr>
                <w:rFonts w:eastAsia="Arial"/>
                <w:b/>
                <w:color w:val="auto"/>
                <w:sz w:val="22"/>
                <w:lang w:val="ru-RU"/>
              </w:rPr>
              <w:t>1</w:t>
            </w:r>
            <w:r w:rsidRPr="0014617F">
              <w:rPr>
                <w:rFonts w:eastAsia="Arial"/>
                <w:b/>
                <w:color w:val="auto"/>
                <w:sz w:val="22"/>
                <w:lang w:val="ru-RU"/>
              </w:rPr>
              <w:t xml:space="preserve">.У1. </w:t>
            </w:r>
            <w:r w:rsidR="000B100E" w:rsidRPr="0014617F">
              <w:rPr>
                <w:rFonts w:eastAsia="Arial"/>
                <w:color w:val="auto"/>
                <w:sz w:val="22"/>
                <w:lang w:val="ru-RU"/>
              </w:rPr>
              <w:t>Перетворювати</w:t>
            </w:r>
            <w:r w:rsidR="0014617F" w:rsidRPr="0014617F">
              <w:rPr>
                <w:rFonts w:eastAsia="Arial"/>
                <w:color w:val="auto"/>
                <w:sz w:val="22"/>
                <w:lang w:val="ru-RU"/>
              </w:rPr>
              <w:t xml:space="preserve">                 </w:t>
            </w:r>
            <w:r w:rsidR="000B100E" w:rsidRPr="0014617F">
              <w:rPr>
                <w:rFonts w:eastAsia="Arial"/>
                <w:color w:val="auto"/>
                <w:sz w:val="22"/>
                <w:lang w:val="ru-RU"/>
              </w:rPr>
              <w:t xml:space="preserve"> виявлену системну проблему на конкретну професійну пропозицію із визначенням проблеми, запропонованого рішення, очікуваного </w:t>
            </w:r>
            <w:r w:rsidR="0014617F" w:rsidRPr="0014617F">
              <w:rPr>
                <w:rFonts w:eastAsia="Arial"/>
                <w:color w:val="auto"/>
                <w:sz w:val="22"/>
                <w:lang w:val="ru-RU"/>
              </w:rPr>
              <w:t xml:space="preserve">                       </w:t>
            </w:r>
            <w:r w:rsidR="000B100E" w:rsidRPr="0014617F">
              <w:rPr>
                <w:rFonts w:eastAsia="Arial"/>
                <w:color w:val="auto"/>
                <w:sz w:val="22"/>
                <w:lang w:val="ru-RU"/>
              </w:rPr>
              <w:t>результату та, за можливості, показників його досягнення.</w:t>
            </w:r>
          </w:p>
          <w:p w14:paraId="2AC237B3" w14:textId="77777777" w:rsidR="000B100E" w:rsidRPr="0014617F" w:rsidRDefault="000B100E" w:rsidP="00217531">
            <w:pPr>
              <w:spacing w:after="24"/>
              <w:rPr>
                <w:color w:val="auto"/>
                <w:sz w:val="22"/>
                <w:lang w:val="ru-RU"/>
              </w:rPr>
            </w:pPr>
          </w:p>
          <w:p w14:paraId="036F4440" w14:textId="622D6FB2" w:rsidR="000B100E" w:rsidRPr="0014617F" w:rsidRDefault="00217531" w:rsidP="000B100E">
            <w:pPr>
              <w:spacing w:after="24"/>
              <w:rPr>
                <w:color w:val="auto"/>
                <w:sz w:val="22"/>
                <w:lang w:val="ru-RU"/>
              </w:rPr>
            </w:pPr>
            <w:r w:rsidRPr="0014617F">
              <w:rPr>
                <w:rFonts w:eastAsia="Arial"/>
                <w:b/>
                <w:color w:val="auto"/>
                <w:sz w:val="22"/>
                <w:lang w:val="ru-RU"/>
              </w:rPr>
              <w:t>Ж</w:t>
            </w:r>
            <w:r w:rsidR="0057404F">
              <w:rPr>
                <w:rFonts w:eastAsia="Arial"/>
                <w:b/>
                <w:color w:val="auto"/>
                <w:sz w:val="22"/>
                <w:lang w:val="ru-RU"/>
              </w:rPr>
              <w:t>1</w:t>
            </w:r>
            <w:r w:rsidRPr="0014617F">
              <w:rPr>
                <w:rFonts w:eastAsia="Arial"/>
                <w:b/>
                <w:color w:val="auto"/>
                <w:sz w:val="22"/>
                <w:lang w:val="ru-RU"/>
              </w:rPr>
              <w:t xml:space="preserve">.У2. </w:t>
            </w:r>
            <w:r w:rsidR="000B100E" w:rsidRPr="0014617F">
              <w:rPr>
                <w:color w:val="auto"/>
                <w:sz w:val="22"/>
                <w:lang w:val="ru-RU"/>
              </w:rPr>
              <w:t xml:space="preserve">Обґрунтовувати </w:t>
            </w:r>
            <w:r w:rsidR="0014617F" w:rsidRPr="0014617F">
              <w:rPr>
                <w:color w:val="auto"/>
                <w:sz w:val="22"/>
                <w:lang w:val="ru-RU"/>
              </w:rPr>
              <w:t xml:space="preserve">              </w:t>
            </w:r>
            <w:r w:rsidR="000B100E" w:rsidRPr="0014617F">
              <w:rPr>
                <w:color w:val="auto"/>
                <w:sz w:val="22"/>
                <w:lang w:val="ru-RU"/>
              </w:rPr>
              <w:t xml:space="preserve">пропозиції узагальненими </w:t>
            </w:r>
            <w:r w:rsidR="0014617F" w:rsidRPr="0014617F">
              <w:rPr>
                <w:color w:val="auto"/>
                <w:sz w:val="22"/>
                <w:lang w:val="ru-RU"/>
              </w:rPr>
              <w:t xml:space="preserve">       </w:t>
            </w:r>
            <w:r w:rsidR="000B100E" w:rsidRPr="0014617F">
              <w:rPr>
                <w:color w:val="auto"/>
                <w:sz w:val="22"/>
                <w:lang w:val="ru-RU"/>
              </w:rPr>
              <w:t>даними моніторингу,</w:t>
            </w:r>
            <w:r w:rsidR="0014617F" w:rsidRPr="0014617F">
              <w:rPr>
                <w:color w:val="auto"/>
                <w:sz w:val="22"/>
                <w:lang w:val="ru-RU"/>
              </w:rPr>
              <w:t xml:space="preserve">                    </w:t>
            </w:r>
            <w:r w:rsidR="000B100E" w:rsidRPr="0014617F">
              <w:rPr>
                <w:color w:val="auto"/>
                <w:sz w:val="22"/>
                <w:lang w:val="ru-RU"/>
              </w:rPr>
              <w:t xml:space="preserve"> нормативно-правовими підставами, результатами зворотного зв'язку та </w:t>
            </w:r>
            <w:r w:rsidR="008C506C">
              <w:rPr>
                <w:color w:val="auto"/>
                <w:sz w:val="22"/>
                <w:lang w:val="ru-RU"/>
              </w:rPr>
              <w:t xml:space="preserve">                </w:t>
            </w:r>
            <w:r w:rsidR="000B100E" w:rsidRPr="0014617F">
              <w:rPr>
                <w:color w:val="auto"/>
                <w:sz w:val="22"/>
                <w:lang w:val="ru-RU"/>
              </w:rPr>
              <w:t xml:space="preserve">практичним досвідом </w:t>
            </w:r>
            <w:r w:rsidR="008C506C">
              <w:rPr>
                <w:color w:val="auto"/>
                <w:sz w:val="22"/>
                <w:lang w:val="ru-RU"/>
              </w:rPr>
              <w:t xml:space="preserve">                    </w:t>
            </w:r>
            <w:r w:rsidR="000B100E" w:rsidRPr="0014617F">
              <w:rPr>
                <w:color w:val="auto"/>
                <w:sz w:val="22"/>
                <w:lang w:val="ru-RU"/>
              </w:rPr>
              <w:t>отримувачів підтримки.</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5E9A108F" w14:textId="6C95D28E" w:rsidR="000B100E" w:rsidRPr="0014617F" w:rsidRDefault="00217531" w:rsidP="00901D90">
            <w:pPr>
              <w:spacing w:after="24"/>
              <w:rPr>
                <w:color w:val="auto"/>
                <w:sz w:val="22"/>
                <w:lang w:val="ru-RU"/>
              </w:rPr>
            </w:pPr>
            <w:r w:rsidRPr="0014617F">
              <w:rPr>
                <w:rFonts w:eastAsia="Arial"/>
                <w:b/>
                <w:color w:val="auto"/>
                <w:sz w:val="22"/>
                <w:lang w:val="ru-RU"/>
              </w:rPr>
              <w:t>Ж</w:t>
            </w:r>
            <w:r w:rsidR="0057404F">
              <w:rPr>
                <w:rFonts w:eastAsia="Arial"/>
                <w:b/>
                <w:color w:val="auto"/>
                <w:sz w:val="22"/>
                <w:lang w:val="ru-RU"/>
              </w:rPr>
              <w:t>1</w:t>
            </w:r>
            <w:r w:rsidRPr="0014617F">
              <w:rPr>
                <w:rFonts w:eastAsia="Arial"/>
                <w:b/>
                <w:color w:val="auto"/>
                <w:sz w:val="22"/>
                <w:lang w:val="ru-RU"/>
              </w:rPr>
              <w:t xml:space="preserve">.К1. </w:t>
            </w:r>
            <w:r w:rsidR="000B100E" w:rsidRPr="0014617F">
              <w:rPr>
                <w:color w:val="auto"/>
                <w:sz w:val="22"/>
                <w:lang w:val="ru-RU"/>
              </w:rPr>
              <w:t>Представляти та обговорювати професійні пропозиції з</w:t>
            </w:r>
            <w:r w:rsidR="0014617F" w:rsidRPr="0014617F">
              <w:rPr>
                <w:color w:val="auto"/>
                <w:sz w:val="22"/>
                <w:lang w:val="ru-RU"/>
              </w:rPr>
              <w:t xml:space="preserve">             </w:t>
            </w:r>
            <w:r w:rsidR="000B100E" w:rsidRPr="0014617F">
              <w:rPr>
                <w:color w:val="auto"/>
                <w:sz w:val="22"/>
                <w:lang w:val="ru-RU"/>
              </w:rPr>
              <w:t xml:space="preserve"> органами державної влади, органами </w:t>
            </w:r>
            <w:r w:rsidR="0014617F" w:rsidRPr="0014617F">
              <w:rPr>
                <w:color w:val="auto"/>
                <w:sz w:val="22"/>
                <w:lang w:val="ru-RU"/>
              </w:rPr>
              <w:t xml:space="preserve">              </w:t>
            </w:r>
            <w:r w:rsidR="000B100E" w:rsidRPr="0014617F">
              <w:rPr>
                <w:color w:val="auto"/>
                <w:sz w:val="22"/>
                <w:lang w:val="ru-RU"/>
              </w:rPr>
              <w:t xml:space="preserve">місцевого </w:t>
            </w:r>
            <w:r w:rsidR="0014617F" w:rsidRPr="0014617F">
              <w:rPr>
                <w:color w:val="auto"/>
                <w:sz w:val="22"/>
                <w:lang w:val="ru-RU"/>
              </w:rPr>
              <w:t xml:space="preserve">                                 </w:t>
            </w:r>
            <w:r w:rsidR="000B100E" w:rsidRPr="0014617F">
              <w:rPr>
                <w:color w:val="auto"/>
                <w:sz w:val="22"/>
                <w:lang w:val="ru-RU"/>
              </w:rPr>
              <w:t>самоврядування,</w:t>
            </w:r>
            <w:r w:rsidR="0014617F" w:rsidRPr="0014617F">
              <w:rPr>
                <w:color w:val="auto"/>
                <w:sz w:val="22"/>
                <w:lang w:val="ru-RU"/>
              </w:rPr>
              <w:t xml:space="preserve">                 </w:t>
            </w:r>
            <w:r w:rsidR="000B100E" w:rsidRPr="0014617F">
              <w:rPr>
                <w:color w:val="auto"/>
                <w:sz w:val="22"/>
                <w:lang w:val="ru-RU"/>
              </w:rPr>
              <w:t xml:space="preserve"> установами, надавачами послуг та іншими </w:t>
            </w:r>
            <w:r w:rsidR="0014617F" w:rsidRPr="0014617F">
              <w:rPr>
                <w:color w:val="auto"/>
                <w:sz w:val="22"/>
                <w:lang w:val="ru-RU"/>
              </w:rPr>
              <w:t xml:space="preserve">                       </w:t>
            </w:r>
            <w:r w:rsidR="000B100E" w:rsidRPr="0014617F">
              <w:rPr>
                <w:color w:val="auto"/>
                <w:sz w:val="22"/>
                <w:lang w:val="ru-RU"/>
              </w:rPr>
              <w:t xml:space="preserve">зацікавленими суб'єктами неупереджено й </w:t>
            </w:r>
            <w:r w:rsidR="008C506C">
              <w:rPr>
                <w:color w:val="auto"/>
                <w:sz w:val="22"/>
                <w:lang w:val="ru-RU"/>
              </w:rPr>
              <w:t xml:space="preserve">           </w:t>
            </w:r>
            <w:r w:rsidR="000B100E" w:rsidRPr="0014617F">
              <w:rPr>
                <w:color w:val="auto"/>
                <w:sz w:val="22"/>
                <w:lang w:val="ru-RU"/>
              </w:rPr>
              <w:t>аргументовано</w:t>
            </w:r>
            <w:r w:rsidR="00901D90" w:rsidRPr="0014617F">
              <w:rPr>
                <w:color w:val="auto"/>
                <w:sz w:val="22"/>
                <w:lang w:val="ru-RU"/>
              </w:rPr>
              <w:t>.</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577A1876" w14:textId="3A3ACC03" w:rsidR="00901D90" w:rsidRPr="0014617F" w:rsidRDefault="00217531" w:rsidP="00901D90">
            <w:pPr>
              <w:spacing w:after="24"/>
              <w:rPr>
                <w:color w:val="auto"/>
                <w:sz w:val="22"/>
                <w:lang w:val="ru-RU"/>
              </w:rPr>
            </w:pPr>
            <w:r w:rsidRPr="0014617F">
              <w:rPr>
                <w:rFonts w:eastAsia="Arial"/>
                <w:b/>
                <w:color w:val="auto"/>
                <w:sz w:val="22"/>
                <w:lang w:val="ru-RU"/>
              </w:rPr>
              <w:t>Ж</w:t>
            </w:r>
            <w:r w:rsidR="0057404F">
              <w:rPr>
                <w:rFonts w:eastAsia="Arial"/>
                <w:b/>
                <w:color w:val="auto"/>
                <w:sz w:val="22"/>
                <w:lang w:val="ru-RU"/>
              </w:rPr>
              <w:t>1</w:t>
            </w:r>
            <w:r w:rsidRPr="0014617F">
              <w:rPr>
                <w:rFonts w:eastAsia="Arial"/>
                <w:b/>
                <w:color w:val="auto"/>
                <w:sz w:val="22"/>
                <w:lang w:val="ru-RU"/>
              </w:rPr>
              <w:t xml:space="preserve">.В1. </w:t>
            </w:r>
            <w:r w:rsidR="00901D90" w:rsidRPr="0014617F">
              <w:rPr>
                <w:color w:val="auto"/>
                <w:sz w:val="22"/>
                <w:lang w:val="ru-RU"/>
              </w:rPr>
              <w:t>Самостійно</w:t>
            </w:r>
            <w:r w:rsidR="0014617F" w:rsidRPr="0014617F">
              <w:rPr>
                <w:color w:val="auto"/>
                <w:sz w:val="22"/>
                <w:lang w:val="ru-RU"/>
              </w:rPr>
              <w:t xml:space="preserve">                 </w:t>
            </w:r>
            <w:r w:rsidR="00901D90" w:rsidRPr="0014617F">
              <w:rPr>
                <w:color w:val="auto"/>
                <w:sz w:val="22"/>
                <w:lang w:val="ru-RU"/>
              </w:rPr>
              <w:t xml:space="preserve"> готувати обґрунтовані рекомендаційні </w:t>
            </w:r>
            <w:r w:rsidR="0014617F" w:rsidRPr="0014617F">
              <w:rPr>
                <w:color w:val="auto"/>
                <w:sz w:val="22"/>
                <w:lang w:val="ru-RU"/>
              </w:rPr>
              <w:t xml:space="preserve">                    </w:t>
            </w:r>
            <w:r w:rsidR="00901D90" w:rsidRPr="0014617F">
              <w:rPr>
                <w:color w:val="auto"/>
                <w:sz w:val="22"/>
                <w:lang w:val="ru-RU"/>
              </w:rPr>
              <w:t xml:space="preserve">пропозиції в межах </w:t>
            </w:r>
            <w:r w:rsidR="0014617F" w:rsidRPr="0014617F">
              <w:rPr>
                <w:color w:val="auto"/>
                <w:sz w:val="22"/>
                <w:lang w:val="ru-RU"/>
              </w:rPr>
              <w:t xml:space="preserve">             </w:t>
            </w:r>
            <w:r w:rsidR="00901D90" w:rsidRPr="0014617F">
              <w:rPr>
                <w:color w:val="auto"/>
                <w:sz w:val="22"/>
                <w:lang w:val="ru-RU"/>
              </w:rPr>
              <w:t>професійної діяльності, не приймаючи</w:t>
            </w:r>
            <w:r w:rsidR="0014617F" w:rsidRPr="0014617F">
              <w:rPr>
                <w:color w:val="auto"/>
                <w:sz w:val="22"/>
                <w:lang w:val="ru-RU"/>
              </w:rPr>
              <w:t xml:space="preserve">                     </w:t>
            </w:r>
            <w:r w:rsidR="00901D90" w:rsidRPr="0014617F">
              <w:rPr>
                <w:color w:val="auto"/>
                <w:sz w:val="22"/>
                <w:lang w:val="ru-RU"/>
              </w:rPr>
              <w:t xml:space="preserve"> управлінських, адміністративних або політичних рішень замість уповноважених суб'єктів.</w:t>
            </w:r>
          </w:p>
        </w:tc>
      </w:tr>
      <w:tr w:rsidR="00217531" w:rsidRPr="0076799D" w14:paraId="22EC5B50"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A71157E" w14:textId="77777777" w:rsidR="00217531" w:rsidRPr="003C4740" w:rsidRDefault="00217531" w:rsidP="00217531">
            <w:pPr>
              <w:rPr>
                <w:color w:val="auto"/>
                <w:sz w:val="22"/>
                <w:lang w:val="ru-RU"/>
              </w:rPr>
            </w:pP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F525460" w14:textId="3B7276E3" w:rsidR="00901D90" w:rsidRPr="0014617F" w:rsidRDefault="00217531" w:rsidP="00901D90">
            <w:pPr>
              <w:rPr>
                <w:color w:val="auto"/>
                <w:sz w:val="22"/>
                <w:lang w:val="ru-RU"/>
              </w:rPr>
            </w:pPr>
            <w:r w:rsidRPr="0014617F">
              <w:rPr>
                <w:rFonts w:eastAsia="Arial"/>
                <w:b/>
                <w:color w:val="auto"/>
                <w:sz w:val="22"/>
                <w:lang w:val="ru-RU"/>
              </w:rPr>
              <w:t>Ж</w:t>
            </w:r>
            <w:r w:rsidR="0057404F">
              <w:rPr>
                <w:rFonts w:eastAsia="Arial"/>
                <w:b/>
                <w:color w:val="auto"/>
                <w:sz w:val="22"/>
                <w:lang w:val="ru-RU"/>
              </w:rPr>
              <w:t>2</w:t>
            </w:r>
            <w:r w:rsidRPr="0014617F">
              <w:rPr>
                <w:rFonts w:eastAsia="Arial"/>
                <w:b/>
                <w:color w:val="auto"/>
                <w:sz w:val="22"/>
                <w:lang w:val="ru-RU"/>
              </w:rPr>
              <w:t xml:space="preserve">. </w:t>
            </w:r>
            <w:r w:rsidR="00901D90" w:rsidRPr="0014617F">
              <w:rPr>
                <w:b/>
                <w:bCs/>
                <w:color w:val="auto"/>
                <w:sz w:val="22"/>
                <w:lang w:val="ru-RU"/>
              </w:rPr>
              <w:t>Здатність</w:t>
            </w:r>
            <w:r w:rsidR="0014617F" w:rsidRPr="0014617F">
              <w:rPr>
                <w:b/>
                <w:bCs/>
                <w:color w:val="auto"/>
                <w:sz w:val="22"/>
                <w:lang w:val="ru-RU"/>
              </w:rPr>
              <w:t xml:space="preserve">            </w:t>
            </w:r>
            <w:r w:rsidR="00901D90" w:rsidRPr="0014617F">
              <w:rPr>
                <w:b/>
                <w:bCs/>
                <w:color w:val="auto"/>
                <w:sz w:val="22"/>
                <w:lang w:val="ru-RU"/>
              </w:rPr>
              <w:t xml:space="preserve"> формувати пропозиції щодо </w:t>
            </w:r>
            <w:r w:rsidR="0014617F" w:rsidRPr="0014617F">
              <w:rPr>
                <w:b/>
                <w:bCs/>
                <w:color w:val="auto"/>
                <w:sz w:val="22"/>
                <w:lang w:val="ru-RU"/>
              </w:rPr>
              <w:t xml:space="preserve">                     </w:t>
            </w:r>
            <w:r w:rsidR="00901D90" w:rsidRPr="0014617F">
              <w:rPr>
                <w:b/>
                <w:bCs/>
                <w:color w:val="auto"/>
                <w:sz w:val="22"/>
                <w:lang w:val="ru-RU"/>
              </w:rPr>
              <w:t xml:space="preserve">вдосконалення </w:t>
            </w:r>
            <w:r w:rsidR="0014617F" w:rsidRPr="0014617F">
              <w:rPr>
                <w:b/>
                <w:bCs/>
                <w:color w:val="auto"/>
                <w:sz w:val="22"/>
                <w:lang w:val="ru-RU"/>
              </w:rPr>
              <w:t xml:space="preserve">             </w:t>
            </w:r>
            <w:r w:rsidR="00901D90" w:rsidRPr="0014617F">
              <w:rPr>
                <w:b/>
                <w:bCs/>
                <w:color w:val="auto"/>
                <w:sz w:val="22"/>
                <w:lang w:val="ru-RU"/>
              </w:rPr>
              <w:t xml:space="preserve">послуг, програм, механізмів взаємодії та маршрутів підтримки </w:t>
            </w:r>
            <w:r w:rsidR="0014617F" w:rsidRPr="0014617F">
              <w:rPr>
                <w:b/>
                <w:bCs/>
                <w:color w:val="auto"/>
                <w:sz w:val="22"/>
                <w:lang w:val="ru-RU"/>
              </w:rPr>
              <w:t xml:space="preserve">     </w:t>
            </w:r>
            <w:r w:rsidR="00901D90" w:rsidRPr="0014617F">
              <w:rPr>
                <w:b/>
                <w:bCs/>
                <w:color w:val="auto"/>
                <w:sz w:val="22"/>
                <w:lang w:val="ru-RU"/>
              </w:rPr>
              <w:t>ветеранів війни, членів їхніх сімей</w:t>
            </w:r>
            <w:r w:rsidR="00901D90" w:rsidRPr="0014617F">
              <w:rPr>
                <w:b/>
                <w:bCs/>
                <w:color w:val="auto"/>
                <w:sz w:val="22"/>
              </w:rPr>
              <w:t xml:space="preserve"> </w:t>
            </w:r>
            <w:r w:rsidR="00901D90" w:rsidRPr="0014617F">
              <w:rPr>
                <w:b/>
                <w:bCs/>
                <w:color w:val="auto"/>
                <w:sz w:val="22"/>
                <w:lang w:val="ru-RU"/>
              </w:rPr>
              <w:t>та інших</w:t>
            </w:r>
            <w:r w:rsidR="0014617F" w:rsidRPr="0014617F">
              <w:rPr>
                <w:b/>
                <w:bCs/>
                <w:color w:val="auto"/>
                <w:sz w:val="22"/>
                <w:lang w:val="ru-RU"/>
              </w:rPr>
              <w:t xml:space="preserve">                   </w:t>
            </w:r>
            <w:r w:rsidR="00901D90" w:rsidRPr="0014617F">
              <w:rPr>
                <w:b/>
                <w:bCs/>
                <w:color w:val="auto"/>
                <w:sz w:val="22"/>
                <w:lang w:val="ru-RU"/>
              </w:rPr>
              <w:t xml:space="preserve"> визначених законодавством категорій осіб у громаді.</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E1D6118" w14:textId="2591AAB8" w:rsidR="00901D90" w:rsidRPr="0014617F" w:rsidRDefault="00217531" w:rsidP="00217531">
            <w:pPr>
              <w:spacing w:after="24"/>
              <w:rPr>
                <w:rFonts w:eastAsia="Arial"/>
                <w:color w:val="auto"/>
                <w:sz w:val="22"/>
                <w:lang w:val="ru-RU"/>
              </w:rPr>
            </w:pPr>
            <w:r w:rsidRPr="0014617F">
              <w:rPr>
                <w:rFonts w:eastAsia="Arial"/>
                <w:b/>
                <w:color w:val="auto"/>
                <w:sz w:val="22"/>
                <w:lang w:val="ru-RU"/>
              </w:rPr>
              <w:t>Ж</w:t>
            </w:r>
            <w:r w:rsidR="0057404F">
              <w:rPr>
                <w:rFonts w:eastAsia="Arial"/>
                <w:b/>
                <w:color w:val="auto"/>
                <w:sz w:val="22"/>
                <w:lang w:val="ru-RU"/>
              </w:rPr>
              <w:t>2</w:t>
            </w:r>
            <w:r w:rsidRPr="0014617F">
              <w:rPr>
                <w:rFonts w:eastAsia="Arial"/>
                <w:b/>
                <w:color w:val="auto"/>
                <w:sz w:val="22"/>
                <w:lang w:val="ru-RU"/>
              </w:rPr>
              <w:t xml:space="preserve">.З1. </w:t>
            </w:r>
            <w:r w:rsidR="00901D90" w:rsidRPr="0014617F">
              <w:rPr>
                <w:rFonts w:eastAsia="Arial"/>
                <w:color w:val="auto"/>
                <w:sz w:val="22"/>
                <w:lang w:val="ru-RU"/>
              </w:rPr>
              <w:t xml:space="preserve">Основи формування та реалізації місцевих </w:t>
            </w:r>
            <w:r w:rsidR="0014617F" w:rsidRPr="0014617F">
              <w:rPr>
                <w:rFonts w:eastAsia="Arial"/>
                <w:color w:val="auto"/>
                <w:sz w:val="22"/>
                <w:lang w:val="ru-RU"/>
              </w:rPr>
              <w:t xml:space="preserve">                 </w:t>
            </w:r>
            <w:r w:rsidR="00901D90" w:rsidRPr="0014617F">
              <w:rPr>
                <w:rFonts w:eastAsia="Arial"/>
                <w:color w:val="auto"/>
                <w:sz w:val="22"/>
                <w:lang w:val="ru-RU"/>
              </w:rPr>
              <w:t xml:space="preserve">програм і заходів підтримки, повноваження органів </w:t>
            </w:r>
            <w:r w:rsidR="0014617F" w:rsidRPr="0014617F">
              <w:rPr>
                <w:rFonts w:eastAsia="Arial"/>
                <w:color w:val="auto"/>
                <w:sz w:val="22"/>
                <w:lang w:val="ru-RU"/>
              </w:rPr>
              <w:t xml:space="preserve">               </w:t>
            </w:r>
            <w:r w:rsidR="00901D90" w:rsidRPr="0014617F">
              <w:rPr>
                <w:rFonts w:eastAsia="Arial"/>
                <w:color w:val="auto"/>
                <w:sz w:val="22"/>
                <w:lang w:val="ru-RU"/>
              </w:rPr>
              <w:t>місцевого самоврядування, установ і надавачів послуг, а також принципи організації публічних, соціальних, медичних, реабілітаційних та інших послуг.</w:t>
            </w:r>
          </w:p>
          <w:p w14:paraId="36CF85F3" w14:textId="77777777" w:rsidR="00901D90" w:rsidRPr="0014617F" w:rsidRDefault="00901D90" w:rsidP="00217531">
            <w:pPr>
              <w:spacing w:after="24"/>
              <w:rPr>
                <w:color w:val="auto"/>
                <w:sz w:val="22"/>
                <w:lang w:val="ru-RU"/>
              </w:rPr>
            </w:pPr>
          </w:p>
          <w:p w14:paraId="07332579" w14:textId="6D324538" w:rsidR="00AC74F1" w:rsidRPr="0014617F" w:rsidRDefault="00217531" w:rsidP="00AC74F1">
            <w:pPr>
              <w:spacing w:after="24"/>
              <w:rPr>
                <w:color w:val="auto"/>
                <w:sz w:val="22"/>
                <w:lang w:val="ru-RU"/>
              </w:rPr>
            </w:pPr>
            <w:r w:rsidRPr="0014617F">
              <w:rPr>
                <w:rFonts w:eastAsia="Arial"/>
                <w:b/>
                <w:color w:val="auto"/>
                <w:sz w:val="22"/>
                <w:lang w:val="ru-RU"/>
              </w:rPr>
              <w:t>Ж</w:t>
            </w:r>
            <w:r w:rsidR="0057404F">
              <w:rPr>
                <w:rFonts w:eastAsia="Arial"/>
                <w:b/>
                <w:color w:val="auto"/>
                <w:sz w:val="22"/>
                <w:lang w:val="ru-RU"/>
              </w:rPr>
              <w:t>2</w:t>
            </w:r>
            <w:r w:rsidRPr="0014617F">
              <w:rPr>
                <w:rFonts w:eastAsia="Arial"/>
                <w:b/>
                <w:color w:val="auto"/>
                <w:sz w:val="22"/>
                <w:lang w:val="ru-RU"/>
              </w:rPr>
              <w:t xml:space="preserve">.З2. </w:t>
            </w:r>
            <w:r w:rsidR="00AC74F1" w:rsidRPr="0014617F">
              <w:rPr>
                <w:rFonts w:eastAsia="Arial"/>
                <w:color w:val="auto"/>
                <w:sz w:val="22"/>
                <w:lang w:val="ru-RU"/>
              </w:rPr>
              <w:t xml:space="preserve">Типові організаційні, інформаційні, цифрові, </w:t>
            </w:r>
            <w:r w:rsidR="0014617F" w:rsidRPr="0014617F">
              <w:rPr>
                <w:rFonts w:eastAsia="Arial"/>
                <w:color w:val="auto"/>
                <w:sz w:val="22"/>
                <w:lang w:val="ru-RU"/>
              </w:rPr>
              <w:t xml:space="preserve">                 </w:t>
            </w:r>
            <w:r w:rsidR="00AC74F1" w:rsidRPr="0014617F">
              <w:rPr>
                <w:rFonts w:eastAsia="Arial"/>
                <w:color w:val="auto"/>
                <w:sz w:val="22"/>
                <w:lang w:val="ru-RU"/>
              </w:rPr>
              <w:t xml:space="preserve">територіальні та комунікаційні бар'єри під час переходу осіб від військової служби до цивільного життя, які виникають у закладах </w:t>
            </w:r>
            <w:r w:rsidR="00AC74F1" w:rsidRPr="0014617F">
              <w:rPr>
                <w:rFonts w:eastAsia="Arial"/>
                <w:color w:val="auto"/>
                <w:sz w:val="22"/>
                <w:lang w:val="ru-RU"/>
              </w:rPr>
              <w:lastRenderedPageBreak/>
              <w:t>охорони здоров'я, інших надавачів послуг та системою підтримки в громаді.</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D588270" w14:textId="57CD4C1C" w:rsidR="00AC74F1" w:rsidRPr="0014617F" w:rsidRDefault="00217531" w:rsidP="00217531">
            <w:pPr>
              <w:spacing w:after="24"/>
              <w:rPr>
                <w:rFonts w:eastAsia="Arial"/>
                <w:color w:val="auto"/>
                <w:sz w:val="22"/>
                <w:lang w:val="ru-RU"/>
              </w:rPr>
            </w:pPr>
            <w:r w:rsidRPr="0014617F">
              <w:rPr>
                <w:rFonts w:eastAsia="Arial"/>
                <w:b/>
                <w:color w:val="auto"/>
                <w:sz w:val="22"/>
                <w:lang w:val="ru-RU"/>
              </w:rPr>
              <w:lastRenderedPageBreak/>
              <w:t>Ж</w:t>
            </w:r>
            <w:r w:rsidR="0057404F">
              <w:rPr>
                <w:rFonts w:eastAsia="Arial"/>
                <w:b/>
                <w:color w:val="auto"/>
                <w:sz w:val="22"/>
                <w:lang w:val="ru-RU"/>
              </w:rPr>
              <w:t>2</w:t>
            </w:r>
            <w:r w:rsidRPr="0014617F">
              <w:rPr>
                <w:rFonts w:eastAsia="Arial"/>
                <w:b/>
                <w:color w:val="auto"/>
                <w:sz w:val="22"/>
                <w:lang w:val="ru-RU"/>
              </w:rPr>
              <w:t xml:space="preserve">.У1. </w:t>
            </w:r>
            <w:r w:rsidR="00AC74F1" w:rsidRPr="0014617F">
              <w:rPr>
                <w:rFonts w:eastAsia="Arial"/>
                <w:color w:val="auto"/>
                <w:sz w:val="22"/>
                <w:lang w:val="ru-RU"/>
              </w:rPr>
              <w:t>Виявляти системні бар'єри, розриви та</w:t>
            </w:r>
            <w:r w:rsidR="0014617F" w:rsidRPr="0014617F">
              <w:rPr>
                <w:rFonts w:eastAsia="Arial"/>
                <w:color w:val="auto"/>
                <w:sz w:val="22"/>
                <w:lang w:val="ru-RU"/>
              </w:rPr>
              <w:t xml:space="preserve">                  </w:t>
            </w:r>
            <w:r w:rsidR="00AC74F1" w:rsidRPr="0014617F">
              <w:rPr>
                <w:rFonts w:eastAsia="Arial"/>
                <w:color w:val="auto"/>
                <w:sz w:val="22"/>
                <w:lang w:val="ru-RU"/>
              </w:rPr>
              <w:t xml:space="preserve"> дублювання в маршрутах підтримки, недоступність або недостатність інформації та формувати пропозиції щодо їх усунення.</w:t>
            </w:r>
          </w:p>
          <w:p w14:paraId="5D1B052F" w14:textId="77777777" w:rsidR="00AC74F1" w:rsidRPr="0014617F" w:rsidRDefault="00AC74F1" w:rsidP="00217531">
            <w:pPr>
              <w:spacing w:after="24"/>
              <w:rPr>
                <w:color w:val="auto"/>
                <w:sz w:val="22"/>
                <w:lang w:val="ru-RU"/>
              </w:rPr>
            </w:pPr>
          </w:p>
          <w:p w14:paraId="0B5CB989" w14:textId="7025F043" w:rsidR="00AC74F1" w:rsidRPr="0014617F" w:rsidRDefault="00217531" w:rsidP="00AC74F1">
            <w:pPr>
              <w:spacing w:after="24"/>
              <w:rPr>
                <w:color w:val="auto"/>
                <w:sz w:val="22"/>
                <w:lang w:val="ru-RU"/>
              </w:rPr>
            </w:pPr>
            <w:r w:rsidRPr="0014617F">
              <w:rPr>
                <w:rFonts w:eastAsia="Arial"/>
                <w:b/>
                <w:color w:val="auto"/>
                <w:sz w:val="22"/>
                <w:lang w:val="ru-RU"/>
              </w:rPr>
              <w:t>Ж</w:t>
            </w:r>
            <w:r w:rsidR="0057404F">
              <w:rPr>
                <w:rFonts w:eastAsia="Arial"/>
                <w:b/>
                <w:color w:val="auto"/>
                <w:sz w:val="22"/>
                <w:lang w:val="ru-RU"/>
              </w:rPr>
              <w:t>2</w:t>
            </w:r>
            <w:r w:rsidRPr="0014617F">
              <w:rPr>
                <w:rFonts w:eastAsia="Arial"/>
                <w:b/>
                <w:color w:val="auto"/>
                <w:sz w:val="22"/>
                <w:lang w:val="ru-RU"/>
              </w:rPr>
              <w:t xml:space="preserve">.У2. </w:t>
            </w:r>
            <w:r w:rsidR="00AC74F1" w:rsidRPr="0014617F">
              <w:rPr>
                <w:color w:val="auto"/>
                <w:sz w:val="22"/>
                <w:lang w:val="ru-RU"/>
              </w:rPr>
              <w:t xml:space="preserve">Визначати </w:t>
            </w:r>
            <w:r w:rsidR="0014617F" w:rsidRPr="0014617F">
              <w:rPr>
                <w:color w:val="auto"/>
                <w:sz w:val="22"/>
                <w:lang w:val="ru-RU"/>
              </w:rPr>
              <w:t xml:space="preserve">                     </w:t>
            </w:r>
            <w:r w:rsidR="00AC74F1" w:rsidRPr="0014617F">
              <w:rPr>
                <w:color w:val="auto"/>
                <w:sz w:val="22"/>
                <w:lang w:val="ru-RU"/>
              </w:rPr>
              <w:t xml:space="preserve">очікуваний результат </w:t>
            </w:r>
            <w:r w:rsidR="0014617F" w:rsidRPr="0014617F">
              <w:rPr>
                <w:color w:val="auto"/>
                <w:sz w:val="22"/>
                <w:lang w:val="ru-RU"/>
              </w:rPr>
              <w:t xml:space="preserve">                     </w:t>
            </w:r>
            <w:r w:rsidR="00AC74F1" w:rsidRPr="0014617F">
              <w:rPr>
                <w:color w:val="auto"/>
                <w:sz w:val="22"/>
                <w:lang w:val="ru-RU"/>
              </w:rPr>
              <w:t xml:space="preserve">запропонованого </w:t>
            </w:r>
            <w:r w:rsidR="0014617F" w:rsidRPr="0014617F">
              <w:rPr>
                <w:color w:val="auto"/>
                <w:sz w:val="22"/>
                <w:lang w:val="ru-RU"/>
              </w:rPr>
              <w:t xml:space="preserve">                             </w:t>
            </w:r>
            <w:r w:rsidR="00AC74F1" w:rsidRPr="0014617F">
              <w:rPr>
                <w:color w:val="auto"/>
                <w:sz w:val="22"/>
                <w:lang w:val="ru-RU"/>
              </w:rPr>
              <w:t xml:space="preserve">вдосконалення, належного суб'єкта його реалізації, </w:t>
            </w:r>
            <w:r w:rsidR="0014617F" w:rsidRPr="0014617F">
              <w:rPr>
                <w:color w:val="auto"/>
                <w:sz w:val="22"/>
                <w:lang w:val="ru-RU"/>
              </w:rPr>
              <w:t xml:space="preserve">      </w:t>
            </w:r>
            <w:r w:rsidR="00AC74F1" w:rsidRPr="0014617F">
              <w:rPr>
                <w:color w:val="auto"/>
                <w:sz w:val="22"/>
                <w:lang w:val="ru-RU"/>
              </w:rPr>
              <w:t>необхідні організаційні дії та можливі способи врахування пропозиції у місцевих</w:t>
            </w:r>
            <w:r w:rsidR="0014617F" w:rsidRPr="0014617F">
              <w:rPr>
                <w:color w:val="auto"/>
                <w:sz w:val="22"/>
                <w:lang w:val="ru-RU"/>
              </w:rPr>
              <w:t xml:space="preserve">                 </w:t>
            </w:r>
            <w:r w:rsidR="00AC74F1" w:rsidRPr="0014617F">
              <w:rPr>
                <w:color w:val="auto"/>
                <w:sz w:val="22"/>
                <w:lang w:val="ru-RU"/>
              </w:rPr>
              <w:t xml:space="preserve"> програмах, порядках або </w:t>
            </w:r>
            <w:r w:rsidR="0014617F" w:rsidRPr="0014617F">
              <w:rPr>
                <w:color w:val="auto"/>
                <w:sz w:val="22"/>
                <w:lang w:val="ru-RU"/>
              </w:rPr>
              <w:t xml:space="preserve">               </w:t>
            </w:r>
            <w:r w:rsidR="00AC74F1" w:rsidRPr="0014617F">
              <w:rPr>
                <w:color w:val="auto"/>
                <w:sz w:val="22"/>
                <w:lang w:val="ru-RU"/>
              </w:rPr>
              <w:t>механізмах взаємодії.</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F4684EC" w14:textId="2D648BFD" w:rsidR="00AC74F1" w:rsidRPr="0014617F" w:rsidRDefault="00217531" w:rsidP="00AC74F1">
            <w:pPr>
              <w:spacing w:after="24"/>
              <w:rPr>
                <w:color w:val="auto"/>
                <w:sz w:val="22"/>
                <w:lang w:val="ru-RU"/>
              </w:rPr>
            </w:pPr>
            <w:r w:rsidRPr="0014617F">
              <w:rPr>
                <w:rFonts w:eastAsia="Arial"/>
                <w:b/>
                <w:color w:val="auto"/>
                <w:sz w:val="22"/>
                <w:lang w:val="ru-RU"/>
              </w:rPr>
              <w:t>Ж</w:t>
            </w:r>
            <w:r w:rsidR="0057404F">
              <w:rPr>
                <w:rFonts w:eastAsia="Arial"/>
                <w:b/>
                <w:color w:val="auto"/>
                <w:sz w:val="22"/>
                <w:lang w:val="ru-RU"/>
              </w:rPr>
              <w:t>2</w:t>
            </w:r>
            <w:r w:rsidRPr="0014617F">
              <w:rPr>
                <w:rFonts w:eastAsia="Arial"/>
                <w:b/>
                <w:color w:val="auto"/>
                <w:sz w:val="22"/>
                <w:lang w:val="ru-RU"/>
              </w:rPr>
              <w:t xml:space="preserve">.К1. </w:t>
            </w:r>
            <w:r w:rsidR="00AC74F1" w:rsidRPr="0014617F">
              <w:rPr>
                <w:color w:val="auto"/>
                <w:sz w:val="22"/>
                <w:lang w:val="ru-RU"/>
              </w:rPr>
              <w:t>Обговорювати виявлені проблеми та можливі шляхи їх вирішення з</w:t>
            </w:r>
            <w:r w:rsidR="0014617F" w:rsidRPr="0014617F">
              <w:rPr>
                <w:color w:val="auto"/>
                <w:sz w:val="22"/>
                <w:lang w:val="ru-RU"/>
              </w:rPr>
              <w:t xml:space="preserve">                            </w:t>
            </w:r>
            <w:r w:rsidR="00AC74F1" w:rsidRPr="0014617F">
              <w:rPr>
                <w:color w:val="auto"/>
                <w:sz w:val="22"/>
                <w:lang w:val="ru-RU"/>
              </w:rPr>
              <w:t xml:space="preserve"> отримувачами підтримки, надавачами послуг, органами </w:t>
            </w:r>
            <w:r w:rsidR="0014617F" w:rsidRPr="0014617F">
              <w:rPr>
                <w:color w:val="auto"/>
                <w:sz w:val="22"/>
                <w:lang w:val="ru-RU"/>
              </w:rPr>
              <w:t xml:space="preserve">                </w:t>
            </w:r>
            <w:r w:rsidR="00AC74F1" w:rsidRPr="0014617F">
              <w:rPr>
                <w:color w:val="auto"/>
                <w:sz w:val="22"/>
                <w:lang w:val="ru-RU"/>
              </w:rPr>
              <w:t>місцевого</w:t>
            </w:r>
            <w:r w:rsidR="0014617F" w:rsidRPr="0014617F">
              <w:rPr>
                <w:color w:val="auto"/>
                <w:sz w:val="22"/>
                <w:lang w:val="ru-RU"/>
              </w:rPr>
              <w:t xml:space="preserve">                                 </w:t>
            </w:r>
            <w:r w:rsidR="00AC74F1" w:rsidRPr="0014617F">
              <w:rPr>
                <w:color w:val="auto"/>
                <w:sz w:val="22"/>
                <w:lang w:val="ru-RU"/>
              </w:rPr>
              <w:t xml:space="preserve"> самоврядування та</w:t>
            </w:r>
            <w:r w:rsidR="0014617F" w:rsidRPr="0014617F">
              <w:rPr>
                <w:color w:val="auto"/>
                <w:sz w:val="22"/>
                <w:lang w:val="ru-RU"/>
              </w:rPr>
              <w:t xml:space="preserve">                  </w:t>
            </w:r>
            <w:r w:rsidR="00AC74F1" w:rsidRPr="0014617F">
              <w:rPr>
                <w:color w:val="auto"/>
                <w:sz w:val="22"/>
                <w:lang w:val="ru-RU"/>
              </w:rPr>
              <w:t xml:space="preserve"> іншими зацікавленими суб'єктами, враховуючи їхні повноваження та </w:t>
            </w:r>
            <w:r w:rsidR="0014617F" w:rsidRPr="0014617F">
              <w:rPr>
                <w:color w:val="auto"/>
                <w:sz w:val="22"/>
                <w:lang w:val="ru-RU"/>
              </w:rPr>
              <w:t xml:space="preserve">              </w:t>
            </w:r>
            <w:r w:rsidR="00AC74F1" w:rsidRPr="0014617F">
              <w:rPr>
                <w:color w:val="auto"/>
                <w:sz w:val="22"/>
                <w:lang w:val="ru-RU"/>
              </w:rPr>
              <w:t>позиції.</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F664EDD" w14:textId="1556BCE1" w:rsidR="00AC74F1" w:rsidRPr="0014617F" w:rsidRDefault="00217531" w:rsidP="00FF07BE">
            <w:pPr>
              <w:spacing w:after="24"/>
              <w:rPr>
                <w:color w:val="auto"/>
                <w:sz w:val="22"/>
                <w:lang w:val="ru-RU"/>
              </w:rPr>
            </w:pPr>
            <w:r w:rsidRPr="0014617F">
              <w:rPr>
                <w:rFonts w:eastAsia="Arial"/>
                <w:b/>
                <w:color w:val="auto"/>
                <w:sz w:val="22"/>
                <w:lang w:val="ru-RU"/>
              </w:rPr>
              <w:t>Ж</w:t>
            </w:r>
            <w:r w:rsidR="0057404F">
              <w:rPr>
                <w:rFonts w:eastAsia="Arial"/>
                <w:b/>
                <w:color w:val="auto"/>
                <w:sz w:val="22"/>
                <w:lang w:val="ru-RU"/>
              </w:rPr>
              <w:t>2</w:t>
            </w:r>
            <w:r w:rsidRPr="0014617F">
              <w:rPr>
                <w:rFonts w:eastAsia="Arial"/>
                <w:b/>
                <w:color w:val="auto"/>
                <w:sz w:val="22"/>
                <w:lang w:val="ru-RU"/>
              </w:rPr>
              <w:t>.В1.</w:t>
            </w:r>
            <w:r w:rsidR="00FF07BE" w:rsidRPr="0014617F">
              <w:rPr>
                <w:rFonts w:eastAsia="Arial"/>
                <w:b/>
                <w:color w:val="auto"/>
                <w:sz w:val="22"/>
                <w:lang w:val="ru-RU"/>
              </w:rPr>
              <w:t xml:space="preserve"> </w:t>
            </w:r>
            <w:r w:rsidR="00AC74F1" w:rsidRPr="0014617F">
              <w:rPr>
                <w:color w:val="auto"/>
                <w:sz w:val="22"/>
                <w:lang w:val="ru-RU"/>
              </w:rPr>
              <w:t xml:space="preserve">Самостійно </w:t>
            </w:r>
            <w:r w:rsidR="0014617F" w:rsidRPr="0014617F">
              <w:rPr>
                <w:color w:val="auto"/>
                <w:sz w:val="22"/>
                <w:lang w:val="ru-RU"/>
              </w:rPr>
              <w:t xml:space="preserve">                  </w:t>
            </w:r>
            <w:r w:rsidR="00AC74F1" w:rsidRPr="0014617F">
              <w:rPr>
                <w:color w:val="auto"/>
                <w:sz w:val="22"/>
                <w:lang w:val="ru-RU"/>
              </w:rPr>
              <w:t xml:space="preserve">готувати обґрунтовані пропозиції щодо </w:t>
            </w:r>
            <w:r w:rsidR="0014617F" w:rsidRPr="0014617F">
              <w:rPr>
                <w:color w:val="auto"/>
                <w:sz w:val="22"/>
                <w:lang w:val="ru-RU"/>
              </w:rPr>
              <w:t xml:space="preserve">                  </w:t>
            </w:r>
            <w:r w:rsidR="00AC74F1" w:rsidRPr="0014617F">
              <w:rPr>
                <w:color w:val="auto"/>
                <w:sz w:val="22"/>
                <w:lang w:val="ru-RU"/>
              </w:rPr>
              <w:t xml:space="preserve">вдосконалення системи підтримки в межах </w:t>
            </w:r>
            <w:r w:rsidR="0014617F" w:rsidRPr="0014617F">
              <w:rPr>
                <w:color w:val="auto"/>
                <w:sz w:val="22"/>
                <w:lang w:val="ru-RU"/>
              </w:rPr>
              <w:t xml:space="preserve">             </w:t>
            </w:r>
            <w:r w:rsidR="00AC74F1" w:rsidRPr="0014617F">
              <w:rPr>
                <w:color w:val="auto"/>
                <w:sz w:val="22"/>
                <w:lang w:val="ru-RU"/>
              </w:rPr>
              <w:t xml:space="preserve">професійної </w:t>
            </w:r>
            <w:r w:rsidR="0014617F" w:rsidRPr="0014617F">
              <w:rPr>
                <w:color w:val="auto"/>
                <w:sz w:val="22"/>
                <w:lang w:val="ru-RU"/>
              </w:rPr>
              <w:t xml:space="preserve">                            </w:t>
            </w:r>
            <w:r w:rsidR="00AC74F1" w:rsidRPr="0014617F">
              <w:rPr>
                <w:color w:val="auto"/>
                <w:sz w:val="22"/>
                <w:lang w:val="ru-RU"/>
              </w:rPr>
              <w:t xml:space="preserve">компетентності, не підміняючи </w:t>
            </w:r>
            <w:r w:rsidR="0014617F" w:rsidRPr="0014617F">
              <w:rPr>
                <w:color w:val="auto"/>
                <w:sz w:val="22"/>
                <w:lang w:val="ru-RU"/>
              </w:rPr>
              <w:t xml:space="preserve">                            </w:t>
            </w:r>
            <w:r w:rsidR="00AC74F1" w:rsidRPr="0014617F">
              <w:rPr>
                <w:color w:val="auto"/>
                <w:sz w:val="22"/>
                <w:lang w:val="ru-RU"/>
              </w:rPr>
              <w:t>повноважень</w:t>
            </w:r>
            <w:r w:rsidR="0014617F" w:rsidRPr="0014617F">
              <w:rPr>
                <w:color w:val="auto"/>
                <w:sz w:val="22"/>
                <w:lang w:val="ru-RU"/>
              </w:rPr>
              <w:t xml:space="preserve">                            </w:t>
            </w:r>
            <w:r w:rsidR="00AC74F1" w:rsidRPr="0014617F">
              <w:rPr>
                <w:color w:val="auto"/>
                <w:sz w:val="22"/>
                <w:lang w:val="ru-RU"/>
              </w:rPr>
              <w:t xml:space="preserve"> розробника, замовника, виконавця або іншого уповноваженого суб'єкта.</w:t>
            </w:r>
          </w:p>
        </w:tc>
      </w:tr>
      <w:tr w:rsidR="00217531" w:rsidRPr="0076799D" w14:paraId="44600E0C"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6077DC89" w14:textId="77777777" w:rsidR="00217531" w:rsidRPr="003C4740" w:rsidRDefault="00217531" w:rsidP="00217531">
            <w:pPr>
              <w:rPr>
                <w:color w:val="auto"/>
                <w:sz w:val="22"/>
                <w:lang w:val="ru-RU"/>
              </w:rPr>
            </w:pP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15450C1" w14:textId="7DB95B08" w:rsidR="00FF07BE" w:rsidRPr="007F4312" w:rsidRDefault="00217531" w:rsidP="00FF07BE">
            <w:pPr>
              <w:rPr>
                <w:b/>
                <w:color w:val="auto"/>
                <w:sz w:val="22"/>
                <w:lang w:val="ru-RU"/>
              </w:rPr>
            </w:pPr>
            <w:r w:rsidRPr="007F4312">
              <w:rPr>
                <w:rFonts w:eastAsia="Arial"/>
                <w:b/>
                <w:color w:val="auto"/>
                <w:sz w:val="22"/>
                <w:lang w:val="ru-RU"/>
              </w:rPr>
              <w:t>Ж</w:t>
            </w:r>
            <w:r w:rsidR="0057404F">
              <w:rPr>
                <w:rFonts w:eastAsia="Arial"/>
                <w:b/>
                <w:color w:val="auto"/>
                <w:sz w:val="22"/>
                <w:lang w:val="ru-RU"/>
              </w:rPr>
              <w:t>3</w:t>
            </w:r>
            <w:r w:rsidRPr="007F4312">
              <w:rPr>
                <w:rFonts w:eastAsia="Arial"/>
                <w:b/>
                <w:color w:val="auto"/>
                <w:sz w:val="22"/>
                <w:lang w:val="ru-RU"/>
              </w:rPr>
              <w:t xml:space="preserve">. </w:t>
            </w:r>
            <w:r w:rsidR="00FF07BE" w:rsidRPr="007F4312">
              <w:rPr>
                <w:b/>
                <w:color w:val="auto"/>
                <w:sz w:val="22"/>
                <w:lang w:val="ru-RU"/>
              </w:rPr>
              <w:t xml:space="preserve">Здатність </w:t>
            </w:r>
            <w:r w:rsidR="004671E5" w:rsidRPr="007F4312">
              <w:rPr>
                <w:b/>
                <w:color w:val="auto"/>
                <w:sz w:val="22"/>
                <w:lang w:val="ru-RU"/>
              </w:rPr>
              <w:t xml:space="preserve">           </w:t>
            </w:r>
            <w:r w:rsidR="00FF07BE" w:rsidRPr="007F4312">
              <w:rPr>
                <w:b/>
                <w:color w:val="auto"/>
                <w:sz w:val="22"/>
                <w:lang w:val="ru-RU"/>
              </w:rPr>
              <w:t xml:space="preserve">формувати пропозиції щодо залучення державних, комунальних і </w:t>
            </w:r>
            <w:r w:rsidR="004671E5" w:rsidRPr="007F4312">
              <w:rPr>
                <w:b/>
                <w:color w:val="auto"/>
                <w:sz w:val="22"/>
                <w:lang w:val="ru-RU"/>
              </w:rPr>
              <w:t xml:space="preserve">            </w:t>
            </w:r>
            <w:r w:rsidR="00FF07BE" w:rsidRPr="007F4312">
              <w:rPr>
                <w:b/>
                <w:color w:val="auto"/>
                <w:sz w:val="22"/>
                <w:lang w:val="ru-RU"/>
              </w:rPr>
              <w:t xml:space="preserve">недержавних </w:t>
            </w:r>
            <w:r w:rsidR="004671E5" w:rsidRPr="007F4312">
              <w:rPr>
                <w:b/>
                <w:color w:val="auto"/>
                <w:sz w:val="22"/>
                <w:lang w:val="ru-RU"/>
              </w:rPr>
              <w:t xml:space="preserve">                </w:t>
            </w:r>
            <w:r w:rsidR="00FF07BE" w:rsidRPr="007F4312">
              <w:rPr>
                <w:b/>
                <w:color w:val="auto"/>
                <w:sz w:val="22"/>
                <w:lang w:val="ru-RU"/>
              </w:rPr>
              <w:t xml:space="preserve">надавачів послуг та ресурсів громади стосовно підтримки ветеранів війни, членів їхніх сімей та інших </w:t>
            </w:r>
            <w:r w:rsidR="004671E5" w:rsidRPr="007F4312">
              <w:rPr>
                <w:b/>
                <w:color w:val="auto"/>
                <w:sz w:val="22"/>
                <w:lang w:val="ru-RU"/>
              </w:rPr>
              <w:t xml:space="preserve">                 </w:t>
            </w:r>
            <w:r w:rsidR="00FF07BE" w:rsidRPr="007F4312">
              <w:rPr>
                <w:b/>
                <w:color w:val="auto"/>
                <w:sz w:val="22"/>
                <w:lang w:val="ru-RU"/>
              </w:rPr>
              <w:t>визначених</w:t>
            </w:r>
            <w:r w:rsidR="004671E5" w:rsidRPr="007F4312">
              <w:rPr>
                <w:b/>
                <w:color w:val="auto"/>
                <w:sz w:val="22"/>
                <w:lang w:val="ru-RU"/>
              </w:rPr>
              <w:t xml:space="preserve">                   </w:t>
            </w:r>
            <w:r w:rsidR="00FF07BE" w:rsidRPr="007F4312">
              <w:rPr>
                <w:b/>
                <w:color w:val="auto"/>
                <w:sz w:val="22"/>
                <w:lang w:val="ru-RU"/>
              </w:rPr>
              <w:t xml:space="preserve"> законодавством </w:t>
            </w:r>
            <w:r w:rsidR="004671E5" w:rsidRPr="007F4312">
              <w:rPr>
                <w:b/>
                <w:color w:val="auto"/>
                <w:sz w:val="22"/>
                <w:lang w:val="ru-RU"/>
              </w:rPr>
              <w:t xml:space="preserve">     </w:t>
            </w:r>
            <w:r w:rsidR="00FF07BE" w:rsidRPr="007F4312">
              <w:rPr>
                <w:b/>
                <w:color w:val="auto"/>
                <w:sz w:val="22"/>
                <w:lang w:val="ru-RU"/>
              </w:rPr>
              <w:t>категорій осіб.</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61D963BC" w14:textId="363A5241" w:rsidR="00FF07BE" w:rsidRPr="007F4312" w:rsidRDefault="00217531" w:rsidP="00217531">
            <w:pPr>
              <w:spacing w:after="24"/>
              <w:rPr>
                <w:rFonts w:eastAsia="Arial"/>
                <w:color w:val="auto"/>
                <w:sz w:val="22"/>
                <w:lang w:val="ru-RU"/>
              </w:rPr>
            </w:pPr>
            <w:r w:rsidRPr="007F4312">
              <w:rPr>
                <w:rFonts w:eastAsia="Arial"/>
                <w:b/>
                <w:color w:val="auto"/>
                <w:sz w:val="22"/>
                <w:lang w:val="ru-RU"/>
              </w:rPr>
              <w:t>Ж</w:t>
            </w:r>
            <w:r w:rsidR="0057404F">
              <w:rPr>
                <w:rFonts w:eastAsia="Arial"/>
                <w:b/>
                <w:color w:val="auto"/>
                <w:sz w:val="22"/>
                <w:lang w:val="ru-RU"/>
              </w:rPr>
              <w:t>3</w:t>
            </w:r>
            <w:r w:rsidRPr="007F4312">
              <w:rPr>
                <w:rFonts w:eastAsia="Arial"/>
                <w:b/>
                <w:color w:val="auto"/>
                <w:sz w:val="22"/>
                <w:lang w:val="ru-RU"/>
              </w:rPr>
              <w:t xml:space="preserve">.З1. </w:t>
            </w:r>
            <w:r w:rsidR="009B712F" w:rsidRPr="007F4312">
              <w:rPr>
                <w:rFonts w:eastAsia="Arial"/>
                <w:color w:val="auto"/>
                <w:sz w:val="22"/>
                <w:lang w:val="ru-RU"/>
              </w:rPr>
              <w:t xml:space="preserve">Можливості та </w:t>
            </w:r>
            <w:r w:rsidR="004671E5" w:rsidRPr="007F4312">
              <w:rPr>
                <w:rFonts w:eastAsia="Arial"/>
                <w:color w:val="auto"/>
                <w:sz w:val="22"/>
                <w:lang w:val="ru-RU"/>
              </w:rPr>
              <w:t xml:space="preserve">                   </w:t>
            </w:r>
            <w:r w:rsidR="009B712F" w:rsidRPr="007F4312">
              <w:rPr>
                <w:rFonts w:eastAsia="Arial"/>
                <w:color w:val="auto"/>
                <w:sz w:val="22"/>
                <w:lang w:val="ru-RU"/>
              </w:rPr>
              <w:t xml:space="preserve">повноваження органів </w:t>
            </w:r>
            <w:r w:rsidR="004671E5" w:rsidRPr="007F4312">
              <w:rPr>
                <w:rFonts w:eastAsia="Arial"/>
                <w:color w:val="auto"/>
                <w:sz w:val="22"/>
                <w:lang w:val="ru-RU"/>
              </w:rPr>
              <w:t xml:space="preserve">                  </w:t>
            </w:r>
            <w:r w:rsidR="009B712F" w:rsidRPr="007F4312">
              <w:rPr>
                <w:rFonts w:eastAsia="Arial"/>
                <w:color w:val="auto"/>
                <w:sz w:val="22"/>
                <w:lang w:val="ru-RU"/>
              </w:rPr>
              <w:t xml:space="preserve">державної влади й органів місцевого самоврядування, закладів освіти та охорони здоров'я, надавачів </w:t>
            </w:r>
            <w:r w:rsidR="004671E5" w:rsidRPr="007F4312">
              <w:rPr>
                <w:rFonts w:eastAsia="Arial"/>
                <w:color w:val="auto"/>
                <w:sz w:val="22"/>
                <w:lang w:val="ru-RU"/>
              </w:rPr>
              <w:t xml:space="preserve">                   </w:t>
            </w:r>
            <w:r w:rsidR="009B712F" w:rsidRPr="007F4312">
              <w:rPr>
                <w:rFonts w:eastAsia="Arial"/>
                <w:color w:val="auto"/>
                <w:sz w:val="22"/>
                <w:lang w:val="ru-RU"/>
              </w:rPr>
              <w:t xml:space="preserve">соціальних та інших послуг, ветеранських і громадських організацій, благодійних фондів, волонтерських </w:t>
            </w:r>
            <w:r w:rsidR="008C506C">
              <w:rPr>
                <w:rFonts w:eastAsia="Arial"/>
                <w:color w:val="auto"/>
                <w:sz w:val="22"/>
                <w:lang w:val="ru-RU"/>
              </w:rPr>
              <w:t xml:space="preserve">      </w:t>
            </w:r>
            <w:r w:rsidR="009B712F" w:rsidRPr="007F4312">
              <w:rPr>
                <w:rFonts w:eastAsia="Arial"/>
                <w:color w:val="auto"/>
                <w:sz w:val="22"/>
                <w:lang w:val="ru-RU"/>
              </w:rPr>
              <w:t>ініціатив та суб'єктів підприємництва щодо участі у підтримці ветеранів війни, членів їхніх сімей</w:t>
            </w:r>
            <w:r w:rsidR="009B712F" w:rsidRPr="007F4312">
              <w:rPr>
                <w:color w:val="auto"/>
                <w:sz w:val="22"/>
              </w:rPr>
              <w:t xml:space="preserve"> </w:t>
            </w:r>
            <w:r w:rsidR="009B712F" w:rsidRPr="007F4312">
              <w:rPr>
                <w:rFonts w:eastAsia="Arial"/>
                <w:color w:val="auto"/>
                <w:sz w:val="22"/>
                <w:lang w:val="ru-RU"/>
              </w:rPr>
              <w:t>та інших визначених законодавством категорій осіб.</w:t>
            </w:r>
          </w:p>
          <w:p w14:paraId="41353BC5" w14:textId="77777777" w:rsidR="00FF07BE" w:rsidRPr="007F4312" w:rsidRDefault="00FF07BE" w:rsidP="00217531">
            <w:pPr>
              <w:spacing w:after="24"/>
              <w:rPr>
                <w:color w:val="auto"/>
                <w:sz w:val="22"/>
                <w:lang w:val="ru-RU"/>
              </w:rPr>
            </w:pPr>
          </w:p>
          <w:p w14:paraId="194307C5" w14:textId="580E27A2" w:rsidR="009B712F" w:rsidRPr="007F4312" w:rsidRDefault="00217531" w:rsidP="009B712F">
            <w:pPr>
              <w:spacing w:after="24"/>
              <w:rPr>
                <w:color w:val="auto"/>
                <w:sz w:val="22"/>
                <w:lang w:val="ru-RU"/>
              </w:rPr>
            </w:pPr>
            <w:r w:rsidRPr="007F4312">
              <w:rPr>
                <w:rFonts w:eastAsia="Arial"/>
                <w:b/>
                <w:color w:val="auto"/>
                <w:sz w:val="22"/>
                <w:lang w:val="ru-RU"/>
              </w:rPr>
              <w:t>Ж</w:t>
            </w:r>
            <w:r w:rsidR="0057404F">
              <w:rPr>
                <w:rFonts w:eastAsia="Arial"/>
                <w:b/>
                <w:color w:val="auto"/>
                <w:sz w:val="22"/>
                <w:lang w:val="ru-RU"/>
              </w:rPr>
              <w:t>3</w:t>
            </w:r>
            <w:r w:rsidRPr="007F4312">
              <w:rPr>
                <w:rFonts w:eastAsia="Arial"/>
                <w:b/>
                <w:color w:val="auto"/>
                <w:sz w:val="22"/>
                <w:lang w:val="ru-RU"/>
              </w:rPr>
              <w:t xml:space="preserve">.З2. </w:t>
            </w:r>
            <w:r w:rsidR="009B712F" w:rsidRPr="007F4312">
              <w:rPr>
                <w:color w:val="auto"/>
                <w:sz w:val="22"/>
                <w:lang w:val="ru-RU"/>
              </w:rPr>
              <w:t>Правові та етичні</w:t>
            </w:r>
            <w:r w:rsidR="007F4312" w:rsidRPr="007F4312">
              <w:rPr>
                <w:color w:val="auto"/>
                <w:sz w:val="22"/>
                <w:lang w:val="ru-RU"/>
              </w:rPr>
              <w:t xml:space="preserve">          </w:t>
            </w:r>
            <w:r w:rsidR="009B712F" w:rsidRPr="007F4312">
              <w:rPr>
                <w:color w:val="auto"/>
                <w:sz w:val="22"/>
                <w:lang w:val="ru-RU"/>
              </w:rPr>
              <w:t xml:space="preserve"> засади партнерської взаємодії, перенаправлення, обміну інформацією, захисту персональних даних, прозорості, неупередженості та </w:t>
            </w:r>
            <w:r w:rsidR="007F4312" w:rsidRPr="007F4312">
              <w:rPr>
                <w:color w:val="auto"/>
                <w:sz w:val="22"/>
                <w:lang w:val="ru-RU"/>
              </w:rPr>
              <w:t xml:space="preserve">              </w:t>
            </w:r>
            <w:r w:rsidR="009B712F" w:rsidRPr="007F4312">
              <w:rPr>
                <w:color w:val="auto"/>
                <w:sz w:val="22"/>
                <w:lang w:val="ru-RU"/>
              </w:rPr>
              <w:t>запобігання конфлікту</w:t>
            </w:r>
            <w:r w:rsidR="007F4312" w:rsidRPr="007F4312">
              <w:rPr>
                <w:color w:val="auto"/>
                <w:sz w:val="22"/>
                <w:lang w:val="ru-RU"/>
              </w:rPr>
              <w:t xml:space="preserve">               </w:t>
            </w:r>
            <w:r w:rsidR="009B712F" w:rsidRPr="007F4312">
              <w:rPr>
                <w:color w:val="auto"/>
                <w:sz w:val="22"/>
                <w:lang w:val="ru-RU"/>
              </w:rPr>
              <w:t xml:space="preserve"> інтересів.</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2DA4CF2D" w14:textId="30B7CF5A" w:rsidR="009B712F" w:rsidRPr="007F4312" w:rsidRDefault="00217531" w:rsidP="00217531">
            <w:pPr>
              <w:spacing w:after="24"/>
              <w:rPr>
                <w:rFonts w:eastAsia="Arial"/>
                <w:color w:val="auto"/>
                <w:sz w:val="22"/>
                <w:lang w:val="ru-RU"/>
              </w:rPr>
            </w:pPr>
            <w:r w:rsidRPr="007F4312">
              <w:rPr>
                <w:rFonts w:eastAsia="Arial"/>
                <w:b/>
                <w:color w:val="auto"/>
                <w:sz w:val="22"/>
                <w:lang w:val="ru-RU"/>
              </w:rPr>
              <w:t>Ж</w:t>
            </w:r>
            <w:r w:rsidR="0057404F">
              <w:rPr>
                <w:rFonts w:eastAsia="Arial"/>
                <w:b/>
                <w:color w:val="auto"/>
                <w:sz w:val="22"/>
                <w:lang w:val="ru-RU"/>
              </w:rPr>
              <w:t>3</w:t>
            </w:r>
            <w:r w:rsidRPr="007F4312">
              <w:rPr>
                <w:rFonts w:eastAsia="Arial"/>
                <w:b/>
                <w:color w:val="auto"/>
                <w:sz w:val="22"/>
                <w:lang w:val="ru-RU"/>
              </w:rPr>
              <w:t xml:space="preserve">.У1. </w:t>
            </w:r>
            <w:r w:rsidR="009B712F" w:rsidRPr="007F4312">
              <w:rPr>
                <w:rFonts w:eastAsia="Arial"/>
                <w:color w:val="auto"/>
                <w:sz w:val="22"/>
                <w:lang w:val="ru-RU"/>
              </w:rPr>
              <w:t xml:space="preserve">Виявляти та </w:t>
            </w:r>
            <w:r w:rsidR="004671E5" w:rsidRPr="007F4312">
              <w:rPr>
                <w:rFonts w:eastAsia="Arial"/>
                <w:color w:val="auto"/>
                <w:sz w:val="22"/>
                <w:lang w:val="ru-RU"/>
              </w:rPr>
              <w:t xml:space="preserve">                       </w:t>
            </w:r>
            <w:r w:rsidR="009B712F" w:rsidRPr="007F4312">
              <w:rPr>
                <w:rFonts w:eastAsia="Arial"/>
                <w:color w:val="auto"/>
                <w:sz w:val="22"/>
                <w:lang w:val="ru-RU"/>
              </w:rPr>
              <w:t>систематизувати доступні в громаді ресурси й надавачів послуг, визначати їх</w:t>
            </w:r>
            <w:r w:rsidR="007F4312" w:rsidRPr="007F4312">
              <w:rPr>
                <w:rFonts w:eastAsia="Arial"/>
                <w:color w:val="auto"/>
                <w:sz w:val="22"/>
                <w:lang w:val="ru-RU"/>
              </w:rPr>
              <w:t>ню</w:t>
            </w:r>
            <w:r w:rsidR="009B712F" w:rsidRPr="007F4312">
              <w:rPr>
                <w:rFonts w:eastAsia="Arial"/>
                <w:color w:val="auto"/>
                <w:sz w:val="22"/>
                <w:lang w:val="ru-RU"/>
              </w:rPr>
              <w:t xml:space="preserve"> відповідність виявленим </w:t>
            </w:r>
            <w:r w:rsidR="008C506C">
              <w:rPr>
                <w:rFonts w:eastAsia="Arial"/>
                <w:color w:val="auto"/>
                <w:sz w:val="22"/>
                <w:lang w:val="ru-RU"/>
              </w:rPr>
              <w:t xml:space="preserve">                </w:t>
            </w:r>
            <w:r w:rsidR="009B712F" w:rsidRPr="007F4312">
              <w:rPr>
                <w:rFonts w:eastAsia="Arial"/>
                <w:color w:val="auto"/>
                <w:sz w:val="22"/>
                <w:lang w:val="ru-RU"/>
              </w:rPr>
              <w:t xml:space="preserve">потребам та формувати </w:t>
            </w:r>
            <w:r w:rsidR="008C506C">
              <w:rPr>
                <w:rFonts w:eastAsia="Arial"/>
                <w:color w:val="auto"/>
                <w:sz w:val="22"/>
                <w:lang w:val="ru-RU"/>
              </w:rPr>
              <w:t xml:space="preserve">             </w:t>
            </w:r>
            <w:r w:rsidR="009B712F" w:rsidRPr="007F4312">
              <w:rPr>
                <w:rFonts w:eastAsia="Arial"/>
                <w:color w:val="auto"/>
                <w:sz w:val="22"/>
                <w:lang w:val="ru-RU"/>
              </w:rPr>
              <w:t>пропозиції щодо їх залучення до</w:t>
            </w:r>
            <w:r w:rsidR="007F4312" w:rsidRPr="007F4312">
              <w:rPr>
                <w:rFonts w:eastAsia="Arial"/>
                <w:color w:val="auto"/>
                <w:sz w:val="22"/>
                <w:lang w:val="ru-RU"/>
              </w:rPr>
              <w:t xml:space="preserve"> заходів з</w:t>
            </w:r>
            <w:r w:rsidR="009B712F" w:rsidRPr="007F4312">
              <w:rPr>
                <w:rFonts w:eastAsia="Arial"/>
                <w:color w:val="auto"/>
                <w:sz w:val="22"/>
                <w:lang w:val="ru-RU"/>
              </w:rPr>
              <w:t xml:space="preserve"> підтримки.</w:t>
            </w:r>
          </w:p>
          <w:p w14:paraId="4D5AC95A" w14:textId="77777777" w:rsidR="009B712F" w:rsidRPr="007F4312" w:rsidRDefault="009B712F" w:rsidP="00217531">
            <w:pPr>
              <w:spacing w:after="24"/>
              <w:rPr>
                <w:color w:val="auto"/>
                <w:sz w:val="22"/>
                <w:lang w:val="ru-RU"/>
              </w:rPr>
            </w:pPr>
          </w:p>
          <w:p w14:paraId="4944C48E" w14:textId="7B5193F9" w:rsidR="009B712F" w:rsidRPr="007F4312" w:rsidRDefault="00217531" w:rsidP="001F7936">
            <w:pPr>
              <w:spacing w:after="24"/>
              <w:rPr>
                <w:color w:val="auto"/>
                <w:sz w:val="22"/>
                <w:lang w:val="ru-RU"/>
              </w:rPr>
            </w:pPr>
            <w:r w:rsidRPr="007F4312">
              <w:rPr>
                <w:rFonts w:eastAsia="Arial"/>
                <w:b/>
                <w:color w:val="auto"/>
                <w:sz w:val="22"/>
                <w:lang w:val="ru-RU"/>
              </w:rPr>
              <w:t>Ж</w:t>
            </w:r>
            <w:r w:rsidR="0057404F">
              <w:rPr>
                <w:rFonts w:eastAsia="Arial"/>
                <w:b/>
                <w:color w:val="auto"/>
                <w:sz w:val="22"/>
                <w:lang w:val="ru-RU"/>
              </w:rPr>
              <w:t>3</w:t>
            </w:r>
            <w:r w:rsidRPr="007F4312">
              <w:rPr>
                <w:rFonts w:eastAsia="Arial"/>
                <w:b/>
                <w:color w:val="auto"/>
                <w:sz w:val="22"/>
                <w:lang w:val="ru-RU"/>
              </w:rPr>
              <w:t xml:space="preserve">.У2. </w:t>
            </w:r>
            <w:r w:rsidR="009B712F" w:rsidRPr="007F4312">
              <w:rPr>
                <w:color w:val="auto"/>
                <w:sz w:val="22"/>
                <w:lang w:val="ru-RU"/>
              </w:rPr>
              <w:t>Визначати можливі ролі учасників, межі їх відповідальності, очікуваний результат, порядок взаємодії та умови залучення ресурсів до реалізації заходів підтримки.</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6E35587F" w14:textId="2ACFE386" w:rsidR="001F7936" w:rsidRPr="007F4312" w:rsidRDefault="00217531" w:rsidP="001F7936">
            <w:pPr>
              <w:spacing w:after="24"/>
              <w:rPr>
                <w:color w:val="auto"/>
                <w:sz w:val="22"/>
                <w:lang w:val="ru-RU"/>
              </w:rPr>
            </w:pPr>
            <w:r w:rsidRPr="007F4312">
              <w:rPr>
                <w:rFonts w:eastAsia="Arial"/>
                <w:b/>
                <w:color w:val="auto"/>
                <w:sz w:val="22"/>
                <w:lang w:val="ru-RU"/>
              </w:rPr>
              <w:t>Ж</w:t>
            </w:r>
            <w:r w:rsidR="0057404F">
              <w:rPr>
                <w:rFonts w:eastAsia="Arial"/>
                <w:b/>
                <w:color w:val="auto"/>
                <w:sz w:val="22"/>
                <w:lang w:val="ru-RU"/>
              </w:rPr>
              <w:t>3</w:t>
            </w:r>
            <w:r w:rsidRPr="007F4312">
              <w:rPr>
                <w:rFonts w:eastAsia="Arial"/>
                <w:b/>
                <w:color w:val="auto"/>
                <w:sz w:val="22"/>
                <w:lang w:val="ru-RU"/>
              </w:rPr>
              <w:t xml:space="preserve">.К1. </w:t>
            </w:r>
            <w:r w:rsidR="001F7936" w:rsidRPr="007F4312">
              <w:rPr>
                <w:color w:val="auto"/>
                <w:sz w:val="22"/>
                <w:lang w:val="ru-RU"/>
              </w:rPr>
              <w:t xml:space="preserve">Ініціювати та підтримувати </w:t>
            </w:r>
            <w:r w:rsidR="007F4312" w:rsidRPr="007F4312">
              <w:rPr>
                <w:color w:val="auto"/>
                <w:sz w:val="22"/>
                <w:lang w:val="ru-RU"/>
              </w:rPr>
              <w:t xml:space="preserve">                     </w:t>
            </w:r>
            <w:r w:rsidR="001F7936" w:rsidRPr="007F4312">
              <w:rPr>
                <w:color w:val="auto"/>
                <w:sz w:val="22"/>
                <w:lang w:val="ru-RU"/>
              </w:rPr>
              <w:t>партнерську взаємодію, узгоджувати мету,</w:t>
            </w:r>
            <w:r w:rsidR="007F4312" w:rsidRPr="007F4312">
              <w:rPr>
                <w:color w:val="auto"/>
                <w:sz w:val="22"/>
                <w:lang w:val="ru-RU"/>
              </w:rPr>
              <w:t xml:space="preserve">              </w:t>
            </w:r>
            <w:r w:rsidR="001F7936" w:rsidRPr="007F4312">
              <w:rPr>
                <w:color w:val="auto"/>
                <w:sz w:val="22"/>
                <w:lang w:val="ru-RU"/>
              </w:rPr>
              <w:t xml:space="preserve"> формат співпраці,</w:t>
            </w:r>
            <w:r w:rsidR="007F4312" w:rsidRPr="007F4312">
              <w:rPr>
                <w:color w:val="auto"/>
                <w:sz w:val="22"/>
                <w:lang w:val="ru-RU"/>
              </w:rPr>
              <w:t xml:space="preserve">                   </w:t>
            </w:r>
            <w:r w:rsidR="001F7936" w:rsidRPr="007F4312">
              <w:rPr>
                <w:color w:val="auto"/>
                <w:sz w:val="22"/>
                <w:lang w:val="ru-RU"/>
              </w:rPr>
              <w:t xml:space="preserve"> порядок обміну</w:t>
            </w:r>
            <w:r w:rsidR="007F4312" w:rsidRPr="007F4312">
              <w:rPr>
                <w:color w:val="auto"/>
                <w:sz w:val="22"/>
                <w:lang w:val="ru-RU"/>
              </w:rPr>
              <w:t xml:space="preserve">                    </w:t>
            </w:r>
            <w:r w:rsidR="001F7936" w:rsidRPr="007F4312">
              <w:rPr>
                <w:color w:val="auto"/>
                <w:sz w:val="22"/>
                <w:lang w:val="ru-RU"/>
              </w:rPr>
              <w:t xml:space="preserve"> інформацією та </w:t>
            </w:r>
            <w:r w:rsidR="007F4312" w:rsidRPr="007F4312">
              <w:rPr>
                <w:color w:val="auto"/>
                <w:sz w:val="22"/>
                <w:lang w:val="ru-RU"/>
              </w:rPr>
              <w:t xml:space="preserve">                    </w:t>
            </w:r>
            <w:r w:rsidR="001F7936" w:rsidRPr="007F4312">
              <w:rPr>
                <w:color w:val="auto"/>
                <w:sz w:val="22"/>
                <w:lang w:val="ru-RU"/>
              </w:rPr>
              <w:t>механізми зворотного зв'язку із залученими суб'єктами.</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F90E2F8" w14:textId="4C612654" w:rsidR="001F7936" w:rsidRPr="007F4312" w:rsidRDefault="00217531" w:rsidP="001F7936">
            <w:pPr>
              <w:spacing w:after="24"/>
              <w:rPr>
                <w:color w:val="auto"/>
                <w:sz w:val="22"/>
                <w:lang w:val="ru-RU"/>
              </w:rPr>
            </w:pPr>
            <w:r w:rsidRPr="007F4312">
              <w:rPr>
                <w:rFonts w:eastAsia="Arial"/>
                <w:b/>
                <w:color w:val="auto"/>
                <w:sz w:val="22"/>
                <w:lang w:val="ru-RU"/>
              </w:rPr>
              <w:t>Ж</w:t>
            </w:r>
            <w:r w:rsidR="0057404F">
              <w:rPr>
                <w:rFonts w:eastAsia="Arial"/>
                <w:b/>
                <w:color w:val="auto"/>
                <w:sz w:val="22"/>
                <w:lang w:val="ru-RU"/>
              </w:rPr>
              <w:t>3</w:t>
            </w:r>
            <w:r w:rsidRPr="007F4312">
              <w:rPr>
                <w:rFonts w:eastAsia="Arial"/>
                <w:b/>
                <w:color w:val="auto"/>
                <w:sz w:val="22"/>
                <w:lang w:val="ru-RU"/>
              </w:rPr>
              <w:t xml:space="preserve">.В1. </w:t>
            </w:r>
            <w:r w:rsidR="001F7936" w:rsidRPr="007F4312">
              <w:rPr>
                <w:color w:val="auto"/>
                <w:sz w:val="22"/>
                <w:lang w:val="ru-RU"/>
              </w:rPr>
              <w:t>Самостійно</w:t>
            </w:r>
            <w:r w:rsidR="007F4312" w:rsidRPr="007F4312">
              <w:rPr>
                <w:color w:val="auto"/>
                <w:sz w:val="22"/>
                <w:lang w:val="ru-RU"/>
              </w:rPr>
              <w:t xml:space="preserve">      </w:t>
            </w:r>
            <w:r w:rsidR="001F7936" w:rsidRPr="007F4312">
              <w:rPr>
                <w:color w:val="auto"/>
                <w:sz w:val="22"/>
                <w:lang w:val="ru-RU"/>
              </w:rPr>
              <w:t xml:space="preserve"> формувати пропозиції щодо залучення ресурсів на засадах прозорості, неупередженості та</w:t>
            </w:r>
            <w:r w:rsidR="007F4312" w:rsidRPr="007F4312">
              <w:rPr>
                <w:color w:val="auto"/>
                <w:sz w:val="22"/>
                <w:lang w:val="ru-RU"/>
              </w:rPr>
              <w:t xml:space="preserve">          </w:t>
            </w:r>
            <w:r w:rsidR="001F7936" w:rsidRPr="007F4312">
              <w:rPr>
                <w:color w:val="auto"/>
                <w:sz w:val="22"/>
                <w:lang w:val="ru-RU"/>
              </w:rPr>
              <w:t xml:space="preserve"> рівного доступу, не нав'язуючи отримувачу підтримки конкретного надавача та не </w:t>
            </w:r>
            <w:r w:rsidR="007F4312" w:rsidRPr="007F4312">
              <w:rPr>
                <w:color w:val="auto"/>
                <w:sz w:val="22"/>
                <w:lang w:val="ru-RU"/>
              </w:rPr>
              <w:t xml:space="preserve">               </w:t>
            </w:r>
            <w:r w:rsidR="001F7936" w:rsidRPr="007F4312">
              <w:rPr>
                <w:color w:val="auto"/>
                <w:sz w:val="22"/>
                <w:lang w:val="ru-RU"/>
              </w:rPr>
              <w:t>допускаючи конфлікту інтересів.</w:t>
            </w:r>
          </w:p>
        </w:tc>
      </w:tr>
      <w:tr w:rsidR="00217531" w:rsidRPr="0027366C" w14:paraId="64528596"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407C6EA" w14:textId="77777777" w:rsidR="00217531" w:rsidRPr="003C4740" w:rsidRDefault="00217531" w:rsidP="00217531">
            <w:pPr>
              <w:rPr>
                <w:color w:val="auto"/>
                <w:sz w:val="22"/>
                <w:lang w:val="ru-RU"/>
              </w:rPr>
            </w:pP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2966CFB5" w14:textId="43A66DBE" w:rsidR="001F7936" w:rsidRPr="0027366C" w:rsidRDefault="00217531" w:rsidP="001F7936">
            <w:pPr>
              <w:rPr>
                <w:b/>
                <w:color w:val="auto"/>
                <w:sz w:val="22"/>
                <w:lang w:val="ru-RU"/>
              </w:rPr>
            </w:pPr>
            <w:r w:rsidRPr="0027366C">
              <w:rPr>
                <w:rFonts w:eastAsia="Arial"/>
                <w:b/>
                <w:color w:val="auto"/>
                <w:sz w:val="22"/>
                <w:lang w:val="ru-RU"/>
              </w:rPr>
              <w:t>Ж</w:t>
            </w:r>
            <w:r w:rsidR="0057404F">
              <w:rPr>
                <w:rFonts w:eastAsia="Arial"/>
                <w:b/>
                <w:color w:val="auto"/>
                <w:sz w:val="22"/>
                <w:lang w:val="ru-RU"/>
              </w:rPr>
              <w:t>4</w:t>
            </w:r>
            <w:r w:rsidRPr="0027366C">
              <w:rPr>
                <w:rFonts w:eastAsia="Arial"/>
                <w:b/>
                <w:color w:val="auto"/>
                <w:sz w:val="22"/>
                <w:lang w:val="ru-RU"/>
              </w:rPr>
              <w:t xml:space="preserve">. </w:t>
            </w:r>
            <w:r w:rsidR="001F7936" w:rsidRPr="0027366C">
              <w:rPr>
                <w:b/>
                <w:color w:val="auto"/>
                <w:sz w:val="22"/>
                <w:lang w:val="ru-RU"/>
              </w:rPr>
              <w:t xml:space="preserve">Здатність </w:t>
            </w:r>
            <w:r w:rsidR="0027366C" w:rsidRPr="0027366C">
              <w:rPr>
                <w:b/>
                <w:color w:val="auto"/>
                <w:sz w:val="22"/>
                <w:lang w:val="ru-RU"/>
              </w:rPr>
              <w:t xml:space="preserve">             </w:t>
            </w:r>
            <w:r w:rsidR="001F7936" w:rsidRPr="0027366C">
              <w:rPr>
                <w:b/>
                <w:color w:val="auto"/>
                <w:sz w:val="22"/>
                <w:lang w:val="ru-RU"/>
              </w:rPr>
              <w:t>формувати пропозиції щодо коротко- та</w:t>
            </w:r>
            <w:r w:rsidR="0027366C" w:rsidRPr="0027366C">
              <w:rPr>
                <w:b/>
                <w:color w:val="auto"/>
                <w:sz w:val="22"/>
                <w:lang w:val="ru-RU"/>
              </w:rPr>
              <w:t xml:space="preserve"> </w:t>
            </w:r>
            <w:r w:rsidR="001F7936" w:rsidRPr="0027366C">
              <w:rPr>
                <w:b/>
                <w:color w:val="auto"/>
                <w:sz w:val="22"/>
                <w:lang w:val="ru-RU"/>
              </w:rPr>
              <w:t xml:space="preserve">середньострокового планування розвитку системи підтримки </w:t>
            </w:r>
            <w:r w:rsidR="0027366C" w:rsidRPr="0027366C">
              <w:rPr>
                <w:b/>
                <w:color w:val="auto"/>
                <w:sz w:val="22"/>
                <w:lang w:val="ru-RU"/>
              </w:rPr>
              <w:t xml:space="preserve">                      </w:t>
            </w:r>
            <w:r w:rsidR="001F7936" w:rsidRPr="0027366C">
              <w:rPr>
                <w:b/>
                <w:color w:val="auto"/>
                <w:sz w:val="22"/>
                <w:lang w:val="ru-RU"/>
              </w:rPr>
              <w:t xml:space="preserve">ветеранів війни. членів їхніх сімей та інших визначених </w:t>
            </w:r>
            <w:r w:rsidR="001F7936" w:rsidRPr="0027366C">
              <w:rPr>
                <w:b/>
                <w:color w:val="auto"/>
                <w:sz w:val="22"/>
                <w:lang w:val="ru-RU"/>
              </w:rPr>
              <w:lastRenderedPageBreak/>
              <w:t>законодавством категорій осіб у громаді.</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2352827D" w14:textId="2AEA1801" w:rsidR="001F7936" w:rsidRPr="0027366C" w:rsidRDefault="00217531" w:rsidP="00217531">
            <w:pPr>
              <w:spacing w:after="24"/>
              <w:rPr>
                <w:rFonts w:eastAsia="Arial"/>
                <w:color w:val="auto"/>
                <w:sz w:val="22"/>
                <w:lang w:val="ru-RU"/>
              </w:rPr>
            </w:pPr>
            <w:r w:rsidRPr="0027366C">
              <w:rPr>
                <w:rFonts w:eastAsia="Arial"/>
                <w:b/>
                <w:color w:val="auto"/>
                <w:sz w:val="22"/>
                <w:lang w:val="ru-RU"/>
              </w:rPr>
              <w:lastRenderedPageBreak/>
              <w:t>Ж</w:t>
            </w:r>
            <w:r w:rsidR="0057404F">
              <w:rPr>
                <w:rFonts w:eastAsia="Arial"/>
                <w:b/>
                <w:color w:val="auto"/>
                <w:sz w:val="22"/>
                <w:lang w:val="ru-RU"/>
              </w:rPr>
              <w:t>4</w:t>
            </w:r>
            <w:r w:rsidRPr="0027366C">
              <w:rPr>
                <w:rFonts w:eastAsia="Arial"/>
                <w:b/>
                <w:color w:val="auto"/>
                <w:sz w:val="22"/>
                <w:lang w:val="ru-RU"/>
              </w:rPr>
              <w:t xml:space="preserve">.З1. </w:t>
            </w:r>
            <w:r w:rsidR="00967191" w:rsidRPr="0027366C">
              <w:rPr>
                <w:rFonts w:eastAsia="Arial"/>
                <w:color w:val="auto"/>
                <w:sz w:val="22"/>
                <w:lang w:val="ru-RU"/>
              </w:rPr>
              <w:t xml:space="preserve">Основи коротко- та середньострокового </w:t>
            </w:r>
            <w:r w:rsidR="0027366C" w:rsidRPr="0027366C">
              <w:rPr>
                <w:rFonts w:eastAsia="Arial"/>
                <w:color w:val="auto"/>
                <w:sz w:val="22"/>
                <w:lang w:val="ru-RU"/>
              </w:rPr>
              <w:t xml:space="preserve">                  </w:t>
            </w:r>
            <w:r w:rsidR="00967191" w:rsidRPr="0027366C">
              <w:rPr>
                <w:rFonts w:eastAsia="Arial"/>
                <w:color w:val="auto"/>
                <w:sz w:val="22"/>
                <w:lang w:val="ru-RU"/>
              </w:rPr>
              <w:t xml:space="preserve">планування, принципи </w:t>
            </w:r>
            <w:r w:rsidR="0027366C" w:rsidRPr="0027366C">
              <w:rPr>
                <w:rFonts w:eastAsia="Arial"/>
                <w:color w:val="auto"/>
                <w:sz w:val="22"/>
                <w:lang w:val="ru-RU"/>
              </w:rPr>
              <w:t xml:space="preserve">      </w:t>
            </w:r>
            <w:r w:rsidR="00967191" w:rsidRPr="0027366C">
              <w:rPr>
                <w:rFonts w:eastAsia="Arial"/>
                <w:color w:val="auto"/>
                <w:sz w:val="22"/>
                <w:lang w:val="ru-RU"/>
              </w:rPr>
              <w:t>визначення пріоритетів,</w:t>
            </w:r>
            <w:r w:rsidR="0027366C" w:rsidRPr="0027366C">
              <w:rPr>
                <w:rFonts w:eastAsia="Arial"/>
                <w:color w:val="auto"/>
                <w:sz w:val="22"/>
                <w:lang w:val="ru-RU"/>
              </w:rPr>
              <w:t xml:space="preserve">            </w:t>
            </w:r>
            <w:r w:rsidR="00967191" w:rsidRPr="0027366C">
              <w:rPr>
                <w:rFonts w:eastAsia="Arial"/>
                <w:color w:val="auto"/>
                <w:sz w:val="22"/>
                <w:lang w:val="ru-RU"/>
              </w:rPr>
              <w:t xml:space="preserve"> формування цілей і завдань на основі результатів оцінювання потреб, </w:t>
            </w:r>
            <w:r w:rsidR="0027366C" w:rsidRPr="0027366C">
              <w:rPr>
                <w:rFonts w:eastAsia="Arial"/>
                <w:color w:val="auto"/>
                <w:sz w:val="22"/>
                <w:lang w:val="ru-RU"/>
              </w:rPr>
              <w:t xml:space="preserve">                  </w:t>
            </w:r>
            <w:r w:rsidR="00967191" w:rsidRPr="0027366C">
              <w:rPr>
                <w:rFonts w:eastAsia="Arial"/>
                <w:color w:val="auto"/>
                <w:sz w:val="22"/>
                <w:lang w:val="ru-RU"/>
              </w:rPr>
              <w:t>моніторингу та аналізу</w:t>
            </w:r>
            <w:r w:rsidR="0027366C" w:rsidRPr="0027366C">
              <w:rPr>
                <w:rFonts w:eastAsia="Arial"/>
                <w:color w:val="auto"/>
                <w:sz w:val="22"/>
                <w:lang w:val="ru-RU"/>
              </w:rPr>
              <w:t xml:space="preserve">                </w:t>
            </w:r>
            <w:r w:rsidR="00967191" w:rsidRPr="0027366C">
              <w:rPr>
                <w:rFonts w:eastAsia="Arial"/>
                <w:color w:val="auto"/>
                <w:sz w:val="22"/>
                <w:lang w:val="ru-RU"/>
              </w:rPr>
              <w:t xml:space="preserve"> результатів супроводу.</w:t>
            </w:r>
          </w:p>
          <w:p w14:paraId="492A9F07" w14:textId="77777777" w:rsidR="001F7936" w:rsidRPr="0027366C" w:rsidRDefault="001F7936" w:rsidP="00217531">
            <w:pPr>
              <w:spacing w:after="24"/>
              <w:rPr>
                <w:color w:val="auto"/>
                <w:sz w:val="22"/>
                <w:lang w:val="ru-RU"/>
              </w:rPr>
            </w:pPr>
          </w:p>
          <w:p w14:paraId="3F058D98" w14:textId="4A5B142D" w:rsidR="00967191" w:rsidRPr="0027366C" w:rsidRDefault="00217531" w:rsidP="00967191">
            <w:pPr>
              <w:spacing w:after="24"/>
              <w:rPr>
                <w:color w:val="auto"/>
                <w:sz w:val="22"/>
                <w:lang w:val="ru-RU"/>
              </w:rPr>
            </w:pPr>
            <w:r w:rsidRPr="0027366C">
              <w:rPr>
                <w:rFonts w:eastAsia="Arial"/>
                <w:b/>
                <w:color w:val="auto"/>
                <w:sz w:val="22"/>
                <w:lang w:val="ru-RU"/>
              </w:rPr>
              <w:lastRenderedPageBreak/>
              <w:t>Ж</w:t>
            </w:r>
            <w:r w:rsidR="0057404F">
              <w:rPr>
                <w:rFonts w:eastAsia="Arial"/>
                <w:b/>
                <w:color w:val="auto"/>
                <w:sz w:val="22"/>
                <w:lang w:val="ru-RU"/>
              </w:rPr>
              <w:t>4</w:t>
            </w:r>
            <w:r w:rsidRPr="0027366C">
              <w:rPr>
                <w:rFonts w:eastAsia="Arial"/>
                <w:b/>
                <w:color w:val="auto"/>
                <w:sz w:val="22"/>
                <w:lang w:val="ru-RU"/>
              </w:rPr>
              <w:t xml:space="preserve">.З2. </w:t>
            </w:r>
            <w:r w:rsidR="00967191" w:rsidRPr="0027366C">
              <w:rPr>
                <w:color w:val="auto"/>
                <w:sz w:val="22"/>
                <w:lang w:val="ru-RU"/>
              </w:rPr>
              <w:t>Основні вимоги до місцевих програм, планів</w:t>
            </w:r>
            <w:r w:rsidR="0027366C" w:rsidRPr="0027366C">
              <w:rPr>
                <w:color w:val="auto"/>
                <w:sz w:val="22"/>
                <w:lang w:val="ru-RU"/>
              </w:rPr>
              <w:t xml:space="preserve">              </w:t>
            </w:r>
            <w:r w:rsidR="00967191" w:rsidRPr="0027366C">
              <w:rPr>
                <w:color w:val="auto"/>
                <w:sz w:val="22"/>
                <w:lang w:val="ru-RU"/>
              </w:rPr>
              <w:t xml:space="preserve"> заходів та інших програмних документів, підходи до</w:t>
            </w:r>
            <w:r w:rsidR="0027366C" w:rsidRPr="0027366C">
              <w:rPr>
                <w:color w:val="auto"/>
                <w:sz w:val="22"/>
                <w:lang w:val="ru-RU"/>
              </w:rPr>
              <w:t xml:space="preserve">     </w:t>
            </w:r>
            <w:r w:rsidR="00967191" w:rsidRPr="0027366C">
              <w:rPr>
                <w:color w:val="auto"/>
                <w:sz w:val="22"/>
                <w:lang w:val="ru-RU"/>
              </w:rPr>
              <w:t xml:space="preserve"> визначення очікуваних </w:t>
            </w:r>
            <w:r w:rsidR="0027366C" w:rsidRPr="0027366C">
              <w:rPr>
                <w:color w:val="auto"/>
                <w:sz w:val="22"/>
                <w:lang w:val="ru-RU"/>
              </w:rPr>
              <w:t xml:space="preserve">                 </w:t>
            </w:r>
            <w:r w:rsidR="00967191" w:rsidRPr="0027366C">
              <w:rPr>
                <w:color w:val="auto"/>
                <w:sz w:val="22"/>
                <w:lang w:val="ru-RU"/>
              </w:rPr>
              <w:t xml:space="preserve">результатів, показників </w:t>
            </w:r>
            <w:r w:rsidR="0027366C" w:rsidRPr="0027366C">
              <w:rPr>
                <w:color w:val="auto"/>
                <w:sz w:val="22"/>
                <w:lang w:val="ru-RU"/>
              </w:rPr>
              <w:t xml:space="preserve">                                               </w:t>
            </w:r>
            <w:r w:rsidR="00967191" w:rsidRPr="0027366C">
              <w:rPr>
                <w:color w:val="auto"/>
                <w:sz w:val="22"/>
                <w:lang w:val="ru-RU"/>
              </w:rPr>
              <w:t>виконання та моніторингу їх досягнення.</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1D14727" w14:textId="63204518" w:rsidR="00967191" w:rsidRPr="0027366C" w:rsidRDefault="00217531" w:rsidP="00217531">
            <w:pPr>
              <w:spacing w:after="24"/>
              <w:rPr>
                <w:rFonts w:eastAsia="Arial"/>
                <w:color w:val="auto"/>
                <w:sz w:val="22"/>
                <w:lang w:val="ru-RU"/>
              </w:rPr>
            </w:pPr>
            <w:r w:rsidRPr="0027366C">
              <w:rPr>
                <w:rFonts w:eastAsia="Arial"/>
                <w:b/>
                <w:color w:val="auto"/>
                <w:sz w:val="22"/>
                <w:lang w:val="ru-RU"/>
              </w:rPr>
              <w:lastRenderedPageBreak/>
              <w:t>Ж</w:t>
            </w:r>
            <w:r w:rsidR="0057404F">
              <w:rPr>
                <w:rFonts w:eastAsia="Arial"/>
                <w:b/>
                <w:color w:val="auto"/>
                <w:sz w:val="22"/>
                <w:lang w:val="ru-RU"/>
              </w:rPr>
              <w:t>4</w:t>
            </w:r>
            <w:r w:rsidRPr="0027366C">
              <w:rPr>
                <w:rFonts w:eastAsia="Arial"/>
                <w:b/>
                <w:color w:val="auto"/>
                <w:sz w:val="22"/>
                <w:lang w:val="ru-RU"/>
              </w:rPr>
              <w:t xml:space="preserve">.У1. </w:t>
            </w:r>
            <w:r w:rsidR="00967191" w:rsidRPr="0027366C">
              <w:rPr>
                <w:rFonts w:eastAsia="Arial"/>
                <w:color w:val="auto"/>
                <w:sz w:val="22"/>
                <w:lang w:val="ru-RU"/>
              </w:rPr>
              <w:t xml:space="preserve">Узагальнювати </w:t>
            </w:r>
            <w:r w:rsidR="0027366C" w:rsidRPr="0027366C">
              <w:rPr>
                <w:rFonts w:eastAsia="Arial"/>
                <w:color w:val="auto"/>
                <w:sz w:val="22"/>
                <w:lang w:val="ru-RU"/>
              </w:rPr>
              <w:t xml:space="preserve">                  </w:t>
            </w:r>
            <w:r w:rsidR="00967191" w:rsidRPr="0027366C">
              <w:rPr>
                <w:rFonts w:eastAsia="Arial"/>
                <w:color w:val="auto"/>
                <w:sz w:val="22"/>
                <w:lang w:val="ru-RU"/>
              </w:rPr>
              <w:t>актуальні потреби ветеранів війни, членів їхніх сімей</w:t>
            </w:r>
            <w:r w:rsidR="00967191" w:rsidRPr="0027366C">
              <w:rPr>
                <w:color w:val="auto"/>
                <w:sz w:val="22"/>
              </w:rPr>
              <w:t xml:space="preserve"> </w:t>
            </w:r>
            <w:r w:rsidR="00967191" w:rsidRPr="0027366C">
              <w:rPr>
                <w:rFonts w:eastAsia="Arial"/>
                <w:color w:val="auto"/>
                <w:sz w:val="22"/>
                <w:lang w:val="ru-RU"/>
              </w:rPr>
              <w:t>та інших визначених</w:t>
            </w:r>
            <w:r w:rsidR="0027366C" w:rsidRPr="0027366C">
              <w:rPr>
                <w:rFonts w:eastAsia="Arial"/>
                <w:color w:val="auto"/>
                <w:sz w:val="22"/>
                <w:lang w:val="ru-RU"/>
              </w:rPr>
              <w:t xml:space="preserve">                            </w:t>
            </w:r>
            <w:r w:rsidR="00967191" w:rsidRPr="0027366C">
              <w:rPr>
                <w:rFonts w:eastAsia="Arial"/>
                <w:color w:val="auto"/>
                <w:sz w:val="22"/>
                <w:lang w:val="ru-RU"/>
              </w:rPr>
              <w:t xml:space="preserve"> законодавством категорій осіб, результати моніторингу і зворотного  зв'язку, </w:t>
            </w:r>
            <w:r w:rsidR="0027366C" w:rsidRPr="0027366C">
              <w:rPr>
                <w:rFonts w:eastAsia="Arial"/>
                <w:color w:val="auto"/>
                <w:sz w:val="22"/>
                <w:lang w:val="ru-RU"/>
              </w:rPr>
              <w:t xml:space="preserve">                     </w:t>
            </w:r>
            <w:r w:rsidR="00967191" w:rsidRPr="0027366C">
              <w:rPr>
                <w:rFonts w:eastAsia="Arial"/>
                <w:color w:val="auto"/>
                <w:sz w:val="22"/>
                <w:lang w:val="ru-RU"/>
              </w:rPr>
              <w:t>визначати пріоритетні</w:t>
            </w:r>
            <w:r w:rsidR="0027366C" w:rsidRPr="0027366C">
              <w:rPr>
                <w:rFonts w:eastAsia="Arial"/>
                <w:color w:val="auto"/>
                <w:sz w:val="22"/>
                <w:lang w:val="ru-RU"/>
              </w:rPr>
              <w:t xml:space="preserve">                </w:t>
            </w:r>
            <w:r w:rsidR="00967191" w:rsidRPr="0027366C">
              <w:rPr>
                <w:rFonts w:eastAsia="Arial"/>
                <w:color w:val="auto"/>
                <w:sz w:val="22"/>
                <w:lang w:val="ru-RU"/>
              </w:rPr>
              <w:t xml:space="preserve"> проблеми та формувати </w:t>
            </w:r>
            <w:r w:rsidR="0027366C" w:rsidRPr="0027366C">
              <w:rPr>
                <w:rFonts w:eastAsia="Arial"/>
                <w:color w:val="auto"/>
                <w:sz w:val="22"/>
                <w:lang w:val="ru-RU"/>
              </w:rPr>
              <w:t xml:space="preserve">             </w:t>
            </w:r>
            <w:r w:rsidR="00967191" w:rsidRPr="0027366C">
              <w:rPr>
                <w:rFonts w:eastAsia="Arial"/>
                <w:color w:val="auto"/>
                <w:sz w:val="22"/>
                <w:lang w:val="ru-RU"/>
              </w:rPr>
              <w:t xml:space="preserve">пропозиції щодо цілей, </w:t>
            </w:r>
            <w:r w:rsidR="0027366C" w:rsidRPr="0027366C">
              <w:rPr>
                <w:rFonts w:eastAsia="Arial"/>
                <w:color w:val="auto"/>
                <w:sz w:val="22"/>
                <w:lang w:val="ru-RU"/>
              </w:rPr>
              <w:t xml:space="preserve">                </w:t>
            </w:r>
            <w:r w:rsidR="00967191" w:rsidRPr="0027366C">
              <w:rPr>
                <w:rFonts w:eastAsia="Arial"/>
                <w:color w:val="auto"/>
                <w:sz w:val="22"/>
                <w:lang w:val="ru-RU"/>
              </w:rPr>
              <w:lastRenderedPageBreak/>
              <w:t>завдань, заходів, строків і</w:t>
            </w:r>
            <w:r w:rsidR="0027366C" w:rsidRPr="0027366C">
              <w:rPr>
                <w:rFonts w:eastAsia="Arial"/>
                <w:color w:val="auto"/>
                <w:sz w:val="22"/>
                <w:lang w:val="ru-RU"/>
              </w:rPr>
              <w:t xml:space="preserve">             </w:t>
            </w:r>
            <w:r w:rsidR="00967191" w:rsidRPr="0027366C">
              <w:rPr>
                <w:rFonts w:eastAsia="Arial"/>
                <w:color w:val="auto"/>
                <w:sz w:val="22"/>
                <w:lang w:val="ru-RU"/>
              </w:rPr>
              <w:t xml:space="preserve"> показників результативності.</w:t>
            </w:r>
          </w:p>
          <w:p w14:paraId="1A832B12" w14:textId="77777777" w:rsidR="00967191" w:rsidRPr="0027366C" w:rsidRDefault="00967191" w:rsidP="00217531">
            <w:pPr>
              <w:spacing w:after="24"/>
              <w:rPr>
                <w:color w:val="auto"/>
                <w:sz w:val="22"/>
                <w:lang w:val="ru-RU"/>
              </w:rPr>
            </w:pPr>
          </w:p>
          <w:p w14:paraId="058403D8" w14:textId="04BEC612" w:rsidR="00D95C4A" w:rsidRPr="0027366C" w:rsidRDefault="00217531" w:rsidP="00D95C4A">
            <w:pPr>
              <w:spacing w:after="24"/>
              <w:rPr>
                <w:color w:val="auto"/>
                <w:sz w:val="22"/>
                <w:lang w:val="ru-RU"/>
              </w:rPr>
            </w:pPr>
            <w:r w:rsidRPr="0027366C">
              <w:rPr>
                <w:rFonts w:eastAsia="Arial"/>
                <w:b/>
                <w:color w:val="auto"/>
                <w:sz w:val="22"/>
                <w:lang w:val="ru-RU"/>
              </w:rPr>
              <w:t>Ж</w:t>
            </w:r>
            <w:r w:rsidR="0057404F">
              <w:rPr>
                <w:rFonts w:eastAsia="Arial"/>
                <w:b/>
                <w:color w:val="auto"/>
                <w:sz w:val="22"/>
                <w:lang w:val="ru-RU"/>
              </w:rPr>
              <w:t>4</w:t>
            </w:r>
            <w:r w:rsidRPr="0027366C">
              <w:rPr>
                <w:rFonts w:eastAsia="Arial"/>
                <w:b/>
                <w:color w:val="auto"/>
                <w:sz w:val="22"/>
                <w:lang w:val="ru-RU"/>
              </w:rPr>
              <w:t xml:space="preserve">.У2. </w:t>
            </w:r>
            <w:r w:rsidR="00D95C4A" w:rsidRPr="0027366C">
              <w:rPr>
                <w:color w:val="auto"/>
                <w:sz w:val="22"/>
                <w:lang w:val="ru-RU"/>
              </w:rPr>
              <w:t xml:space="preserve">Враховувати під час підготовки пропозицій </w:t>
            </w:r>
            <w:r w:rsidR="0027366C" w:rsidRPr="0027366C">
              <w:rPr>
                <w:color w:val="auto"/>
                <w:sz w:val="22"/>
                <w:lang w:val="ru-RU"/>
              </w:rPr>
              <w:t xml:space="preserve">                   </w:t>
            </w:r>
            <w:r w:rsidR="00D95C4A" w:rsidRPr="0027366C">
              <w:rPr>
                <w:color w:val="auto"/>
                <w:sz w:val="22"/>
                <w:lang w:val="ru-RU"/>
              </w:rPr>
              <w:t xml:space="preserve">доступність і безбар'єрність підтримки, безперервність маршрутів, наявні ресурси громади, можливості </w:t>
            </w:r>
            <w:r w:rsidR="0027366C" w:rsidRPr="0027366C">
              <w:rPr>
                <w:color w:val="auto"/>
                <w:sz w:val="22"/>
                <w:lang w:val="ru-RU"/>
              </w:rPr>
              <w:t xml:space="preserve">                  </w:t>
            </w:r>
            <w:r w:rsidR="00D95C4A" w:rsidRPr="0027366C">
              <w:rPr>
                <w:color w:val="auto"/>
                <w:sz w:val="22"/>
                <w:lang w:val="ru-RU"/>
              </w:rPr>
              <w:t xml:space="preserve">партнерської взаємодії та </w:t>
            </w:r>
            <w:r w:rsidR="0027366C" w:rsidRPr="0027366C">
              <w:rPr>
                <w:color w:val="auto"/>
                <w:sz w:val="22"/>
                <w:lang w:val="ru-RU"/>
              </w:rPr>
              <w:t xml:space="preserve">               </w:t>
            </w:r>
            <w:r w:rsidR="00D95C4A" w:rsidRPr="0027366C">
              <w:rPr>
                <w:color w:val="auto"/>
                <w:sz w:val="22"/>
                <w:lang w:val="ru-RU"/>
              </w:rPr>
              <w:t xml:space="preserve">результати реалізованих </w:t>
            </w:r>
            <w:r w:rsidR="0027366C" w:rsidRPr="0027366C">
              <w:rPr>
                <w:color w:val="auto"/>
                <w:sz w:val="22"/>
                <w:lang w:val="ru-RU"/>
              </w:rPr>
              <w:t xml:space="preserve">              </w:t>
            </w:r>
            <w:r w:rsidR="00D95C4A" w:rsidRPr="0027366C">
              <w:rPr>
                <w:color w:val="auto"/>
                <w:sz w:val="22"/>
                <w:lang w:val="ru-RU"/>
              </w:rPr>
              <w:t>заходів.</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4942F50" w14:textId="061F9F5A" w:rsidR="00D95C4A" w:rsidRPr="0027366C" w:rsidRDefault="00217531" w:rsidP="00D95C4A">
            <w:pPr>
              <w:spacing w:after="24"/>
              <w:rPr>
                <w:color w:val="auto"/>
                <w:sz w:val="22"/>
                <w:lang w:val="ru-RU"/>
              </w:rPr>
            </w:pPr>
            <w:r w:rsidRPr="0027366C">
              <w:rPr>
                <w:rFonts w:eastAsia="Arial"/>
                <w:b/>
                <w:color w:val="auto"/>
                <w:sz w:val="22"/>
                <w:lang w:val="ru-RU"/>
              </w:rPr>
              <w:lastRenderedPageBreak/>
              <w:t>Ж</w:t>
            </w:r>
            <w:r w:rsidR="0057404F">
              <w:rPr>
                <w:rFonts w:eastAsia="Arial"/>
                <w:b/>
                <w:color w:val="auto"/>
                <w:sz w:val="22"/>
                <w:lang w:val="ru-RU"/>
              </w:rPr>
              <w:t>4</w:t>
            </w:r>
            <w:r w:rsidRPr="0027366C">
              <w:rPr>
                <w:rFonts w:eastAsia="Arial"/>
                <w:b/>
                <w:color w:val="auto"/>
                <w:sz w:val="22"/>
                <w:lang w:val="ru-RU"/>
              </w:rPr>
              <w:t xml:space="preserve">.К1. </w:t>
            </w:r>
            <w:r w:rsidR="00D95C4A" w:rsidRPr="0027366C">
              <w:rPr>
                <w:color w:val="auto"/>
                <w:sz w:val="22"/>
                <w:lang w:val="ru-RU"/>
              </w:rPr>
              <w:t xml:space="preserve">Залучати </w:t>
            </w:r>
            <w:r w:rsidR="0027366C" w:rsidRPr="0027366C">
              <w:rPr>
                <w:color w:val="auto"/>
                <w:sz w:val="22"/>
                <w:lang w:val="ru-RU"/>
              </w:rPr>
              <w:t xml:space="preserve">                 </w:t>
            </w:r>
            <w:r w:rsidR="00D95C4A" w:rsidRPr="0027366C">
              <w:rPr>
                <w:color w:val="auto"/>
                <w:sz w:val="22"/>
                <w:lang w:val="ru-RU"/>
              </w:rPr>
              <w:t>ветеранів війни, членів їхніх сімей</w:t>
            </w:r>
            <w:r w:rsidR="00D95C4A" w:rsidRPr="0027366C">
              <w:rPr>
                <w:color w:val="auto"/>
                <w:sz w:val="22"/>
              </w:rPr>
              <w:t xml:space="preserve"> </w:t>
            </w:r>
            <w:r w:rsidR="00D95C4A" w:rsidRPr="0027366C">
              <w:rPr>
                <w:color w:val="auto"/>
                <w:sz w:val="22"/>
                <w:lang w:val="ru-RU"/>
              </w:rPr>
              <w:t xml:space="preserve">та інших визначених </w:t>
            </w:r>
            <w:r w:rsidR="0027366C" w:rsidRPr="0027366C">
              <w:rPr>
                <w:color w:val="auto"/>
                <w:sz w:val="22"/>
                <w:lang w:val="ru-RU"/>
              </w:rPr>
              <w:t xml:space="preserve">                             </w:t>
            </w:r>
            <w:r w:rsidR="00D95C4A" w:rsidRPr="0027366C">
              <w:rPr>
                <w:color w:val="auto"/>
                <w:sz w:val="22"/>
                <w:lang w:val="ru-RU"/>
              </w:rPr>
              <w:t>законодавством</w:t>
            </w:r>
            <w:r w:rsidR="0027366C" w:rsidRPr="0027366C">
              <w:rPr>
                <w:color w:val="auto"/>
                <w:sz w:val="22"/>
                <w:lang w:val="ru-RU"/>
              </w:rPr>
              <w:t xml:space="preserve">                       </w:t>
            </w:r>
            <w:r w:rsidR="00D95C4A" w:rsidRPr="0027366C">
              <w:rPr>
                <w:color w:val="auto"/>
                <w:sz w:val="22"/>
                <w:lang w:val="ru-RU"/>
              </w:rPr>
              <w:t xml:space="preserve"> категорій осіб,  надавачів послуг, представників органів місцевого </w:t>
            </w:r>
            <w:r w:rsidR="0027366C" w:rsidRPr="0027366C">
              <w:rPr>
                <w:color w:val="auto"/>
                <w:sz w:val="22"/>
                <w:lang w:val="ru-RU"/>
              </w:rPr>
              <w:t xml:space="preserve">                 </w:t>
            </w:r>
            <w:r w:rsidR="00D95C4A" w:rsidRPr="0027366C">
              <w:rPr>
                <w:color w:val="auto"/>
                <w:sz w:val="22"/>
                <w:lang w:val="ru-RU"/>
              </w:rPr>
              <w:t xml:space="preserve">самоврядування та інших зацікавлених суб'єктів до обговорення пріоритетів, </w:t>
            </w:r>
            <w:r w:rsidR="00D95C4A" w:rsidRPr="0027366C">
              <w:rPr>
                <w:color w:val="auto"/>
                <w:sz w:val="22"/>
                <w:lang w:val="ru-RU"/>
              </w:rPr>
              <w:lastRenderedPageBreak/>
              <w:t xml:space="preserve">цілей та очікуваних </w:t>
            </w:r>
            <w:r w:rsidR="0027366C" w:rsidRPr="0027366C">
              <w:rPr>
                <w:color w:val="auto"/>
                <w:sz w:val="22"/>
                <w:lang w:val="ru-RU"/>
              </w:rPr>
              <w:t xml:space="preserve">              </w:t>
            </w:r>
            <w:r w:rsidR="00D95C4A" w:rsidRPr="0027366C">
              <w:rPr>
                <w:color w:val="auto"/>
                <w:sz w:val="22"/>
                <w:lang w:val="ru-RU"/>
              </w:rPr>
              <w:t>результатів планування.</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3E7F298" w14:textId="1E41386B" w:rsidR="00D95C4A" w:rsidRPr="0027366C" w:rsidRDefault="00217531" w:rsidP="00D95C4A">
            <w:pPr>
              <w:spacing w:after="24"/>
              <w:rPr>
                <w:color w:val="auto"/>
                <w:sz w:val="22"/>
                <w:lang w:val="ru-RU"/>
              </w:rPr>
            </w:pPr>
            <w:r w:rsidRPr="0027366C">
              <w:rPr>
                <w:rFonts w:eastAsia="Arial"/>
                <w:b/>
                <w:color w:val="auto"/>
                <w:sz w:val="22"/>
                <w:lang w:val="ru-RU"/>
              </w:rPr>
              <w:lastRenderedPageBreak/>
              <w:t>Ж</w:t>
            </w:r>
            <w:r w:rsidR="0057404F">
              <w:rPr>
                <w:rFonts w:eastAsia="Arial"/>
                <w:b/>
                <w:color w:val="auto"/>
                <w:sz w:val="22"/>
                <w:lang w:val="ru-RU"/>
              </w:rPr>
              <w:t>4</w:t>
            </w:r>
            <w:r w:rsidRPr="0027366C">
              <w:rPr>
                <w:rFonts w:eastAsia="Arial"/>
                <w:b/>
                <w:color w:val="auto"/>
                <w:sz w:val="22"/>
                <w:lang w:val="ru-RU"/>
              </w:rPr>
              <w:t xml:space="preserve">.В1. </w:t>
            </w:r>
            <w:r w:rsidR="00D95C4A" w:rsidRPr="0027366C">
              <w:rPr>
                <w:color w:val="auto"/>
                <w:sz w:val="22"/>
                <w:lang w:val="ru-RU"/>
              </w:rPr>
              <w:t xml:space="preserve">Самостійно </w:t>
            </w:r>
            <w:r w:rsidR="0027366C" w:rsidRPr="0027366C">
              <w:rPr>
                <w:color w:val="auto"/>
                <w:sz w:val="22"/>
                <w:lang w:val="ru-RU"/>
              </w:rPr>
              <w:t xml:space="preserve">              </w:t>
            </w:r>
            <w:r w:rsidR="00D95C4A" w:rsidRPr="0027366C">
              <w:rPr>
                <w:color w:val="auto"/>
                <w:sz w:val="22"/>
                <w:lang w:val="ru-RU"/>
              </w:rPr>
              <w:t xml:space="preserve">готувати обґрунтовані рекомендаційні </w:t>
            </w:r>
            <w:r w:rsidR="0027366C" w:rsidRPr="0027366C">
              <w:rPr>
                <w:color w:val="auto"/>
                <w:sz w:val="22"/>
                <w:lang w:val="ru-RU"/>
              </w:rPr>
              <w:t xml:space="preserve">                    </w:t>
            </w:r>
            <w:r w:rsidR="00D95C4A" w:rsidRPr="0027366C">
              <w:rPr>
                <w:color w:val="auto"/>
                <w:sz w:val="22"/>
                <w:lang w:val="ru-RU"/>
              </w:rPr>
              <w:t xml:space="preserve">пропозиції щодо </w:t>
            </w:r>
            <w:r w:rsidR="0027366C" w:rsidRPr="0027366C">
              <w:rPr>
                <w:color w:val="auto"/>
                <w:sz w:val="22"/>
                <w:lang w:val="ru-RU"/>
              </w:rPr>
              <w:t xml:space="preserve">                </w:t>
            </w:r>
            <w:r w:rsidR="00D95C4A" w:rsidRPr="0027366C">
              <w:rPr>
                <w:color w:val="auto"/>
                <w:sz w:val="22"/>
                <w:lang w:val="ru-RU"/>
              </w:rPr>
              <w:t xml:space="preserve">планування розвитку </w:t>
            </w:r>
            <w:r w:rsidR="0027366C" w:rsidRPr="0027366C">
              <w:rPr>
                <w:color w:val="auto"/>
                <w:sz w:val="22"/>
                <w:lang w:val="ru-RU"/>
              </w:rPr>
              <w:t xml:space="preserve">     </w:t>
            </w:r>
            <w:r w:rsidR="00D95C4A" w:rsidRPr="0027366C">
              <w:rPr>
                <w:color w:val="auto"/>
                <w:sz w:val="22"/>
                <w:lang w:val="ru-RU"/>
              </w:rPr>
              <w:t>системи підтримки, не приймаючи рішень про затвердження програм, розподіл бюджетних коштів або визначення повноважень та</w:t>
            </w:r>
            <w:r w:rsidR="0027366C" w:rsidRPr="0027366C">
              <w:rPr>
                <w:color w:val="auto"/>
                <w:sz w:val="22"/>
                <w:lang w:val="ru-RU"/>
              </w:rPr>
              <w:t xml:space="preserve">              </w:t>
            </w:r>
            <w:r w:rsidR="00D95C4A" w:rsidRPr="0027366C">
              <w:rPr>
                <w:color w:val="auto"/>
                <w:sz w:val="22"/>
                <w:lang w:val="ru-RU"/>
              </w:rPr>
              <w:t xml:space="preserve"> </w:t>
            </w:r>
            <w:r w:rsidR="00D95C4A" w:rsidRPr="0027366C">
              <w:rPr>
                <w:color w:val="auto"/>
                <w:sz w:val="22"/>
                <w:lang w:val="ru-RU"/>
              </w:rPr>
              <w:lastRenderedPageBreak/>
              <w:t>обов'язків інших суб'єктів.</w:t>
            </w:r>
          </w:p>
        </w:tc>
      </w:tr>
      <w:tr w:rsidR="004E1C2F" w:rsidRPr="0076799D" w14:paraId="4CDFB7A0"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6FE78CE2" w14:textId="35428FA2" w:rsidR="004E1C2F" w:rsidRPr="00484F7F" w:rsidRDefault="004E1C2F" w:rsidP="00217531">
            <w:pPr>
              <w:rPr>
                <w:b/>
                <w:bCs/>
                <w:color w:val="auto"/>
                <w:sz w:val="22"/>
                <w:lang w:val="uk-UA"/>
              </w:rPr>
            </w:pPr>
            <w:r w:rsidRPr="00484F7F">
              <w:rPr>
                <w:b/>
                <w:bCs/>
                <w:color w:val="auto"/>
                <w:sz w:val="22"/>
                <w:lang w:val="uk-UA"/>
              </w:rPr>
              <w:lastRenderedPageBreak/>
              <w:t xml:space="preserve">З. Здійснення </w:t>
            </w:r>
            <w:r w:rsidR="00A80C07" w:rsidRPr="00484F7F">
              <w:rPr>
                <w:b/>
                <w:bCs/>
                <w:color w:val="auto"/>
                <w:sz w:val="22"/>
                <w:lang w:val="uk-UA"/>
              </w:rPr>
              <w:t xml:space="preserve">                </w:t>
            </w:r>
            <w:r w:rsidRPr="00484F7F">
              <w:rPr>
                <w:b/>
                <w:bCs/>
                <w:color w:val="auto"/>
                <w:sz w:val="22"/>
                <w:lang w:val="uk-UA"/>
              </w:rPr>
              <w:t xml:space="preserve">супроводу ветеранів війни та </w:t>
            </w:r>
            <w:r w:rsidR="0027366C" w:rsidRPr="00484F7F">
              <w:rPr>
                <w:b/>
                <w:bCs/>
                <w:color w:val="auto"/>
                <w:sz w:val="22"/>
                <w:lang w:val="uk-UA"/>
              </w:rPr>
              <w:t xml:space="preserve">                           </w:t>
            </w:r>
            <w:r w:rsidRPr="00484F7F">
              <w:rPr>
                <w:b/>
                <w:bCs/>
                <w:color w:val="auto"/>
                <w:sz w:val="22"/>
                <w:lang w:val="uk-UA"/>
              </w:rPr>
              <w:t xml:space="preserve">військовослужбовців – </w:t>
            </w:r>
            <w:r w:rsidR="0027366C" w:rsidRPr="00484F7F">
              <w:rPr>
                <w:b/>
                <w:bCs/>
                <w:color w:val="auto"/>
                <w:sz w:val="22"/>
                <w:lang w:val="uk-UA"/>
              </w:rPr>
              <w:t xml:space="preserve"> </w:t>
            </w:r>
            <w:r w:rsidRPr="00484F7F">
              <w:rPr>
                <w:b/>
                <w:bCs/>
                <w:color w:val="auto"/>
                <w:sz w:val="22"/>
                <w:lang w:val="uk-UA"/>
              </w:rPr>
              <w:t>учасників бойових дій під час лікування та реабілітації у</w:t>
            </w:r>
            <w:r w:rsidR="0027366C" w:rsidRPr="00484F7F">
              <w:rPr>
                <w:b/>
                <w:bCs/>
                <w:color w:val="auto"/>
                <w:sz w:val="22"/>
                <w:lang w:val="uk-UA"/>
              </w:rPr>
              <w:t xml:space="preserve">                 </w:t>
            </w:r>
            <w:r w:rsidRPr="00484F7F">
              <w:rPr>
                <w:b/>
                <w:bCs/>
                <w:color w:val="auto"/>
                <w:sz w:val="22"/>
                <w:lang w:val="uk-UA"/>
              </w:rPr>
              <w:t xml:space="preserve"> закладах охорони здоров’я</w:t>
            </w: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2114B177" w14:textId="2007EA42" w:rsidR="004E1C2F" w:rsidRPr="00484F7F" w:rsidRDefault="00E854DD" w:rsidP="001F7936">
            <w:pPr>
              <w:rPr>
                <w:rFonts w:eastAsia="Arial"/>
                <w:b/>
                <w:color w:val="auto"/>
                <w:sz w:val="22"/>
                <w:lang w:val="ru-RU"/>
              </w:rPr>
            </w:pPr>
            <w:r w:rsidRPr="00484F7F">
              <w:rPr>
                <w:rFonts w:eastAsia="Arial"/>
                <w:b/>
                <w:color w:val="auto"/>
                <w:sz w:val="22"/>
                <w:lang w:val="ru-RU"/>
              </w:rPr>
              <w:t>З1. Здатність</w:t>
            </w:r>
            <w:r w:rsidR="0027366C" w:rsidRPr="00484F7F">
              <w:rPr>
                <w:rFonts w:eastAsia="Arial"/>
                <w:b/>
                <w:color w:val="auto"/>
                <w:sz w:val="22"/>
                <w:lang w:val="ru-RU"/>
              </w:rPr>
              <w:t xml:space="preserve">                     </w:t>
            </w:r>
            <w:r w:rsidRPr="00484F7F">
              <w:rPr>
                <w:rFonts w:eastAsia="Arial"/>
                <w:b/>
                <w:color w:val="auto"/>
                <w:sz w:val="22"/>
                <w:lang w:val="ru-RU"/>
              </w:rPr>
              <w:t xml:space="preserve"> організовувати та здійснювати </w:t>
            </w:r>
            <w:r w:rsidR="0027366C" w:rsidRPr="00484F7F">
              <w:rPr>
                <w:rFonts w:eastAsia="Arial"/>
                <w:b/>
                <w:color w:val="auto"/>
                <w:sz w:val="22"/>
                <w:lang w:val="ru-RU"/>
              </w:rPr>
              <w:t xml:space="preserve">                  </w:t>
            </w:r>
            <w:r w:rsidRPr="00484F7F">
              <w:rPr>
                <w:rFonts w:eastAsia="Arial"/>
                <w:b/>
                <w:color w:val="auto"/>
                <w:sz w:val="22"/>
                <w:lang w:val="ru-RU"/>
              </w:rPr>
              <w:t>супровід ветеранів війни та</w:t>
            </w:r>
            <w:r w:rsidR="0027366C" w:rsidRPr="00484F7F">
              <w:rPr>
                <w:rFonts w:eastAsia="Arial"/>
                <w:b/>
                <w:color w:val="auto"/>
                <w:sz w:val="22"/>
                <w:lang w:val="ru-RU"/>
              </w:rPr>
              <w:t xml:space="preserve"> </w:t>
            </w:r>
            <w:r w:rsidRPr="00484F7F">
              <w:rPr>
                <w:rFonts w:eastAsia="Arial"/>
                <w:b/>
                <w:color w:val="auto"/>
                <w:sz w:val="22"/>
                <w:lang w:val="ru-RU"/>
              </w:rPr>
              <w:t xml:space="preserve">військовослужбовців – </w:t>
            </w:r>
            <w:r w:rsidR="0027366C" w:rsidRPr="00484F7F">
              <w:rPr>
                <w:rFonts w:eastAsia="Arial"/>
                <w:b/>
                <w:color w:val="auto"/>
                <w:sz w:val="22"/>
                <w:lang w:val="ru-RU"/>
              </w:rPr>
              <w:t xml:space="preserve">             </w:t>
            </w:r>
            <w:r w:rsidRPr="00484F7F">
              <w:rPr>
                <w:rFonts w:eastAsia="Arial"/>
                <w:b/>
                <w:color w:val="auto"/>
                <w:sz w:val="22"/>
                <w:lang w:val="ru-RU"/>
              </w:rPr>
              <w:t xml:space="preserve">учасників бойових дій під час </w:t>
            </w:r>
            <w:r w:rsidR="0027366C" w:rsidRPr="00484F7F">
              <w:rPr>
                <w:rFonts w:eastAsia="Arial"/>
                <w:b/>
                <w:color w:val="auto"/>
                <w:sz w:val="22"/>
                <w:lang w:val="ru-RU"/>
              </w:rPr>
              <w:t xml:space="preserve">                 </w:t>
            </w:r>
            <w:r w:rsidRPr="00484F7F">
              <w:rPr>
                <w:rFonts w:eastAsia="Arial"/>
                <w:b/>
                <w:color w:val="auto"/>
                <w:sz w:val="22"/>
                <w:lang w:val="ru-RU"/>
              </w:rPr>
              <w:t xml:space="preserve">лікування та </w:t>
            </w:r>
            <w:r w:rsidR="0027366C" w:rsidRPr="00484F7F">
              <w:rPr>
                <w:rFonts w:eastAsia="Arial"/>
                <w:b/>
                <w:color w:val="auto"/>
                <w:sz w:val="22"/>
                <w:lang w:val="ru-RU"/>
              </w:rPr>
              <w:t xml:space="preserve">               </w:t>
            </w:r>
            <w:r w:rsidRPr="00484F7F">
              <w:rPr>
                <w:rFonts w:eastAsia="Arial"/>
                <w:b/>
                <w:color w:val="auto"/>
                <w:sz w:val="22"/>
                <w:lang w:val="ru-RU"/>
              </w:rPr>
              <w:t xml:space="preserve">реабілітації у </w:t>
            </w:r>
            <w:r w:rsidR="0027366C" w:rsidRPr="00484F7F">
              <w:rPr>
                <w:rFonts w:eastAsia="Arial"/>
                <w:b/>
                <w:color w:val="auto"/>
                <w:sz w:val="22"/>
                <w:lang w:val="ru-RU"/>
              </w:rPr>
              <w:t xml:space="preserve">                  </w:t>
            </w:r>
            <w:r w:rsidRPr="00484F7F">
              <w:rPr>
                <w:rFonts w:eastAsia="Arial"/>
                <w:b/>
                <w:color w:val="auto"/>
                <w:sz w:val="22"/>
                <w:lang w:val="ru-RU"/>
              </w:rPr>
              <w:t xml:space="preserve">закладах охорони здоров’я з урахуванням їхніх індивідуальних </w:t>
            </w:r>
            <w:r w:rsidR="0027366C" w:rsidRPr="00484F7F">
              <w:rPr>
                <w:rFonts w:eastAsia="Arial"/>
                <w:b/>
                <w:color w:val="auto"/>
                <w:sz w:val="22"/>
                <w:lang w:val="ru-RU"/>
              </w:rPr>
              <w:t xml:space="preserve">              </w:t>
            </w:r>
            <w:r w:rsidRPr="00484F7F">
              <w:rPr>
                <w:rFonts w:eastAsia="Arial"/>
                <w:b/>
                <w:color w:val="auto"/>
                <w:sz w:val="22"/>
                <w:lang w:val="ru-RU"/>
              </w:rPr>
              <w:t>потреб, стану та маршруту</w:t>
            </w:r>
            <w:r w:rsidR="0027366C" w:rsidRPr="00484F7F">
              <w:rPr>
                <w:rFonts w:eastAsia="Arial"/>
                <w:b/>
                <w:color w:val="auto"/>
                <w:sz w:val="22"/>
                <w:lang w:val="ru-RU"/>
              </w:rPr>
              <w:t xml:space="preserve">                       </w:t>
            </w:r>
            <w:r w:rsidRPr="00484F7F">
              <w:rPr>
                <w:rFonts w:eastAsia="Arial"/>
                <w:b/>
                <w:color w:val="auto"/>
                <w:sz w:val="22"/>
                <w:lang w:val="ru-RU"/>
              </w:rPr>
              <w:t xml:space="preserve"> отримання допомоги.</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6122F50" w14:textId="5A979CBF" w:rsidR="004E1C2F" w:rsidRPr="00484F7F" w:rsidRDefault="00E854DD" w:rsidP="00217531">
            <w:pPr>
              <w:spacing w:after="24"/>
              <w:rPr>
                <w:rFonts w:eastAsia="Arial"/>
                <w:bCs/>
                <w:color w:val="auto"/>
                <w:sz w:val="22"/>
                <w:lang w:val="ru-RU"/>
              </w:rPr>
            </w:pPr>
            <w:r w:rsidRPr="00484F7F">
              <w:rPr>
                <w:rFonts w:eastAsia="Arial"/>
                <w:b/>
                <w:color w:val="auto"/>
                <w:sz w:val="22"/>
                <w:lang w:val="ru-RU"/>
              </w:rPr>
              <w:t xml:space="preserve">З1.З1. </w:t>
            </w:r>
            <w:r w:rsidRPr="00484F7F">
              <w:rPr>
                <w:rFonts w:eastAsia="Arial"/>
                <w:bCs/>
                <w:color w:val="auto"/>
                <w:sz w:val="22"/>
                <w:lang w:val="ru-RU"/>
              </w:rPr>
              <w:t xml:space="preserve">Організація роботи </w:t>
            </w:r>
            <w:r w:rsidR="0027366C" w:rsidRPr="00484F7F">
              <w:rPr>
                <w:rFonts w:eastAsia="Arial"/>
                <w:bCs/>
                <w:color w:val="auto"/>
                <w:sz w:val="22"/>
                <w:lang w:val="ru-RU"/>
              </w:rPr>
              <w:t xml:space="preserve">            </w:t>
            </w:r>
            <w:r w:rsidRPr="00484F7F">
              <w:rPr>
                <w:rFonts w:eastAsia="Arial"/>
                <w:bCs/>
                <w:color w:val="auto"/>
                <w:sz w:val="22"/>
                <w:lang w:val="ru-RU"/>
              </w:rPr>
              <w:t xml:space="preserve">закладів охорони здоров’я, основні види та етапи надання медичної, </w:t>
            </w:r>
            <w:r w:rsidR="0027366C" w:rsidRPr="00484F7F">
              <w:rPr>
                <w:rFonts w:eastAsia="Arial"/>
                <w:bCs/>
                <w:color w:val="auto"/>
                <w:sz w:val="22"/>
                <w:lang w:val="ru-RU"/>
              </w:rPr>
              <w:t xml:space="preserve">                       </w:t>
            </w:r>
            <w:r w:rsidRPr="00484F7F">
              <w:rPr>
                <w:rFonts w:eastAsia="Arial"/>
                <w:bCs/>
                <w:color w:val="auto"/>
                <w:sz w:val="22"/>
                <w:lang w:val="ru-RU"/>
              </w:rPr>
              <w:t>реабілітаційної,</w:t>
            </w:r>
            <w:r w:rsidR="0027366C" w:rsidRPr="00484F7F">
              <w:rPr>
                <w:rFonts w:eastAsia="Arial"/>
                <w:bCs/>
                <w:color w:val="auto"/>
                <w:sz w:val="22"/>
                <w:lang w:val="ru-RU"/>
              </w:rPr>
              <w:t xml:space="preserve">                             </w:t>
            </w:r>
            <w:r w:rsidRPr="00484F7F">
              <w:rPr>
                <w:rFonts w:eastAsia="Arial"/>
                <w:bCs/>
                <w:color w:val="auto"/>
                <w:sz w:val="22"/>
                <w:lang w:val="ru-RU"/>
              </w:rPr>
              <w:t xml:space="preserve"> психологічної та соціальної допомоги ветеранам війни і військовослужбовцям – </w:t>
            </w:r>
            <w:r w:rsidR="0027366C" w:rsidRPr="00484F7F">
              <w:rPr>
                <w:rFonts w:eastAsia="Arial"/>
                <w:bCs/>
                <w:color w:val="auto"/>
                <w:sz w:val="22"/>
                <w:lang w:val="ru-RU"/>
              </w:rPr>
              <w:t xml:space="preserve">              </w:t>
            </w:r>
            <w:r w:rsidRPr="00484F7F">
              <w:rPr>
                <w:rFonts w:eastAsia="Arial"/>
                <w:bCs/>
                <w:color w:val="auto"/>
                <w:sz w:val="22"/>
                <w:lang w:val="ru-RU"/>
              </w:rPr>
              <w:t>учасникам бойових дій.</w:t>
            </w:r>
          </w:p>
          <w:p w14:paraId="6121C08F" w14:textId="77777777" w:rsidR="00E854DD" w:rsidRPr="00484F7F" w:rsidRDefault="00E854DD" w:rsidP="00217531">
            <w:pPr>
              <w:spacing w:after="24"/>
              <w:rPr>
                <w:rFonts w:eastAsia="Arial"/>
                <w:bCs/>
                <w:color w:val="auto"/>
                <w:sz w:val="22"/>
                <w:lang w:val="ru-RU"/>
              </w:rPr>
            </w:pPr>
          </w:p>
          <w:p w14:paraId="1D096E58" w14:textId="3F736D4C" w:rsidR="00E854DD" w:rsidRPr="00484F7F" w:rsidRDefault="00E854DD" w:rsidP="00217531">
            <w:pPr>
              <w:spacing w:after="24"/>
              <w:rPr>
                <w:rFonts w:eastAsia="Arial"/>
                <w:bCs/>
                <w:color w:val="auto"/>
                <w:sz w:val="22"/>
                <w:lang w:val="ru-RU"/>
              </w:rPr>
            </w:pPr>
            <w:r w:rsidRPr="00484F7F">
              <w:rPr>
                <w:rFonts w:eastAsia="Arial"/>
                <w:b/>
                <w:color w:val="auto"/>
                <w:sz w:val="22"/>
                <w:lang w:val="ru-RU"/>
              </w:rPr>
              <w:t xml:space="preserve">З1.З2. </w:t>
            </w:r>
            <w:r w:rsidRPr="00484F7F">
              <w:rPr>
                <w:rFonts w:eastAsia="Arial"/>
                <w:bCs/>
                <w:color w:val="auto"/>
                <w:sz w:val="22"/>
                <w:lang w:val="ru-RU"/>
              </w:rPr>
              <w:t xml:space="preserve">Порядок взаємодії фахівця із супроводу з </w:t>
            </w:r>
            <w:r w:rsidR="0027366C" w:rsidRPr="00484F7F">
              <w:rPr>
                <w:rFonts w:eastAsia="Arial"/>
                <w:bCs/>
                <w:color w:val="auto"/>
                <w:sz w:val="22"/>
                <w:lang w:val="ru-RU"/>
              </w:rPr>
              <w:t xml:space="preserve">              </w:t>
            </w:r>
            <w:r w:rsidRPr="00484F7F">
              <w:rPr>
                <w:rFonts w:eastAsia="Arial"/>
                <w:bCs/>
                <w:color w:val="auto"/>
                <w:sz w:val="22"/>
                <w:lang w:val="ru-RU"/>
              </w:rPr>
              <w:t xml:space="preserve">лікарями, медичними </w:t>
            </w:r>
            <w:r w:rsidR="0027366C" w:rsidRPr="00484F7F">
              <w:rPr>
                <w:rFonts w:eastAsia="Arial"/>
                <w:bCs/>
                <w:color w:val="auto"/>
                <w:sz w:val="22"/>
                <w:lang w:val="ru-RU"/>
              </w:rPr>
              <w:t xml:space="preserve">              </w:t>
            </w:r>
            <w:r w:rsidRPr="00484F7F">
              <w:rPr>
                <w:rFonts w:eastAsia="Arial"/>
                <w:bCs/>
                <w:color w:val="auto"/>
                <w:sz w:val="22"/>
                <w:lang w:val="ru-RU"/>
              </w:rPr>
              <w:t>працівниками, фахівцями з реабілітації, психологами, соціальними працівниками та іншими спеціалістами</w:t>
            </w:r>
            <w:r w:rsidR="0027366C" w:rsidRPr="00484F7F">
              <w:rPr>
                <w:rFonts w:eastAsia="Arial"/>
                <w:bCs/>
                <w:color w:val="auto"/>
                <w:sz w:val="22"/>
                <w:lang w:val="ru-RU"/>
              </w:rPr>
              <w:t xml:space="preserve">                  </w:t>
            </w:r>
            <w:r w:rsidRPr="00484F7F">
              <w:rPr>
                <w:rFonts w:eastAsia="Arial"/>
                <w:bCs/>
                <w:color w:val="auto"/>
                <w:sz w:val="22"/>
                <w:lang w:val="ru-RU"/>
              </w:rPr>
              <w:t xml:space="preserve"> закладу охорони здоров’я.</w:t>
            </w:r>
          </w:p>
          <w:p w14:paraId="2239008B" w14:textId="77777777" w:rsidR="00E854DD" w:rsidRPr="00484F7F" w:rsidRDefault="00E854DD" w:rsidP="00217531">
            <w:pPr>
              <w:spacing w:after="24"/>
              <w:rPr>
                <w:rFonts w:eastAsia="Arial"/>
                <w:bCs/>
                <w:color w:val="auto"/>
                <w:sz w:val="22"/>
                <w:lang w:val="ru-RU"/>
              </w:rPr>
            </w:pPr>
          </w:p>
          <w:p w14:paraId="31E8E358" w14:textId="25063325" w:rsidR="00E854DD" w:rsidRPr="00484F7F" w:rsidRDefault="00E854DD" w:rsidP="00217531">
            <w:pPr>
              <w:spacing w:after="24"/>
              <w:rPr>
                <w:rFonts w:eastAsia="Arial"/>
                <w:b/>
                <w:color w:val="auto"/>
                <w:sz w:val="22"/>
                <w:lang w:val="ru-RU"/>
              </w:rPr>
            </w:pPr>
            <w:r w:rsidRPr="00484F7F">
              <w:rPr>
                <w:rFonts w:eastAsia="Arial"/>
                <w:b/>
                <w:color w:val="auto"/>
                <w:sz w:val="22"/>
                <w:lang w:val="ru-RU"/>
              </w:rPr>
              <w:t xml:space="preserve">З1.З3. </w:t>
            </w:r>
            <w:r w:rsidRPr="00484F7F">
              <w:rPr>
                <w:rFonts w:eastAsia="Arial"/>
                <w:bCs/>
                <w:color w:val="auto"/>
                <w:sz w:val="22"/>
                <w:lang w:val="ru-RU"/>
              </w:rPr>
              <w:t xml:space="preserve">Основні маршрути </w:t>
            </w:r>
            <w:r w:rsidR="0027366C" w:rsidRPr="00484F7F">
              <w:rPr>
                <w:rFonts w:eastAsia="Arial"/>
                <w:bCs/>
                <w:color w:val="auto"/>
                <w:sz w:val="22"/>
                <w:lang w:val="ru-RU"/>
              </w:rPr>
              <w:t xml:space="preserve">             </w:t>
            </w:r>
            <w:r w:rsidRPr="00484F7F">
              <w:rPr>
                <w:rFonts w:eastAsia="Arial"/>
                <w:bCs/>
                <w:color w:val="auto"/>
                <w:sz w:val="22"/>
                <w:lang w:val="ru-RU"/>
              </w:rPr>
              <w:t xml:space="preserve">отримання медичної, </w:t>
            </w:r>
            <w:r w:rsidR="0027366C" w:rsidRPr="00484F7F">
              <w:rPr>
                <w:rFonts w:eastAsia="Arial"/>
                <w:bCs/>
                <w:color w:val="auto"/>
                <w:sz w:val="22"/>
                <w:lang w:val="ru-RU"/>
              </w:rPr>
              <w:t xml:space="preserve">                  </w:t>
            </w:r>
            <w:r w:rsidRPr="00484F7F">
              <w:rPr>
                <w:rFonts w:eastAsia="Arial"/>
                <w:bCs/>
                <w:color w:val="auto"/>
                <w:sz w:val="22"/>
                <w:lang w:val="ru-RU"/>
              </w:rPr>
              <w:t xml:space="preserve">реабілітаційної, </w:t>
            </w:r>
            <w:r w:rsidR="0027366C" w:rsidRPr="00484F7F">
              <w:rPr>
                <w:rFonts w:eastAsia="Arial"/>
                <w:bCs/>
                <w:color w:val="auto"/>
                <w:sz w:val="22"/>
                <w:lang w:val="ru-RU"/>
              </w:rPr>
              <w:t xml:space="preserve">                               </w:t>
            </w:r>
            <w:r w:rsidRPr="00484F7F">
              <w:rPr>
                <w:rFonts w:eastAsia="Arial"/>
                <w:bCs/>
                <w:color w:val="auto"/>
                <w:sz w:val="22"/>
                <w:lang w:val="ru-RU"/>
              </w:rPr>
              <w:t>психологічної та соціальної допомоги, зокрема порядок переходу між різними видами та рівнями допомоги.</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1BE1B84" w14:textId="7F5B60DD" w:rsidR="004E1C2F" w:rsidRPr="00484F7F" w:rsidRDefault="00E854DD" w:rsidP="00217531">
            <w:pPr>
              <w:spacing w:after="24"/>
              <w:rPr>
                <w:rFonts w:eastAsia="Arial"/>
                <w:bCs/>
                <w:color w:val="auto"/>
                <w:sz w:val="22"/>
                <w:lang w:val="ru-RU"/>
              </w:rPr>
            </w:pPr>
            <w:r w:rsidRPr="00484F7F">
              <w:rPr>
                <w:rFonts w:eastAsia="Arial"/>
                <w:b/>
                <w:color w:val="auto"/>
                <w:sz w:val="22"/>
                <w:lang w:val="ru-RU"/>
              </w:rPr>
              <w:t xml:space="preserve">З1.У1. </w:t>
            </w:r>
            <w:r w:rsidRPr="00484F7F">
              <w:rPr>
                <w:rFonts w:eastAsia="Arial"/>
                <w:bCs/>
                <w:color w:val="auto"/>
                <w:sz w:val="22"/>
                <w:lang w:val="ru-RU"/>
              </w:rPr>
              <w:t xml:space="preserve">Визначати в межах професійної компетентності потреби ветерана війни або військовослужбовця – </w:t>
            </w:r>
            <w:r w:rsidR="0027366C" w:rsidRPr="00484F7F">
              <w:rPr>
                <w:rFonts w:eastAsia="Arial"/>
                <w:bCs/>
                <w:color w:val="auto"/>
                <w:sz w:val="22"/>
                <w:lang w:val="ru-RU"/>
              </w:rPr>
              <w:t xml:space="preserve">              </w:t>
            </w:r>
            <w:r w:rsidRPr="00484F7F">
              <w:rPr>
                <w:rFonts w:eastAsia="Arial"/>
                <w:bCs/>
                <w:color w:val="auto"/>
                <w:sz w:val="22"/>
                <w:lang w:val="ru-RU"/>
              </w:rPr>
              <w:t>учасника бойових дій, пов’язані з перебуванням у закладі охорони здоров’я, та визначати необхідні</w:t>
            </w:r>
            <w:r w:rsidR="0027366C" w:rsidRPr="00484F7F">
              <w:rPr>
                <w:rFonts w:eastAsia="Arial"/>
                <w:bCs/>
                <w:color w:val="auto"/>
                <w:sz w:val="22"/>
                <w:lang w:val="ru-RU"/>
              </w:rPr>
              <w:t xml:space="preserve">                    </w:t>
            </w:r>
            <w:r w:rsidRPr="00484F7F">
              <w:rPr>
                <w:rFonts w:eastAsia="Arial"/>
                <w:bCs/>
                <w:color w:val="auto"/>
                <w:sz w:val="22"/>
                <w:lang w:val="ru-RU"/>
              </w:rPr>
              <w:t xml:space="preserve"> організаційні дії.</w:t>
            </w:r>
          </w:p>
          <w:p w14:paraId="6AE47001" w14:textId="77777777" w:rsidR="00E854DD" w:rsidRPr="00484F7F" w:rsidRDefault="00E854DD" w:rsidP="00217531">
            <w:pPr>
              <w:spacing w:after="24"/>
              <w:rPr>
                <w:rFonts w:eastAsia="Arial"/>
                <w:bCs/>
                <w:color w:val="auto"/>
                <w:sz w:val="22"/>
                <w:lang w:val="ru-RU"/>
              </w:rPr>
            </w:pPr>
          </w:p>
          <w:p w14:paraId="63330005" w14:textId="03B6BAF1" w:rsidR="00E854DD" w:rsidRPr="00484F7F" w:rsidRDefault="00E854DD" w:rsidP="00217531">
            <w:pPr>
              <w:spacing w:after="24"/>
              <w:rPr>
                <w:rFonts w:eastAsia="Arial"/>
                <w:bCs/>
                <w:color w:val="auto"/>
                <w:sz w:val="22"/>
                <w:lang w:val="ru-RU"/>
              </w:rPr>
            </w:pPr>
            <w:r w:rsidRPr="00484F7F">
              <w:rPr>
                <w:rFonts w:eastAsia="Arial"/>
                <w:b/>
                <w:color w:val="auto"/>
                <w:sz w:val="22"/>
                <w:lang w:val="ru-RU"/>
              </w:rPr>
              <w:t xml:space="preserve">З1.У2. </w:t>
            </w:r>
            <w:r w:rsidRPr="00484F7F">
              <w:rPr>
                <w:rFonts w:eastAsia="Arial"/>
                <w:bCs/>
                <w:color w:val="auto"/>
                <w:sz w:val="22"/>
                <w:lang w:val="ru-RU"/>
              </w:rPr>
              <w:t xml:space="preserve">Координувати взаємодію отримувача підтримки з відповідними працівниками закладу </w:t>
            </w:r>
            <w:r w:rsidR="0027366C" w:rsidRPr="00484F7F">
              <w:rPr>
                <w:rFonts w:eastAsia="Arial"/>
                <w:bCs/>
                <w:color w:val="auto"/>
                <w:sz w:val="22"/>
                <w:lang w:val="ru-RU"/>
              </w:rPr>
              <w:t xml:space="preserve">                </w:t>
            </w:r>
            <w:r w:rsidRPr="00484F7F">
              <w:rPr>
                <w:rFonts w:eastAsia="Arial"/>
                <w:bCs/>
                <w:color w:val="auto"/>
                <w:sz w:val="22"/>
                <w:lang w:val="ru-RU"/>
              </w:rPr>
              <w:t>охорони здоров’я та іншими суб’єктами, залученими до його маршруту підтримки.</w:t>
            </w:r>
          </w:p>
          <w:p w14:paraId="02D0FA6A" w14:textId="77777777" w:rsidR="00E854DD" w:rsidRPr="00484F7F" w:rsidRDefault="00E854DD" w:rsidP="00217531">
            <w:pPr>
              <w:spacing w:after="24"/>
              <w:rPr>
                <w:rFonts w:eastAsia="Arial"/>
                <w:bCs/>
                <w:color w:val="auto"/>
                <w:sz w:val="22"/>
                <w:lang w:val="ru-RU"/>
              </w:rPr>
            </w:pPr>
          </w:p>
          <w:p w14:paraId="4E667AE3" w14:textId="028A0D97" w:rsidR="00E854DD" w:rsidRPr="00484F7F" w:rsidRDefault="00E854DD" w:rsidP="00217531">
            <w:pPr>
              <w:spacing w:after="24"/>
              <w:rPr>
                <w:rFonts w:eastAsia="Arial"/>
                <w:b/>
                <w:color w:val="auto"/>
                <w:sz w:val="22"/>
                <w:lang w:val="ru-RU"/>
              </w:rPr>
            </w:pPr>
            <w:r w:rsidRPr="00484F7F">
              <w:rPr>
                <w:rFonts w:eastAsia="Arial"/>
                <w:b/>
                <w:color w:val="auto"/>
                <w:sz w:val="22"/>
                <w:lang w:val="ru-RU"/>
              </w:rPr>
              <w:t xml:space="preserve">З1.У3. </w:t>
            </w:r>
            <w:r w:rsidRPr="00484F7F">
              <w:rPr>
                <w:rFonts w:eastAsia="Arial"/>
                <w:bCs/>
                <w:color w:val="auto"/>
                <w:sz w:val="22"/>
                <w:lang w:val="ru-RU"/>
              </w:rPr>
              <w:t>Організовувати</w:t>
            </w:r>
            <w:r w:rsidR="0027366C" w:rsidRPr="00484F7F">
              <w:rPr>
                <w:rFonts w:eastAsia="Arial"/>
                <w:bCs/>
                <w:color w:val="auto"/>
                <w:sz w:val="22"/>
                <w:lang w:val="ru-RU"/>
              </w:rPr>
              <w:t xml:space="preserve">                    </w:t>
            </w:r>
            <w:r w:rsidRPr="00484F7F">
              <w:rPr>
                <w:rFonts w:eastAsia="Arial"/>
                <w:bCs/>
                <w:color w:val="auto"/>
                <w:sz w:val="22"/>
                <w:lang w:val="ru-RU"/>
              </w:rPr>
              <w:t xml:space="preserve"> перенаправлення до </w:t>
            </w:r>
            <w:r w:rsidR="0027366C" w:rsidRPr="00484F7F">
              <w:rPr>
                <w:rFonts w:eastAsia="Arial"/>
                <w:bCs/>
                <w:color w:val="auto"/>
                <w:sz w:val="22"/>
                <w:lang w:val="ru-RU"/>
              </w:rPr>
              <w:t xml:space="preserve">         </w:t>
            </w:r>
            <w:r w:rsidRPr="00484F7F">
              <w:rPr>
                <w:rFonts w:eastAsia="Arial"/>
                <w:bCs/>
                <w:color w:val="auto"/>
                <w:sz w:val="22"/>
                <w:lang w:val="ru-RU"/>
              </w:rPr>
              <w:t>відповідного фахівця або служби, відстежувати</w:t>
            </w:r>
            <w:r w:rsidR="0027366C" w:rsidRPr="00484F7F">
              <w:rPr>
                <w:rFonts w:eastAsia="Arial"/>
                <w:bCs/>
                <w:color w:val="auto"/>
                <w:sz w:val="22"/>
                <w:lang w:val="ru-RU"/>
              </w:rPr>
              <w:t xml:space="preserve">               </w:t>
            </w:r>
            <w:r w:rsidRPr="00484F7F">
              <w:rPr>
                <w:rFonts w:eastAsia="Arial"/>
                <w:bCs/>
                <w:color w:val="auto"/>
                <w:sz w:val="22"/>
                <w:lang w:val="ru-RU"/>
              </w:rPr>
              <w:t xml:space="preserve"> проходження погодженого маршруту та фіксувати</w:t>
            </w:r>
            <w:r w:rsidR="0027366C" w:rsidRPr="00484F7F">
              <w:rPr>
                <w:rFonts w:eastAsia="Arial"/>
                <w:bCs/>
                <w:color w:val="auto"/>
                <w:sz w:val="22"/>
                <w:lang w:val="ru-RU"/>
              </w:rPr>
              <w:t xml:space="preserve">                 </w:t>
            </w:r>
            <w:r w:rsidRPr="00484F7F">
              <w:rPr>
                <w:rFonts w:eastAsia="Arial"/>
                <w:bCs/>
                <w:color w:val="auto"/>
                <w:sz w:val="22"/>
                <w:lang w:val="ru-RU"/>
              </w:rPr>
              <w:t xml:space="preserve"> результати супроводу.</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2F39C3AE" w14:textId="6FAABEDF" w:rsidR="004E1C2F" w:rsidRPr="00484F7F" w:rsidRDefault="00E854DD" w:rsidP="00D95C4A">
            <w:pPr>
              <w:spacing w:after="24"/>
              <w:rPr>
                <w:rFonts w:eastAsia="Arial"/>
                <w:bCs/>
                <w:color w:val="auto"/>
                <w:sz w:val="22"/>
                <w:lang w:val="ru-RU"/>
              </w:rPr>
            </w:pPr>
            <w:r w:rsidRPr="00484F7F">
              <w:rPr>
                <w:rFonts w:eastAsia="Arial"/>
                <w:b/>
                <w:color w:val="auto"/>
                <w:sz w:val="22"/>
                <w:lang w:val="ru-RU"/>
              </w:rPr>
              <w:t xml:space="preserve">З1.К1. </w:t>
            </w:r>
            <w:r w:rsidRPr="00484F7F">
              <w:rPr>
                <w:rFonts w:eastAsia="Arial"/>
                <w:bCs/>
                <w:color w:val="auto"/>
                <w:sz w:val="22"/>
                <w:lang w:val="ru-RU"/>
              </w:rPr>
              <w:t xml:space="preserve">Здійснювати </w:t>
            </w:r>
            <w:r w:rsidR="0027366C" w:rsidRPr="00484F7F">
              <w:rPr>
                <w:rFonts w:eastAsia="Arial"/>
                <w:bCs/>
                <w:color w:val="auto"/>
                <w:sz w:val="22"/>
                <w:lang w:val="ru-RU"/>
              </w:rPr>
              <w:t xml:space="preserve">             </w:t>
            </w:r>
            <w:r w:rsidRPr="00484F7F">
              <w:rPr>
                <w:rFonts w:eastAsia="Arial"/>
                <w:bCs/>
                <w:color w:val="auto"/>
                <w:sz w:val="22"/>
                <w:lang w:val="ru-RU"/>
              </w:rPr>
              <w:t xml:space="preserve">професійну взаємодію з ветераном війни або військовослужбовцем – учасником бойових дій, членами його сім’ї, медичними </w:t>
            </w:r>
            <w:r w:rsidR="0027366C" w:rsidRPr="00484F7F">
              <w:rPr>
                <w:rFonts w:eastAsia="Arial"/>
                <w:bCs/>
                <w:color w:val="auto"/>
                <w:sz w:val="22"/>
                <w:lang w:val="ru-RU"/>
              </w:rPr>
              <w:t xml:space="preserve">                        </w:t>
            </w:r>
            <w:r w:rsidRPr="00484F7F">
              <w:rPr>
                <w:rFonts w:eastAsia="Arial"/>
                <w:bCs/>
                <w:color w:val="auto"/>
                <w:sz w:val="22"/>
                <w:lang w:val="ru-RU"/>
              </w:rPr>
              <w:t xml:space="preserve">працівниками та іншими фахівцями з </w:t>
            </w:r>
            <w:r w:rsidR="0027366C" w:rsidRPr="00484F7F">
              <w:rPr>
                <w:rFonts w:eastAsia="Arial"/>
                <w:bCs/>
                <w:color w:val="auto"/>
                <w:sz w:val="22"/>
                <w:lang w:val="ru-RU"/>
              </w:rPr>
              <w:t xml:space="preserve">                            </w:t>
            </w:r>
            <w:r w:rsidRPr="00484F7F">
              <w:rPr>
                <w:rFonts w:eastAsia="Arial"/>
                <w:bCs/>
                <w:color w:val="auto"/>
                <w:sz w:val="22"/>
                <w:lang w:val="ru-RU"/>
              </w:rPr>
              <w:t xml:space="preserve">дотриманням принципів поваги до гідності, конфіденційності, </w:t>
            </w:r>
            <w:r w:rsidR="0027366C" w:rsidRPr="00484F7F">
              <w:rPr>
                <w:rFonts w:eastAsia="Arial"/>
                <w:bCs/>
                <w:color w:val="auto"/>
                <w:sz w:val="22"/>
                <w:lang w:val="ru-RU"/>
              </w:rPr>
              <w:t xml:space="preserve">               </w:t>
            </w:r>
            <w:r w:rsidRPr="00484F7F">
              <w:rPr>
                <w:rFonts w:eastAsia="Arial"/>
                <w:bCs/>
                <w:color w:val="auto"/>
                <w:sz w:val="22"/>
                <w:lang w:val="ru-RU"/>
              </w:rPr>
              <w:t>недискримінації та травма-інформованого підходу.</w:t>
            </w:r>
          </w:p>
          <w:p w14:paraId="72BB1A89" w14:textId="77777777" w:rsidR="00E854DD" w:rsidRPr="00484F7F" w:rsidRDefault="00E854DD" w:rsidP="00D95C4A">
            <w:pPr>
              <w:spacing w:after="24"/>
              <w:rPr>
                <w:rFonts w:eastAsia="Arial"/>
                <w:bCs/>
                <w:color w:val="auto"/>
                <w:sz w:val="22"/>
                <w:lang w:val="ru-RU"/>
              </w:rPr>
            </w:pPr>
          </w:p>
          <w:p w14:paraId="4C854116" w14:textId="7E332A5B" w:rsidR="00E854DD" w:rsidRPr="00484F7F" w:rsidRDefault="00E854DD" w:rsidP="00D95C4A">
            <w:pPr>
              <w:spacing w:after="24"/>
              <w:rPr>
                <w:rFonts w:eastAsia="Arial"/>
                <w:b/>
                <w:color w:val="auto"/>
                <w:sz w:val="22"/>
                <w:lang w:val="ru-RU"/>
              </w:rPr>
            </w:pPr>
            <w:r w:rsidRPr="00484F7F">
              <w:rPr>
                <w:rFonts w:eastAsia="Arial"/>
                <w:b/>
                <w:color w:val="auto"/>
                <w:sz w:val="22"/>
                <w:lang w:val="ru-RU"/>
              </w:rPr>
              <w:t xml:space="preserve">З1.К2. </w:t>
            </w:r>
            <w:r w:rsidRPr="00484F7F">
              <w:rPr>
                <w:rFonts w:eastAsia="Arial"/>
                <w:bCs/>
                <w:color w:val="auto"/>
                <w:sz w:val="22"/>
                <w:lang w:val="ru-RU"/>
              </w:rPr>
              <w:t xml:space="preserve">Узгоджувати з </w:t>
            </w:r>
            <w:r w:rsidR="0027366C" w:rsidRPr="00484F7F">
              <w:rPr>
                <w:rFonts w:eastAsia="Arial"/>
                <w:bCs/>
                <w:color w:val="auto"/>
                <w:sz w:val="22"/>
                <w:lang w:val="ru-RU"/>
              </w:rPr>
              <w:t xml:space="preserve">      </w:t>
            </w:r>
            <w:r w:rsidRPr="00484F7F">
              <w:rPr>
                <w:rFonts w:eastAsia="Arial"/>
                <w:bCs/>
                <w:color w:val="auto"/>
                <w:sz w:val="22"/>
                <w:lang w:val="ru-RU"/>
              </w:rPr>
              <w:t xml:space="preserve">отримувачем підтримки подальші кроки </w:t>
            </w:r>
            <w:r w:rsidR="0027366C" w:rsidRPr="00484F7F">
              <w:rPr>
                <w:rFonts w:eastAsia="Arial"/>
                <w:bCs/>
                <w:color w:val="auto"/>
                <w:sz w:val="22"/>
                <w:lang w:val="ru-RU"/>
              </w:rPr>
              <w:t xml:space="preserve">                </w:t>
            </w:r>
            <w:r w:rsidRPr="00484F7F">
              <w:rPr>
                <w:rFonts w:eastAsia="Arial"/>
                <w:bCs/>
                <w:color w:val="auto"/>
                <w:sz w:val="22"/>
                <w:lang w:val="ru-RU"/>
              </w:rPr>
              <w:t>маршруту, зрозуміло</w:t>
            </w:r>
            <w:r w:rsidR="0027366C" w:rsidRPr="00484F7F">
              <w:rPr>
                <w:rFonts w:eastAsia="Arial"/>
                <w:bCs/>
                <w:color w:val="auto"/>
                <w:sz w:val="22"/>
                <w:lang w:val="ru-RU"/>
              </w:rPr>
              <w:t xml:space="preserve">           </w:t>
            </w:r>
            <w:r w:rsidRPr="00484F7F">
              <w:rPr>
                <w:rFonts w:eastAsia="Arial"/>
                <w:bCs/>
                <w:color w:val="auto"/>
                <w:sz w:val="22"/>
                <w:lang w:val="ru-RU"/>
              </w:rPr>
              <w:t xml:space="preserve"> пояснювати порядок </w:t>
            </w:r>
            <w:r w:rsidR="0027366C" w:rsidRPr="00484F7F">
              <w:rPr>
                <w:rFonts w:eastAsia="Arial"/>
                <w:bCs/>
                <w:color w:val="auto"/>
                <w:sz w:val="22"/>
                <w:lang w:val="ru-RU"/>
              </w:rPr>
              <w:t xml:space="preserve">            </w:t>
            </w:r>
            <w:r w:rsidRPr="00484F7F">
              <w:rPr>
                <w:rFonts w:eastAsia="Arial"/>
                <w:bCs/>
                <w:color w:val="auto"/>
                <w:sz w:val="22"/>
                <w:lang w:val="ru-RU"/>
              </w:rPr>
              <w:t>отримання допомоги та перевіряти розуміння наданої інформації.</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6AF6EBD" w14:textId="587AF6D2" w:rsidR="004E1C2F" w:rsidRPr="00484F7F" w:rsidRDefault="006C7AEF" w:rsidP="00D95C4A">
            <w:pPr>
              <w:spacing w:after="24"/>
              <w:rPr>
                <w:rFonts w:eastAsia="Arial"/>
                <w:bCs/>
                <w:color w:val="auto"/>
                <w:sz w:val="22"/>
                <w:lang w:val="ru-RU"/>
              </w:rPr>
            </w:pPr>
            <w:r w:rsidRPr="00484F7F">
              <w:rPr>
                <w:rFonts w:eastAsia="Arial"/>
                <w:b/>
                <w:color w:val="auto"/>
                <w:sz w:val="22"/>
                <w:lang w:val="ru-RU"/>
              </w:rPr>
              <w:t xml:space="preserve">З1.В1. </w:t>
            </w:r>
            <w:r w:rsidRPr="00484F7F">
              <w:rPr>
                <w:rFonts w:eastAsia="Arial"/>
                <w:bCs/>
                <w:color w:val="auto"/>
                <w:sz w:val="22"/>
                <w:lang w:val="ru-RU"/>
              </w:rPr>
              <w:t xml:space="preserve">Самостійно </w:t>
            </w:r>
            <w:r w:rsidR="0027366C" w:rsidRPr="00484F7F">
              <w:rPr>
                <w:rFonts w:eastAsia="Arial"/>
                <w:bCs/>
                <w:color w:val="auto"/>
                <w:sz w:val="22"/>
                <w:lang w:val="ru-RU"/>
              </w:rPr>
              <w:t xml:space="preserve">                </w:t>
            </w:r>
            <w:r w:rsidRPr="00484F7F">
              <w:rPr>
                <w:rFonts w:eastAsia="Arial"/>
                <w:bCs/>
                <w:color w:val="auto"/>
                <w:sz w:val="22"/>
                <w:lang w:val="ru-RU"/>
              </w:rPr>
              <w:t xml:space="preserve">організовувати та здійснювати супровід у межах посадових </w:t>
            </w:r>
            <w:r w:rsidR="0027366C" w:rsidRPr="00484F7F">
              <w:rPr>
                <w:rFonts w:eastAsia="Arial"/>
                <w:bCs/>
                <w:color w:val="auto"/>
                <w:sz w:val="22"/>
                <w:lang w:val="ru-RU"/>
              </w:rPr>
              <w:t xml:space="preserve">                 </w:t>
            </w:r>
            <w:r w:rsidRPr="00484F7F">
              <w:rPr>
                <w:rFonts w:eastAsia="Arial"/>
                <w:bCs/>
                <w:color w:val="auto"/>
                <w:sz w:val="22"/>
                <w:lang w:val="ru-RU"/>
              </w:rPr>
              <w:t xml:space="preserve">повноважень, </w:t>
            </w:r>
            <w:r w:rsidR="008C506C">
              <w:rPr>
                <w:rFonts w:eastAsia="Arial"/>
                <w:bCs/>
                <w:color w:val="auto"/>
                <w:sz w:val="22"/>
                <w:lang w:val="ru-RU"/>
              </w:rPr>
              <w:t xml:space="preserve">                         </w:t>
            </w:r>
            <w:r w:rsidRPr="00484F7F">
              <w:rPr>
                <w:rFonts w:eastAsia="Arial"/>
                <w:bCs/>
                <w:color w:val="auto"/>
                <w:sz w:val="22"/>
                <w:lang w:val="ru-RU"/>
              </w:rPr>
              <w:t xml:space="preserve">забезпечувати послідовність і </w:t>
            </w:r>
            <w:r w:rsidR="0027366C" w:rsidRPr="00484F7F">
              <w:rPr>
                <w:rFonts w:eastAsia="Arial"/>
                <w:bCs/>
                <w:color w:val="auto"/>
                <w:sz w:val="22"/>
                <w:lang w:val="ru-RU"/>
              </w:rPr>
              <w:t xml:space="preserve">           </w:t>
            </w:r>
            <w:r w:rsidRPr="00484F7F">
              <w:rPr>
                <w:rFonts w:eastAsia="Arial"/>
                <w:bCs/>
                <w:color w:val="auto"/>
                <w:sz w:val="22"/>
                <w:lang w:val="ru-RU"/>
              </w:rPr>
              <w:t>безперервність</w:t>
            </w:r>
            <w:r w:rsidR="00D56CA5" w:rsidRPr="00484F7F">
              <w:rPr>
                <w:rFonts w:eastAsia="Arial"/>
                <w:bCs/>
                <w:color w:val="auto"/>
                <w:sz w:val="22"/>
                <w:lang w:val="ru-RU"/>
              </w:rPr>
              <w:t xml:space="preserve">                  </w:t>
            </w:r>
            <w:r w:rsidRPr="00484F7F">
              <w:rPr>
                <w:rFonts w:eastAsia="Arial"/>
                <w:bCs/>
                <w:color w:val="auto"/>
                <w:sz w:val="22"/>
                <w:lang w:val="ru-RU"/>
              </w:rPr>
              <w:t xml:space="preserve"> маршруту підтримки та своєчасно залучати відповідних фахівців.</w:t>
            </w:r>
          </w:p>
          <w:p w14:paraId="5FA98AF7" w14:textId="77777777" w:rsidR="006C7AEF" w:rsidRPr="00484F7F" w:rsidRDefault="006C7AEF" w:rsidP="00D95C4A">
            <w:pPr>
              <w:spacing w:after="24"/>
              <w:rPr>
                <w:rFonts w:eastAsia="Arial"/>
                <w:bCs/>
                <w:color w:val="auto"/>
                <w:sz w:val="22"/>
                <w:lang w:val="ru-RU"/>
              </w:rPr>
            </w:pPr>
          </w:p>
          <w:p w14:paraId="2F1ED50A" w14:textId="413BCF89" w:rsidR="006C7AEF" w:rsidRPr="00484F7F" w:rsidRDefault="0028318F" w:rsidP="00D95C4A">
            <w:pPr>
              <w:spacing w:after="24"/>
              <w:rPr>
                <w:rFonts w:eastAsia="Arial"/>
                <w:b/>
                <w:color w:val="auto"/>
                <w:sz w:val="22"/>
                <w:lang w:val="ru-RU"/>
              </w:rPr>
            </w:pPr>
            <w:r w:rsidRPr="00484F7F">
              <w:rPr>
                <w:rFonts w:eastAsia="Arial"/>
                <w:b/>
                <w:color w:val="auto"/>
                <w:sz w:val="22"/>
                <w:lang w:val="ru-RU"/>
              </w:rPr>
              <w:t xml:space="preserve">З1. В2. </w:t>
            </w:r>
            <w:r w:rsidRPr="00484F7F">
              <w:rPr>
                <w:rFonts w:eastAsia="Arial"/>
                <w:bCs/>
                <w:color w:val="auto"/>
                <w:sz w:val="22"/>
                <w:lang w:val="ru-RU"/>
              </w:rPr>
              <w:t xml:space="preserve">Не приймати рішень щодо </w:t>
            </w:r>
            <w:r w:rsidR="00D56CA5" w:rsidRPr="00484F7F">
              <w:rPr>
                <w:rFonts w:eastAsia="Arial"/>
                <w:bCs/>
                <w:color w:val="auto"/>
                <w:sz w:val="22"/>
                <w:lang w:val="ru-RU"/>
              </w:rPr>
              <w:t xml:space="preserve">                     </w:t>
            </w:r>
            <w:r w:rsidRPr="00484F7F">
              <w:rPr>
                <w:rFonts w:eastAsia="Arial"/>
                <w:bCs/>
                <w:color w:val="auto"/>
                <w:sz w:val="22"/>
                <w:lang w:val="ru-RU"/>
              </w:rPr>
              <w:t xml:space="preserve">діагностики, лікування, медичних </w:t>
            </w:r>
            <w:proofErr w:type="gramStart"/>
            <w:r w:rsidRPr="00484F7F">
              <w:rPr>
                <w:rFonts w:eastAsia="Arial"/>
                <w:bCs/>
                <w:color w:val="auto"/>
                <w:sz w:val="22"/>
                <w:lang w:val="ru-RU"/>
              </w:rPr>
              <w:t>показань,</w:t>
            </w:r>
            <w:r w:rsidR="00D56CA5" w:rsidRPr="00484F7F">
              <w:rPr>
                <w:rFonts w:eastAsia="Arial"/>
                <w:bCs/>
                <w:color w:val="auto"/>
                <w:sz w:val="22"/>
                <w:lang w:val="ru-RU"/>
              </w:rPr>
              <w:t xml:space="preserve">   </w:t>
            </w:r>
            <w:proofErr w:type="gramEnd"/>
            <w:r w:rsidR="00D56CA5" w:rsidRPr="00484F7F">
              <w:rPr>
                <w:rFonts w:eastAsia="Arial"/>
                <w:bCs/>
                <w:color w:val="auto"/>
                <w:sz w:val="22"/>
                <w:lang w:val="ru-RU"/>
              </w:rPr>
              <w:t xml:space="preserve">          </w:t>
            </w:r>
            <w:r w:rsidRPr="00484F7F">
              <w:rPr>
                <w:rFonts w:eastAsia="Arial"/>
                <w:bCs/>
                <w:color w:val="auto"/>
                <w:sz w:val="22"/>
                <w:lang w:val="ru-RU"/>
              </w:rPr>
              <w:t xml:space="preserve"> реабілітаційних </w:t>
            </w:r>
            <w:r w:rsidR="00D56CA5" w:rsidRPr="00484F7F">
              <w:rPr>
                <w:rFonts w:eastAsia="Arial"/>
                <w:bCs/>
                <w:color w:val="auto"/>
                <w:sz w:val="22"/>
                <w:lang w:val="ru-RU"/>
              </w:rPr>
              <w:t xml:space="preserve">                 </w:t>
            </w:r>
            <w:r w:rsidRPr="00484F7F">
              <w:rPr>
                <w:rFonts w:eastAsia="Arial"/>
                <w:bCs/>
                <w:color w:val="auto"/>
                <w:sz w:val="22"/>
                <w:lang w:val="ru-RU"/>
              </w:rPr>
              <w:t>втручань та інших</w:t>
            </w:r>
            <w:r w:rsidR="00D56CA5" w:rsidRPr="00484F7F">
              <w:rPr>
                <w:rFonts w:eastAsia="Arial"/>
                <w:bCs/>
                <w:color w:val="auto"/>
                <w:sz w:val="22"/>
                <w:lang w:val="ru-RU"/>
              </w:rPr>
              <w:t xml:space="preserve">             </w:t>
            </w:r>
            <w:r w:rsidRPr="00484F7F">
              <w:rPr>
                <w:rFonts w:eastAsia="Arial"/>
                <w:bCs/>
                <w:color w:val="auto"/>
                <w:sz w:val="22"/>
                <w:lang w:val="ru-RU"/>
              </w:rPr>
              <w:t xml:space="preserve"> питань, віднесених до компетенції медичних і реабілітаційних працівників.</w:t>
            </w:r>
          </w:p>
        </w:tc>
      </w:tr>
      <w:tr w:rsidR="0028318F" w:rsidRPr="0076799D" w14:paraId="66433AB9"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2DF5BBFA" w14:textId="77777777" w:rsidR="0028318F" w:rsidRPr="00484F7F" w:rsidRDefault="0028318F" w:rsidP="00217531">
            <w:pPr>
              <w:rPr>
                <w:b/>
                <w:bCs/>
                <w:color w:val="auto"/>
                <w:sz w:val="22"/>
                <w:lang w:val="uk-UA"/>
              </w:rPr>
            </w:pP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7392CDA" w14:textId="42D3A14B" w:rsidR="0028318F" w:rsidRPr="00484F7F" w:rsidRDefault="0018306A" w:rsidP="001F7936">
            <w:pPr>
              <w:rPr>
                <w:rFonts w:eastAsia="Arial"/>
                <w:b/>
                <w:color w:val="auto"/>
                <w:sz w:val="22"/>
                <w:lang w:val="ru-RU"/>
              </w:rPr>
            </w:pPr>
            <w:r w:rsidRPr="00484F7F">
              <w:rPr>
                <w:rFonts w:eastAsia="Arial"/>
                <w:b/>
                <w:color w:val="auto"/>
                <w:sz w:val="22"/>
                <w:lang w:val="ru-RU"/>
              </w:rPr>
              <w:t xml:space="preserve">З2. Здатність </w:t>
            </w:r>
            <w:r w:rsidR="00D56CA5" w:rsidRPr="00484F7F">
              <w:rPr>
                <w:rFonts w:eastAsia="Arial"/>
                <w:b/>
                <w:color w:val="auto"/>
                <w:sz w:val="22"/>
                <w:lang w:val="ru-RU"/>
              </w:rPr>
              <w:t xml:space="preserve">                   </w:t>
            </w:r>
            <w:r w:rsidRPr="00484F7F">
              <w:rPr>
                <w:rFonts w:eastAsia="Arial"/>
                <w:b/>
                <w:color w:val="auto"/>
                <w:sz w:val="22"/>
                <w:lang w:val="ru-RU"/>
              </w:rPr>
              <w:t xml:space="preserve">координувати маршрут ветерана війни або військовослужбовця – учасника бойових дій під час </w:t>
            </w:r>
            <w:r w:rsidR="00D56CA5" w:rsidRPr="00484F7F">
              <w:rPr>
                <w:rFonts w:eastAsia="Arial"/>
                <w:b/>
                <w:color w:val="auto"/>
                <w:sz w:val="22"/>
                <w:lang w:val="ru-RU"/>
              </w:rPr>
              <w:t xml:space="preserve">                       </w:t>
            </w:r>
            <w:r w:rsidRPr="00484F7F">
              <w:rPr>
                <w:rFonts w:eastAsia="Arial"/>
                <w:b/>
                <w:color w:val="auto"/>
                <w:sz w:val="22"/>
                <w:lang w:val="ru-RU"/>
              </w:rPr>
              <w:t xml:space="preserve">отримання медичної, реабілітаційної, психологічної та пов’язаної з ними соціальної </w:t>
            </w:r>
            <w:r w:rsidR="00D56CA5" w:rsidRPr="00484F7F">
              <w:rPr>
                <w:rFonts w:eastAsia="Arial"/>
                <w:b/>
                <w:color w:val="auto"/>
                <w:sz w:val="22"/>
                <w:lang w:val="ru-RU"/>
              </w:rPr>
              <w:t xml:space="preserve">                       </w:t>
            </w:r>
            <w:r w:rsidRPr="00484F7F">
              <w:rPr>
                <w:rFonts w:eastAsia="Arial"/>
                <w:b/>
                <w:color w:val="auto"/>
                <w:sz w:val="22"/>
                <w:lang w:val="ru-RU"/>
              </w:rPr>
              <w:t>допомоги.</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24398DE8" w14:textId="77777777" w:rsidR="0028318F" w:rsidRPr="00484F7F" w:rsidRDefault="0018306A" w:rsidP="00217531">
            <w:pPr>
              <w:spacing w:after="24"/>
              <w:rPr>
                <w:rFonts w:eastAsia="Arial"/>
                <w:bCs/>
                <w:color w:val="auto"/>
                <w:sz w:val="22"/>
                <w:lang w:val="ru-RU"/>
              </w:rPr>
            </w:pPr>
            <w:r w:rsidRPr="00484F7F">
              <w:rPr>
                <w:rFonts w:eastAsia="Arial"/>
                <w:b/>
                <w:color w:val="auto"/>
                <w:sz w:val="22"/>
                <w:lang w:val="ru-RU"/>
              </w:rPr>
              <w:t xml:space="preserve">З2.З1. </w:t>
            </w:r>
            <w:r w:rsidRPr="00484F7F">
              <w:rPr>
                <w:rFonts w:eastAsia="Arial"/>
                <w:bCs/>
                <w:color w:val="auto"/>
                <w:sz w:val="22"/>
                <w:lang w:val="ru-RU"/>
              </w:rPr>
              <w:t>Основні види та етапи медичної й реабілітаційної допомоги, порядок направлення та взаємодії між закладами охорони здоров’я і фахівцями.</w:t>
            </w:r>
          </w:p>
          <w:p w14:paraId="29606862" w14:textId="77777777" w:rsidR="0018306A" w:rsidRPr="00484F7F" w:rsidRDefault="0018306A" w:rsidP="00217531">
            <w:pPr>
              <w:spacing w:after="24"/>
              <w:rPr>
                <w:rFonts w:eastAsia="Arial"/>
                <w:bCs/>
                <w:color w:val="auto"/>
                <w:sz w:val="22"/>
                <w:lang w:val="ru-RU"/>
              </w:rPr>
            </w:pPr>
          </w:p>
          <w:p w14:paraId="777A8886" w14:textId="509250DC" w:rsidR="0018306A" w:rsidRPr="00484F7F" w:rsidRDefault="0018306A" w:rsidP="00217531">
            <w:pPr>
              <w:spacing w:after="24"/>
              <w:rPr>
                <w:rFonts w:eastAsia="Arial"/>
                <w:b/>
                <w:color w:val="auto"/>
                <w:sz w:val="22"/>
                <w:lang w:val="ru-RU"/>
              </w:rPr>
            </w:pPr>
            <w:r w:rsidRPr="00484F7F">
              <w:rPr>
                <w:rFonts w:eastAsia="Arial"/>
                <w:b/>
                <w:color w:val="auto"/>
                <w:sz w:val="22"/>
                <w:lang w:val="ru-RU"/>
              </w:rPr>
              <w:t xml:space="preserve">З2.З2. </w:t>
            </w:r>
            <w:r w:rsidRPr="00484F7F">
              <w:rPr>
                <w:rFonts w:eastAsia="Arial"/>
                <w:bCs/>
                <w:color w:val="auto"/>
                <w:sz w:val="22"/>
                <w:lang w:val="ru-RU"/>
              </w:rPr>
              <w:t xml:space="preserve">Можливості державних, комунальних та інших надавачів медичних, </w:t>
            </w:r>
            <w:r w:rsidR="008C506C">
              <w:rPr>
                <w:rFonts w:eastAsia="Arial"/>
                <w:bCs/>
                <w:color w:val="auto"/>
                <w:sz w:val="22"/>
                <w:lang w:val="ru-RU"/>
              </w:rPr>
              <w:t xml:space="preserve">                   </w:t>
            </w:r>
            <w:r w:rsidRPr="00484F7F">
              <w:rPr>
                <w:rFonts w:eastAsia="Arial"/>
                <w:bCs/>
                <w:color w:val="auto"/>
                <w:sz w:val="22"/>
                <w:lang w:val="ru-RU"/>
              </w:rPr>
              <w:t xml:space="preserve">реабілітаційних, </w:t>
            </w:r>
            <w:r w:rsidR="008C506C">
              <w:rPr>
                <w:rFonts w:eastAsia="Arial"/>
                <w:bCs/>
                <w:color w:val="auto"/>
                <w:sz w:val="22"/>
                <w:lang w:val="ru-RU"/>
              </w:rPr>
              <w:t xml:space="preserve">                             </w:t>
            </w:r>
            <w:r w:rsidRPr="00484F7F">
              <w:rPr>
                <w:rFonts w:eastAsia="Arial"/>
                <w:bCs/>
                <w:color w:val="auto"/>
                <w:sz w:val="22"/>
                <w:lang w:val="ru-RU"/>
              </w:rPr>
              <w:t>психологічних і соціальних послуг та порядок доступу до них.</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55ACB54" w14:textId="19EE3452" w:rsidR="0028318F" w:rsidRPr="00484F7F" w:rsidRDefault="00A80C57" w:rsidP="00217531">
            <w:pPr>
              <w:spacing w:after="24"/>
              <w:rPr>
                <w:rFonts w:eastAsia="Arial"/>
                <w:bCs/>
                <w:color w:val="auto"/>
                <w:sz w:val="22"/>
                <w:lang w:val="ru-RU"/>
              </w:rPr>
            </w:pPr>
            <w:r w:rsidRPr="00484F7F">
              <w:rPr>
                <w:rFonts w:eastAsia="Arial"/>
                <w:b/>
                <w:color w:val="auto"/>
                <w:sz w:val="22"/>
                <w:lang w:val="uk-UA"/>
              </w:rPr>
              <w:t xml:space="preserve">З2.У1. </w:t>
            </w:r>
            <w:r w:rsidRPr="00484F7F">
              <w:rPr>
                <w:rFonts w:eastAsia="Arial"/>
                <w:bCs/>
                <w:color w:val="auto"/>
                <w:sz w:val="22"/>
                <w:lang w:val="ru-RU"/>
              </w:rPr>
              <w:t xml:space="preserve">Визначати разом з </w:t>
            </w:r>
            <w:r w:rsidR="00D56CA5" w:rsidRPr="00484F7F">
              <w:rPr>
                <w:rFonts w:eastAsia="Arial"/>
                <w:bCs/>
                <w:color w:val="auto"/>
                <w:sz w:val="22"/>
                <w:lang w:val="ru-RU"/>
              </w:rPr>
              <w:t xml:space="preserve">             </w:t>
            </w:r>
            <w:r w:rsidRPr="00484F7F">
              <w:rPr>
                <w:rFonts w:eastAsia="Arial"/>
                <w:bCs/>
                <w:color w:val="auto"/>
                <w:sz w:val="22"/>
                <w:lang w:val="ru-RU"/>
              </w:rPr>
              <w:t xml:space="preserve">отримувачем підтримки </w:t>
            </w:r>
            <w:r w:rsidR="00D56CA5" w:rsidRPr="00484F7F">
              <w:rPr>
                <w:rFonts w:eastAsia="Arial"/>
                <w:bCs/>
                <w:color w:val="auto"/>
                <w:sz w:val="22"/>
                <w:lang w:val="ru-RU"/>
              </w:rPr>
              <w:t xml:space="preserve">              </w:t>
            </w:r>
            <w:r w:rsidRPr="00484F7F">
              <w:rPr>
                <w:rFonts w:eastAsia="Arial"/>
                <w:bCs/>
                <w:color w:val="auto"/>
                <w:sz w:val="22"/>
                <w:lang w:val="ru-RU"/>
              </w:rPr>
              <w:t>необхідні організаційні дії для проходження</w:t>
            </w:r>
            <w:r w:rsidR="00D56CA5" w:rsidRPr="00484F7F">
              <w:rPr>
                <w:rFonts w:eastAsia="Arial"/>
                <w:bCs/>
                <w:color w:val="auto"/>
                <w:sz w:val="22"/>
                <w:lang w:val="ru-RU"/>
              </w:rPr>
              <w:t xml:space="preserve">                           </w:t>
            </w:r>
            <w:r w:rsidRPr="00484F7F">
              <w:rPr>
                <w:rFonts w:eastAsia="Arial"/>
                <w:bCs/>
                <w:color w:val="auto"/>
                <w:sz w:val="22"/>
                <w:lang w:val="ru-RU"/>
              </w:rPr>
              <w:t xml:space="preserve"> погодженого маршруту та сприяти їх своєчасному</w:t>
            </w:r>
            <w:r w:rsidR="00D56CA5" w:rsidRPr="00484F7F">
              <w:rPr>
                <w:rFonts w:eastAsia="Arial"/>
                <w:bCs/>
                <w:color w:val="auto"/>
                <w:sz w:val="22"/>
                <w:lang w:val="ru-RU"/>
              </w:rPr>
              <w:t xml:space="preserve">                </w:t>
            </w:r>
            <w:r w:rsidRPr="00484F7F">
              <w:rPr>
                <w:rFonts w:eastAsia="Arial"/>
                <w:bCs/>
                <w:color w:val="auto"/>
                <w:sz w:val="22"/>
                <w:lang w:val="ru-RU"/>
              </w:rPr>
              <w:t xml:space="preserve"> виконанню.</w:t>
            </w:r>
          </w:p>
          <w:p w14:paraId="61F4392C" w14:textId="77777777" w:rsidR="00A80C57" w:rsidRPr="00484F7F" w:rsidRDefault="00A80C57" w:rsidP="00217531">
            <w:pPr>
              <w:spacing w:after="24"/>
              <w:rPr>
                <w:rFonts w:eastAsia="Arial"/>
                <w:bCs/>
                <w:color w:val="auto"/>
                <w:sz w:val="22"/>
                <w:lang w:val="ru-RU"/>
              </w:rPr>
            </w:pPr>
          </w:p>
          <w:p w14:paraId="6A1E08D5" w14:textId="44128A27" w:rsidR="00A80C57" w:rsidRPr="00484F7F" w:rsidRDefault="00A80C57" w:rsidP="00217531">
            <w:pPr>
              <w:spacing w:after="24"/>
              <w:rPr>
                <w:rFonts w:eastAsia="Arial"/>
                <w:bCs/>
                <w:color w:val="auto"/>
                <w:sz w:val="22"/>
                <w:lang w:val="ru-RU"/>
              </w:rPr>
            </w:pPr>
            <w:r w:rsidRPr="00484F7F">
              <w:rPr>
                <w:rFonts w:eastAsia="Arial"/>
                <w:b/>
                <w:color w:val="auto"/>
                <w:sz w:val="22"/>
                <w:lang w:val="ru-RU"/>
              </w:rPr>
              <w:t xml:space="preserve">З2.У2. </w:t>
            </w:r>
            <w:r w:rsidRPr="00484F7F">
              <w:rPr>
                <w:rFonts w:eastAsia="Arial"/>
                <w:bCs/>
                <w:color w:val="auto"/>
                <w:sz w:val="22"/>
                <w:lang w:val="ru-RU"/>
              </w:rPr>
              <w:t xml:space="preserve">Координувати </w:t>
            </w:r>
            <w:r w:rsidR="00D56CA5" w:rsidRPr="00484F7F">
              <w:rPr>
                <w:rFonts w:eastAsia="Arial"/>
                <w:bCs/>
                <w:color w:val="auto"/>
                <w:sz w:val="22"/>
                <w:lang w:val="ru-RU"/>
              </w:rPr>
              <w:t xml:space="preserve">                    </w:t>
            </w:r>
            <w:r w:rsidRPr="00484F7F">
              <w:rPr>
                <w:rFonts w:eastAsia="Arial"/>
                <w:bCs/>
                <w:color w:val="auto"/>
                <w:sz w:val="22"/>
                <w:lang w:val="ru-RU"/>
              </w:rPr>
              <w:t xml:space="preserve">передачу необхідної </w:t>
            </w:r>
            <w:r w:rsidR="00D56CA5" w:rsidRPr="00484F7F">
              <w:rPr>
                <w:rFonts w:eastAsia="Arial"/>
                <w:bCs/>
                <w:color w:val="auto"/>
                <w:sz w:val="22"/>
                <w:lang w:val="ru-RU"/>
              </w:rPr>
              <w:t xml:space="preserve">                         </w:t>
            </w:r>
            <w:r w:rsidRPr="00484F7F">
              <w:rPr>
                <w:rFonts w:eastAsia="Arial"/>
                <w:bCs/>
                <w:color w:val="auto"/>
                <w:sz w:val="22"/>
                <w:lang w:val="ru-RU"/>
              </w:rPr>
              <w:t xml:space="preserve">інформації між </w:t>
            </w:r>
            <w:r w:rsidR="00D56CA5" w:rsidRPr="00484F7F">
              <w:rPr>
                <w:rFonts w:eastAsia="Arial"/>
                <w:bCs/>
                <w:color w:val="auto"/>
                <w:sz w:val="22"/>
                <w:lang w:val="ru-RU"/>
              </w:rPr>
              <w:t xml:space="preserve">                               </w:t>
            </w:r>
            <w:r w:rsidRPr="00484F7F">
              <w:rPr>
                <w:rFonts w:eastAsia="Arial"/>
                <w:bCs/>
                <w:color w:val="auto"/>
                <w:sz w:val="22"/>
                <w:lang w:val="ru-RU"/>
              </w:rPr>
              <w:t>уповноваженими суб’єктами за наявності правових підстав та необхідних погоджень.</w:t>
            </w:r>
          </w:p>
          <w:p w14:paraId="32D47B03" w14:textId="41B1262E" w:rsidR="00A80C57" w:rsidRPr="00484F7F" w:rsidRDefault="00A80C57" w:rsidP="00217531">
            <w:pPr>
              <w:spacing w:after="24"/>
              <w:rPr>
                <w:rFonts w:eastAsia="Arial"/>
                <w:b/>
                <w:color w:val="auto"/>
                <w:sz w:val="22"/>
                <w:lang w:val="ru-RU"/>
              </w:rPr>
            </w:pPr>
            <w:r w:rsidRPr="00484F7F">
              <w:rPr>
                <w:rFonts w:eastAsia="Arial"/>
                <w:b/>
                <w:color w:val="auto"/>
                <w:sz w:val="22"/>
                <w:lang w:val="ru-RU"/>
              </w:rPr>
              <w:t xml:space="preserve">З2.У3. </w:t>
            </w:r>
            <w:r w:rsidRPr="00484F7F">
              <w:rPr>
                <w:rFonts w:eastAsia="Arial"/>
                <w:bCs/>
                <w:color w:val="auto"/>
                <w:sz w:val="22"/>
                <w:lang w:val="ru-RU"/>
              </w:rPr>
              <w:t xml:space="preserve">Виявляти затримки, порушення безперервності маршруту та інші </w:t>
            </w:r>
            <w:r w:rsidR="00D56CA5" w:rsidRPr="00484F7F">
              <w:rPr>
                <w:rFonts w:eastAsia="Arial"/>
                <w:bCs/>
                <w:color w:val="auto"/>
                <w:sz w:val="22"/>
                <w:lang w:val="ru-RU"/>
              </w:rPr>
              <w:t xml:space="preserve">                         </w:t>
            </w:r>
            <w:r w:rsidRPr="00484F7F">
              <w:rPr>
                <w:rFonts w:eastAsia="Arial"/>
                <w:bCs/>
                <w:color w:val="auto"/>
                <w:sz w:val="22"/>
                <w:lang w:val="ru-RU"/>
              </w:rPr>
              <w:t xml:space="preserve">організаційні бар’єри і </w:t>
            </w:r>
            <w:r w:rsidR="00D56CA5" w:rsidRPr="00484F7F">
              <w:rPr>
                <w:rFonts w:eastAsia="Arial"/>
                <w:bCs/>
                <w:color w:val="auto"/>
                <w:sz w:val="22"/>
                <w:lang w:val="ru-RU"/>
              </w:rPr>
              <w:t xml:space="preserve">               </w:t>
            </w:r>
            <w:r w:rsidRPr="00484F7F">
              <w:rPr>
                <w:rFonts w:eastAsia="Arial"/>
                <w:bCs/>
                <w:color w:val="auto"/>
                <w:sz w:val="22"/>
                <w:lang w:val="ru-RU"/>
              </w:rPr>
              <w:t>вживати заходів щодо їх</w:t>
            </w:r>
            <w:r w:rsidR="00D56CA5" w:rsidRPr="00484F7F">
              <w:rPr>
                <w:rFonts w:eastAsia="Arial"/>
                <w:bCs/>
                <w:color w:val="auto"/>
                <w:sz w:val="22"/>
                <w:lang w:val="ru-RU"/>
              </w:rPr>
              <w:t xml:space="preserve">                        </w:t>
            </w:r>
            <w:r w:rsidRPr="00484F7F">
              <w:rPr>
                <w:rFonts w:eastAsia="Arial"/>
                <w:bCs/>
                <w:color w:val="auto"/>
                <w:sz w:val="22"/>
                <w:lang w:val="ru-RU"/>
              </w:rPr>
              <w:t xml:space="preserve"> усунення в межах </w:t>
            </w:r>
            <w:r w:rsidR="00D56CA5" w:rsidRPr="00484F7F">
              <w:rPr>
                <w:rFonts w:eastAsia="Arial"/>
                <w:bCs/>
                <w:color w:val="auto"/>
                <w:sz w:val="22"/>
                <w:lang w:val="ru-RU"/>
              </w:rPr>
              <w:t xml:space="preserve">                        </w:t>
            </w:r>
            <w:r w:rsidRPr="00484F7F">
              <w:rPr>
                <w:rFonts w:eastAsia="Arial"/>
                <w:bCs/>
                <w:color w:val="auto"/>
                <w:sz w:val="22"/>
                <w:lang w:val="ru-RU"/>
              </w:rPr>
              <w:t>професійних повноважень.</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C9CDAFD" w14:textId="77777777" w:rsidR="0028318F" w:rsidRPr="00484F7F" w:rsidRDefault="00330B51" w:rsidP="00D95C4A">
            <w:pPr>
              <w:spacing w:after="24"/>
              <w:rPr>
                <w:rFonts w:eastAsia="Arial"/>
                <w:bCs/>
                <w:color w:val="auto"/>
                <w:sz w:val="22"/>
                <w:lang w:val="ru-RU"/>
              </w:rPr>
            </w:pPr>
            <w:r w:rsidRPr="00484F7F">
              <w:rPr>
                <w:rFonts w:eastAsia="Arial"/>
                <w:b/>
                <w:color w:val="auto"/>
                <w:sz w:val="22"/>
                <w:lang w:val="ru-RU"/>
              </w:rPr>
              <w:t xml:space="preserve">З2.К1. </w:t>
            </w:r>
            <w:r w:rsidRPr="00484F7F">
              <w:rPr>
                <w:rFonts w:eastAsia="Arial"/>
                <w:bCs/>
                <w:color w:val="auto"/>
                <w:sz w:val="22"/>
                <w:lang w:val="ru-RU"/>
              </w:rPr>
              <w:t>Узгоджувати дії між отримувачем підтримки, медичними працівниками та іншими залученими суб’єктами, визначаючи наступний крок, відповідального суб’єкта та строк його виконання.</w:t>
            </w:r>
          </w:p>
          <w:p w14:paraId="0CABDAB2" w14:textId="77777777" w:rsidR="00330B51" w:rsidRPr="00484F7F" w:rsidRDefault="00330B51" w:rsidP="00D95C4A">
            <w:pPr>
              <w:spacing w:after="24"/>
              <w:rPr>
                <w:rFonts w:eastAsia="Arial"/>
                <w:bCs/>
                <w:color w:val="auto"/>
                <w:sz w:val="22"/>
                <w:lang w:val="ru-RU"/>
              </w:rPr>
            </w:pPr>
          </w:p>
          <w:p w14:paraId="1C7FDF29" w14:textId="3BDADEE7" w:rsidR="00330B51" w:rsidRPr="00484F7F" w:rsidRDefault="00330B51" w:rsidP="00D95C4A">
            <w:pPr>
              <w:spacing w:after="24"/>
              <w:rPr>
                <w:rFonts w:eastAsia="Arial"/>
                <w:b/>
                <w:color w:val="auto"/>
                <w:sz w:val="22"/>
                <w:lang w:val="ru-RU"/>
              </w:rPr>
            </w:pP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0A0DCCB" w14:textId="5CD5578F" w:rsidR="0028318F" w:rsidRPr="00484F7F" w:rsidRDefault="00C43873" w:rsidP="00D95C4A">
            <w:pPr>
              <w:spacing w:after="24"/>
              <w:rPr>
                <w:rFonts w:eastAsia="Arial"/>
                <w:b/>
                <w:color w:val="auto"/>
                <w:sz w:val="22"/>
                <w:lang w:val="ru-RU"/>
              </w:rPr>
            </w:pPr>
            <w:r w:rsidRPr="00484F7F">
              <w:rPr>
                <w:rFonts w:eastAsia="Arial"/>
                <w:b/>
                <w:color w:val="auto"/>
                <w:sz w:val="22"/>
                <w:lang w:val="ru-RU"/>
              </w:rPr>
              <w:t xml:space="preserve">З2.В1. </w:t>
            </w:r>
            <w:r w:rsidR="00330B51" w:rsidRPr="00484F7F">
              <w:rPr>
                <w:rFonts w:eastAsia="Arial"/>
                <w:bCs/>
                <w:color w:val="auto"/>
                <w:sz w:val="22"/>
                <w:lang w:val="ru-RU"/>
              </w:rPr>
              <w:t>Відповідати за</w:t>
            </w:r>
            <w:r w:rsidR="00D56CA5" w:rsidRPr="00484F7F">
              <w:rPr>
                <w:rFonts w:eastAsia="Arial"/>
                <w:bCs/>
                <w:color w:val="auto"/>
                <w:sz w:val="22"/>
                <w:lang w:val="ru-RU"/>
              </w:rPr>
              <w:t xml:space="preserve">        </w:t>
            </w:r>
            <w:r w:rsidR="00330B51" w:rsidRPr="00484F7F">
              <w:rPr>
                <w:rFonts w:eastAsia="Arial"/>
                <w:bCs/>
                <w:color w:val="auto"/>
                <w:sz w:val="22"/>
                <w:lang w:val="ru-RU"/>
              </w:rPr>
              <w:t xml:space="preserve"> організацію та</w:t>
            </w:r>
            <w:r w:rsidR="00D56CA5" w:rsidRPr="00484F7F">
              <w:rPr>
                <w:rFonts w:eastAsia="Arial"/>
                <w:bCs/>
                <w:color w:val="auto"/>
                <w:sz w:val="22"/>
                <w:lang w:val="ru-RU"/>
              </w:rPr>
              <w:t xml:space="preserve">                        </w:t>
            </w:r>
            <w:r w:rsidR="00330B51" w:rsidRPr="00484F7F">
              <w:rPr>
                <w:rFonts w:eastAsia="Arial"/>
                <w:bCs/>
                <w:color w:val="auto"/>
                <w:sz w:val="22"/>
                <w:lang w:val="ru-RU"/>
              </w:rPr>
              <w:t xml:space="preserve"> координацію маршруту супроводу в межах </w:t>
            </w:r>
            <w:r w:rsidR="00D56CA5" w:rsidRPr="00484F7F">
              <w:rPr>
                <w:rFonts w:eastAsia="Arial"/>
                <w:bCs/>
                <w:color w:val="auto"/>
                <w:sz w:val="22"/>
                <w:lang w:val="ru-RU"/>
              </w:rPr>
              <w:t xml:space="preserve">        </w:t>
            </w:r>
            <w:r w:rsidR="00330B51" w:rsidRPr="00484F7F">
              <w:rPr>
                <w:rFonts w:eastAsia="Arial"/>
                <w:bCs/>
                <w:color w:val="auto"/>
                <w:sz w:val="22"/>
                <w:lang w:val="ru-RU"/>
              </w:rPr>
              <w:t xml:space="preserve">посадових повноважень, не втручаючись у </w:t>
            </w:r>
            <w:r w:rsidR="00D56CA5" w:rsidRPr="00484F7F">
              <w:rPr>
                <w:rFonts w:eastAsia="Arial"/>
                <w:bCs/>
                <w:color w:val="auto"/>
                <w:sz w:val="22"/>
                <w:lang w:val="ru-RU"/>
              </w:rPr>
              <w:t xml:space="preserve">               </w:t>
            </w:r>
            <w:r w:rsidR="00330B51" w:rsidRPr="00484F7F">
              <w:rPr>
                <w:rFonts w:eastAsia="Arial"/>
                <w:bCs/>
                <w:color w:val="auto"/>
                <w:sz w:val="22"/>
                <w:lang w:val="ru-RU"/>
              </w:rPr>
              <w:t xml:space="preserve">професійні рішення медичних, </w:t>
            </w:r>
            <w:r w:rsidR="00D56CA5" w:rsidRPr="00484F7F">
              <w:rPr>
                <w:rFonts w:eastAsia="Arial"/>
                <w:bCs/>
                <w:color w:val="auto"/>
                <w:sz w:val="22"/>
                <w:lang w:val="ru-RU"/>
              </w:rPr>
              <w:t xml:space="preserve">                               </w:t>
            </w:r>
            <w:r w:rsidR="00330B51" w:rsidRPr="00484F7F">
              <w:rPr>
                <w:rFonts w:eastAsia="Arial"/>
                <w:bCs/>
                <w:color w:val="auto"/>
                <w:sz w:val="22"/>
                <w:lang w:val="ru-RU"/>
              </w:rPr>
              <w:t>реабілітаційних та інших спеціалізованих працівників.</w:t>
            </w:r>
          </w:p>
        </w:tc>
      </w:tr>
      <w:tr w:rsidR="00C43873" w:rsidRPr="0076799D" w14:paraId="1E0FA7DC"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1AC1AB8" w14:textId="77777777" w:rsidR="00C43873" w:rsidRPr="00484F7F" w:rsidRDefault="00C43873" w:rsidP="00217531">
            <w:pPr>
              <w:rPr>
                <w:b/>
                <w:bCs/>
                <w:color w:val="auto"/>
                <w:sz w:val="22"/>
                <w:lang w:val="uk-UA"/>
              </w:rPr>
            </w:pP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289B95E" w14:textId="21769EAC" w:rsidR="00C43873" w:rsidRPr="00484F7F" w:rsidRDefault="00C43873" w:rsidP="001F7936">
            <w:pPr>
              <w:rPr>
                <w:rFonts w:eastAsia="Arial"/>
                <w:b/>
                <w:color w:val="auto"/>
                <w:sz w:val="22"/>
                <w:lang w:val="ru-RU"/>
              </w:rPr>
            </w:pPr>
            <w:r w:rsidRPr="00484F7F">
              <w:rPr>
                <w:rFonts w:eastAsia="Arial"/>
                <w:b/>
                <w:color w:val="auto"/>
                <w:sz w:val="22"/>
                <w:lang w:val="ru-RU"/>
              </w:rPr>
              <w:t xml:space="preserve">З3. Здатність </w:t>
            </w:r>
            <w:r w:rsidR="00234C4A" w:rsidRPr="00484F7F">
              <w:rPr>
                <w:rFonts w:eastAsia="Arial"/>
                <w:b/>
                <w:color w:val="auto"/>
                <w:sz w:val="22"/>
                <w:lang w:val="ru-RU"/>
              </w:rPr>
              <w:t xml:space="preserve">                 </w:t>
            </w:r>
            <w:r w:rsidRPr="00484F7F">
              <w:rPr>
                <w:rFonts w:eastAsia="Arial"/>
                <w:b/>
                <w:color w:val="auto"/>
                <w:sz w:val="22"/>
                <w:lang w:val="ru-RU"/>
              </w:rPr>
              <w:t xml:space="preserve">забезпечувати наступність </w:t>
            </w:r>
            <w:r w:rsidR="00234C4A" w:rsidRPr="00484F7F">
              <w:rPr>
                <w:rFonts w:eastAsia="Arial"/>
                <w:b/>
                <w:color w:val="auto"/>
                <w:sz w:val="22"/>
                <w:lang w:val="ru-RU"/>
              </w:rPr>
              <w:t xml:space="preserve">                  </w:t>
            </w:r>
            <w:r w:rsidRPr="00484F7F">
              <w:rPr>
                <w:rFonts w:eastAsia="Arial"/>
                <w:b/>
                <w:color w:val="auto"/>
                <w:sz w:val="22"/>
                <w:lang w:val="ru-RU"/>
              </w:rPr>
              <w:t xml:space="preserve">супроводу ветеранів війни та військовослужбовців – учасників бойових дій під час переходу від </w:t>
            </w:r>
            <w:r w:rsidR="00234C4A" w:rsidRPr="00484F7F">
              <w:rPr>
                <w:rFonts w:eastAsia="Arial"/>
                <w:b/>
                <w:color w:val="auto"/>
                <w:sz w:val="22"/>
                <w:lang w:val="ru-RU"/>
              </w:rPr>
              <w:t xml:space="preserve">              </w:t>
            </w:r>
            <w:r w:rsidRPr="00484F7F">
              <w:rPr>
                <w:rFonts w:eastAsia="Arial"/>
                <w:b/>
                <w:color w:val="auto"/>
                <w:sz w:val="22"/>
                <w:lang w:val="ru-RU"/>
              </w:rPr>
              <w:t>лікування та</w:t>
            </w:r>
            <w:r w:rsidR="00234C4A" w:rsidRPr="00484F7F">
              <w:rPr>
                <w:rFonts w:eastAsia="Arial"/>
                <w:b/>
                <w:color w:val="auto"/>
                <w:sz w:val="22"/>
                <w:lang w:val="ru-RU"/>
              </w:rPr>
              <w:t xml:space="preserve">                </w:t>
            </w:r>
            <w:r w:rsidRPr="00484F7F">
              <w:rPr>
                <w:rFonts w:eastAsia="Arial"/>
                <w:b/>
                <w:color w:val="auto"/>
                <w:sz w:val="22"/>
                <w:lang w:val="ru-RU"/>
              </w:rPr>
              <w:t xml:space="preserve"> реабілітації у</w:t>
            </w:r>
            <w:r w:rsidR="00234C4A" w:rsidRPr="00484F7F">
              <w:rPr>
                <w:rFonts w:eastAsia="Arial"/>
                <w:b/>
                <w:color w:val="auto"/>
                <w:sz w:val="22"/>
                <w:lang w:val="ru-RU"/>
              </w:rPr>
              <w:t xml:space="preserve">               </w:t>
            </w:r>
            <w:r w:rsidRPr="00484F7F">
              <w:rPr>
                <w:rFonts w:eastAsia="Arial"/>
                <w:b/>
                <w:color w:val="auto"/>
                <w:sz w:val="22"/>
                <w:lang w:val="ru-RU"/>
              </w:rPr>
              <w:t xml:space="preserve"> закладі охорони здоров’я до </w:t>
            </w:r>
            <w:r w:rsidR="00234C4A" w:rsidRPr="00484F7F">
              <w:rPr>
                <w:rFonts w:eastAsia="Arial"/>
                <w:b/>
                <w:color w:val="auto"/>
                <w:sz w:val="22"/>
                <w:lang w:val="ru-RU"/>
              </w:rPr>
              <w:t xml:space="preserve">                      </w:t>
            </w:r>
            <w:r w:rsidRPr="00484F7F">
              <w:rPr>
                <w:rFonts w:eastAsia="Arial"/>
                <w:b/>
                <w:color w:val="auto"/>
                <w:sz w:val="22"/>
                <w:lang w:val="ru-RU"/>
              </w:rPr>
              <w:t>отримання необхідної підтримки за місцем проживання або проходження служби.</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65FF5610" w14:textId="218C107C" w:rsidR="00C43873" w:rsidRPr="00484F7F" w:rsidRDefault="00C43873" w:rsidP="00217531">
            <w:pPr>
              <w:spacing w:after="24"/>
              <w:rPr>
                <w:rFonts w:eastAsia="Arial"/>
                <w:bCs/>
                <w:color w:val="auto"/>
                <w:sz w:val="22"/>
                <w:lang w:val="ru-RU"/>
              </w:rPr>
            </w:pPr>
            <w:r w:rsidRPr="00484F7F">
              <w:rPr>
                <w:rFonts w:eastAsia="Arial"/>
                <w:b/>
                <w:color w:val="auto"/>
                <w:sz w:val="22"/>
                <w:lang w:val="ru-RU"/>
              </w:rPr>
              <w:t xml:space="preserve">З3.З1. </w:t>
            </w:r>
            <w:r w:rsidRPr="00484F7F">
              <w:rPr>
                <w:rFonts w:eastAsia="Arial"/>
                <w:bCs/>
                <w:color w:val="auto"/>
                <w:sz w:val="22"/>
                <w:lang w:val="ru-RU"/>
              </w:rPr>
              <w:t xml:space="preserve">Можливості громади та відповідних державних і недержавних суб’єктів щодо соціальної, психологічної, </w:t>
            </w:r>
            <w:r w:rsidR="00234C4A" w:rsidRPr="00484F7F">
              <w:rPr>
                <w:rFonts w:eastAsia="Arial"/>
                <w:bCs/>
                <w:color w:val="auto"/>
                <w:sz w:val="22"/>
                <w:lang w:val="ru-RU"/>
              </w:rPr>
              <w:t xml:space="preserve">  </w:t>
            </w:r>
            <w:r w:rsidRPr="00484F7F">
              <w:rPr>
                <w:rFonts w:eastAsia="Arial"/>
                <w:bCs/>
                <w:color w:val="auto"/>
                <w:sz w:val="22"/>
                <w:lang w:val="ru-RU"/>
              </w:rPr>
              <w:t xml:space="preserve">реабілітаційної, </w:t>
            </w:r>
            <w:r w:rsidR="00234C4A" w:rsidRPr="00484F7F">
              <w:rPr>
                <w:rFonts w:eastAsia="Arial"/>
                <w:bCs/>
                <w:color w:val="auto"/>
                <w:sz w:val="22"/>
                <w:lang w:val="ru-RU"/>
              </w:rPr>
              <w:t xml:space="preserve">                 </w:t>
            </w:r>
            <w:r w:rsidRPr="00484F7F">
              <w:rPr>
                <w:rFonts w:eastAsia="Arial"/>
                <w:bCs/>
                <w:color w:val="auto"/>
                <w:sz w:val="22"/>
                <w:lang w:val="ru-RU"/>
              </w:rPr>
              <w:t>адміністративної, освітньої, професійної та іншої підтримки.</w:t>
            </w:r>
          </w:p>
          <w:p w14:paraId="786EF9E4" w14:textId="77777777" w:rsidR="000C2773" w:rsidRPr="00484F7F" w:rsidRDefault="000C2773" w:rsidP="00217531">
            <w:pPr>
              <w:spacing w:after="24"/>
              <w:rPr>
                <w:rFonts w:eastAsia="Arial"/>
                <w:bCs/>
                <w:color w:val="auto"/>
                <w:sz w:val="22"/>
                <w:lang w:val="ru-RU"/>
              </w:rPr>
            </w:pPr>
          </w:p>
          <w:p w14:paraId="389931A7" w14:textId="66E06690" w:rsidR="000C2773" w:rsidRPr="00484F7F" w:rsidRDefault="000C2773" w:rsidP="00217531">
            <w:pPr>
              <w:spacing w:after="24"/>
              <w:rPr>
                <w:rFonts w:eastAsia="Arial"/>
                <w:b/>
                <w:color w:val="auto"/>
                <w:sz w:val="22"/>
                <w:lang w:val="ru-RU"/>
              </w:rPr>
            </w:pPr>
            <w:r w:rsidRPr="00484F7F">
              <w:rPr>
                <w:rFonts w:eastAsia="Arial"/>
                <w:b/>
                <w:color w:val="auto"/>
                <w:sz w:val="22"/>
                <w:lang w:val="ru-RU"/>
              </w:rPr>
              <w:t xml:space="preserve">З3.З2. </w:t>
            </w:r>
            <w:r w:rsidRPr="00484F7F">
              <w:rPr>
                <w:rFonts w:eastAsia="Arial"/>
                <w:bCs/>
                <w:color w:val="auto"/>
                <w:sz w:val="22"/>
                <w:lang w:val="ru-RU"/>
              </w:rPr>
              <w:t xml:space="preserve">Порядок міжвідомчої взаємодії та передачі </w:t>
            </w:r>
            <w:r w:rsidR="00234C4A" w:rsidRPr="00484F7F">
              <w:rPr>
                <w:rFonts w:eastAsia="Arial"/>
                <w:bCs/>
                <w:color w:val="auto"/>
                <w:sz w:val="22"/>
                <w:lang w:val="ru-RU"/>
              </w:rPr>
              <w:t xml:space="preserve">                 </w:t>
            </w:r>
            <w:r w:rsidRPr="00484F7F">
              <w:rPr>
                <w:rFonts w:eastAsia="Arial"/>
                <w:bCs/>
                <w:color w:val="auto"/>
                <w:sz w:val="22"/>
                <w:lang w:val="ru-RU"/>
              </w:rPr>
              <w:t xml:space="preserve">необхідної інформації під час переходу особи між закладом охорони здоров’я та </w:t>
            </w:r>
            <w:r w:rsidR="00234C4A" w:rsidRPr="00484F7F">
              <w:rPr>
                <w:rFonts w:eastAsia="Arial"/>
                <w:bCs/>
                <w:color w:val="auto"/>
                <w:sz w:val="22"/>
                <w:lang w:val="ru-RU"/>
              </w:rPr>
              <w:t xml:space="preserve">                </w:t>
            </w:r>
            <w:r w:rsidRPr="00484F7F">
              <w:rPr>
                <w:rFonts w:eastAsia="Arial"/>
                <w:bCs/>
                <w:color w:val="auto"/>
                <w:sz w:val="22"/>
                <w:lang w:val="ru-RU"/>
              </w:rPr>
              <w:t>суб’єктами системи підтримки громади або</w:t>
            </w:r>
            <w:r w:rsidR="00234C4A" w:rsidRPr="00484F7F">
              <w:rPr>
                <w:rFonts w:eastAsia="Arial"/>
                <w:bCs/>
                <w:color w:val="auto"/>
                <w:sz w:val="22"/>
                <w:lang w:val="ru-RU"/>
              </w:rPr>
              <w:t xml:space="preserve">                  </w:t>
            </w:r>
            <w:r w:rsidRPr="00484F7F">
              <w:rPr>
                <w:rFonts w:eastAsia="Arial"/>
                <w:bCs/>
                <w:color w:val="auto"/>
                <w:sz w:val="22"/>
                <w:lang w:val="ru-RU"/>
              </w:rPr>
              <w:t xml:space="preserve"> іншими уповноваженими суб’єктами.</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371C861" w14:textId="29D30845" w:rsidR="00C43873" w:rsidRPr="00484F7F" w:rsidRDefault="000C2773" w:rsidP="00217531">
            <w:pPr>
              <w:spacing w:after="24"/>
              <w:rPr>
                <w:rFonts w:eastAsia="Arial"/>
                <w:bCs/>
                <w:color w:val="auto"/>
                <w:sz w:val="22"/>
                <w:lang w:val="uk-UA"/>
              </w:rPr>
            </w:pPr>
            <w:r w:rsidRPr="00484F7F">
              <w:rPr>
                <w:rFonts w:eastAsia="Arial"/>
                <w:b/>
                <w:color w:val="auto"/>
                <w:sz w:val="22"/>
                <w:lang w:val="uk-UA"/>
              </w:rPr>
              <w:t xml:space="preserve">З3.У1. </w:t>
            </w:r>
            <w:r w:rsidRPr="00484F7F">
              <w:rPr>
                <w:rFonts w:eastAsia="Arial"/>
                <w:bCs/>
                <w:color w:val="auto"/>
                <w:sz w:val="22"/>
                <w:lang w:val="uk-UA"/>
              </w:rPr>
              <w:t xml:space="preserve">Визначати разом з отримувачем підтримки </w:t>
            </w:r>
            <w:r w:rsidR="00234C4A" w:rsidRPr="00484F7F">
              <w:rPr>
                <w:rFonts w:eastAsia="Arial"/>
                <w:bCs/>
                <w:color w:val="auto"/>
                <w:sz w:val="22"/>
                <w:lang w:val="uk-UA"/>
              </w:rPr>
              <w:t xml:space="preserve">              </w:t>
            </w:r>
            <w:r w:rsidRPr="00484F7F">
              <w:rPr>
                <w:rFonts w:eastAsia="Arial"/>
                <w:bCs/>
                <w:color w:val="auto"/>
                <w:sz w:val="22"/>
                <w:lang w:val="uk-UA"/>
              </w:rPr>
              <w:t>необхідні послуги та ресурси для продовження підтримки після завершення або зміни етапу лікування чи</w:t>
            </w:r>
            <w:r w:rsidR="00234C4A" w:rsidRPr="00484F7F">
              <w:rPr>
                <w:rFonts w:eastAsia="Arial"/>
                <w:bCs/>
                <w:color w:val="auto"/>
                <w:sz w:val="22"/>
                <w:lang w:val="uk-UA"/>
              </w:rPr>
              <w:t xml:space="preserve">                          </w:t>
            </w:r>
            <w:r w:rsidRPr="00484F7F">
              <w:rPr>
                <w:rFonts w:eastAsia="Arial"/>
                <w:bCs/>
                <w:color w:val="auto"/>
                <w:sz w:val="22"/>
                <w:lang w:val="uk-UA"/>
              </w:rPr>
              <w:t xml:space="preserve"> реабілітації.</w:t>
            </w:r>
          </w:p>
          <w:p w14:paraId="65AC623B" w14:textId="77777777" w:rsidR="005D4235" w:rsidRPr="00484F7F" w:rsidRDefault="005D4235" w:rsidP="00217531">
            <w:pPr>
              <w:spacing w:after="24"/>
              <w:rPr>
                <w:rFonts w:eastAsia="Arial"/>
                <w:bCs/>
                <w:color w:val="auto"/>
                <w:sz w:val="22"/>
                <w:lang w:val="uk-UA"/>
              </w:rPr>
            </w:pPr>
          </w:p>
          <w:p w14:paraId="6812B0BA" w14:textId="47FEA1D6" w:rsidR="005D4235" w:rsidRPr="00484F7F" w:rsidRDefault="005D4235" w:rsidP="00217531">
            <w:pPr>
              <w:spacing w:after="24"/>
              <w:rPr>
                <w:rFonts w:eastAsia="Arial"/>
                <w:b/>
                <w:color w:val="auto"/>
                <w:sz w:val="22"/>
                <w:lang w:val="uk-UA"/>
              </w:rPr>
            </w:pPr>
            <w:r w:rsidRPr="00484F7F">
              <w:rPr>
                <w:rFonts w:eastAsia="Arial"/>
                <w:b/>
                <w:color w:val="auto"/>
                <w:sz w:val="22"/>
                <w:lang w:val="uk-UA"/>
              </w:rPr>
              <w:t>З3.У2</w:t>
            </w:r>
            <w:r w:rsidRPr="00484F7F">
              <w:rPr>
                <w:rFonts w:eastAsia="Arial"/>
                <w:bCs/>
                <w:color w:val="auto"/>
                <w:sz w:val="22"/>
                <w:lang w:val="uk-UA"/>
              </w:rPr>
              <w:t xml:space="preserve">. Організовувати </w:t>
            </w:r>
            <w:r w:rsidR="00234C4A" w:rsidRPr="00484F7F">
              <w:rPr>
                <w:rFonts w:eastAsia="Arial"/>
                <w:bCs/>
                <w:color w:val="auto"/>
                <w:sz w:val="22"/>
                <w:lang w:val="uk-UA"/>
              </w:rPr>
              <w:t xml:space="preserve">                  </w:t>
            </w:r>
            <w:r w:rsidRPr="00484F7F">
              <w:rPr>
                <w:rFonts w:eastAsia="Arial"/>
                <w:bCs/>
                <w:color w:val="auto"/>
                <w:sz w:val="22"/>
                <w:lang w:val="uk-UA"/>
              </w:rPr>
              <w:t xml:space="preserve">перенаправлення до </w:t>
            </w:r>
            <w:r w:rsidR="00234C4A" w:rsidRPr="00484F7F">
              <w:rPr>
                <w:rFonts w:eastAsia="Arial"/>
                <w:bCs/>
                <w:color w:val="auto"/>
                <w:sz w:val="22"/>
                <w:lang w:val="uk-UA"/>
              </w:rPr>
              <w:t xml:space="preserve">                     </w:t>
            </w:r>
            <w:r w:rsidRPr="00484F7F">
              <w:rPr>
                <w:rFonts w:eastAsia="Arial"/>
                <w:bCs/>
                <w:color w:val="auto"/>
                <w:sz w:val="22"/>
                <w:lang w:val="uk-UA"/>
              </w:rPr>
              <w:t xml:space="preserve">відповідних служб і надавачів та відстежувати продовження погодженого маршруту </w:t>
            </w:r>
            <w:r w:rsidR="00234C4A" w:rsidRPr="00484F7F">
              <w:rPr>
                <w:rFonts w:eastAsia="Arial"/>
                <w:bCs/>
                <w:color w:val="auto"/>
                <w:sz w:val="22"/>
                <w:lang w:val="uk-UA"/>
              </w:rPr>
              <w:t xml:space="preserve">              </w:t>
            </w:r>
            <w:r w:rsidRPr="00484F7F">
              <w:rPr>
                <w:rFonts w:eastAsia="Arial"/>
                <w:bCs/>
                <w:color w:val="auto"/>
                <w:sz w:val="22"/>
                <w:lang w:val="uk-UA"/>
              </w:rPr>
              <w:t>підтримки.</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F6BABB4" w14:textId="37CDBE1A" w:rsidR="00C43873" w:rsidRPr="00484F7F" w:rsidRDefault="005D4235" w:rsidP="00D95C4A">
            <w:pPr>
              <w:spacing w:after="24"/>
              <w:rPr>
                <w:rFonts w:eastAsia="Arial"/>
                <w:bCs/>
                <w:color w:val="auto"/>
                <w:sz w:val="22"/>
                <w:lang w:val="ru-RU"/>
              </w:rPr>
            </w:pPr>
            <w:r w:rsidRPr="00484F7F">
              <w:rPr>
                <w:rFonts w:eastAsia="Arial"/>
                <w:b/>
                <w:color w:val="auto"/>
                <w:sz w:val="22"/>
                <w:lang w:val="ru-RU"/>
              </w:rPr>
              <w:t xml:space="preserve">З3.К1. </w:t>
            </w:r>
            <w:r w:rsidRPr="00484F7F">
              <w:rPr>
                <w:rFonts w:eastAsia="Arial"/>
                <w:bCs/>
                <w:color w:val="auto"/>
                <w:sz w:val="22"/>
                <w:lang w:val="ru-RU"/>
              </w:rPr>
              <w:t xml:space="preserve">Пояснювати </w:t>
            </w:r>
            <w:r w:rsidR="00234C4A" w:rsidRPr="00484F7F">
              <w:rPr>
                <w:rFonts w:eastAsia="Arial"/>
                <w:bCs/>
                <w:color w:val="auto"/>
                <w:sz w:val="22"/>
                <w:lang w:val="ru-RU"/>
              </w:rPr>
              <w:t xml:space="preserve">                 </w:t>
            </w:r>
            <w:r w:rsidRPr="00484F7F">
              <w:rPr>
                <w:rFonts w:eastAsia="Arial"/>
                <w:bCs/>
                <w:color w:val="auto"/>
                <w:sz w:val="22"/>
                <w:lang w:val="ru-RU"/>
              </w:rPr>
              <w:t xml:space="preserve">отримувачу підтримки та членам його сім’ї </w:t>
            </w:r>
            <w:r w:rsidR="00234C4A" w:rsidRPr="00484F7F">
              <w:rPr>
                <w:rFonts w:eastAsia="Arial"/>
                <w:bCs/>
                <w:color w:val="auto"/>
                <w:sz w:val="22"/>
                <w:lang w:val="ru-RU"/>
              </w:rPr>
              <w:t xml:space="preserve">                    </w:t>
            </w:r>
            <w:r w:rsidRPr="00484F7F">
              <w:rPr>
                <w:rFonts w:eastAsia="Arial"/>
                <w:bCs/>
                <w:color w:val="auto"/>
                <w:sz w:val="22"/>
                <w:lang w:val="ru-RU"/>
              </w:rPr>
              <w:t>порядок подальшого</w:t>
            </w:r>
            <w:r w:rsidR="00234C4A" w:rsidRPr="00484F7F">
              <w:rPr>
                <w:rFonts w:eastAsia="Arial"/>
                <w:bCs/>
                <w:color w:val="auto"/>
                <w:sz w:val="22"/>
                <w:lang w:val="ru-RU"/>
              </w:rPr>
              <w:t xml:space="preserve">                 </w:t>
            </w:r>
            <w:r w:rsidRPr="00484F7F">
              <w:rPr>
                <w:rFonts w:eastAsia="Arial"/>
                <w:bCs/>
                <w:color w:val="auto"/>
                <w:sz w:val="22"/>
                <w:lang w:val="ru-RU"/>
              </w:rPr>
              <w:t xml:space="preserve"> отримання допомоги та узгоджувати наступні кроки маршруту.</w:t>
            </w:r>
          </w:p>
          <w:p w14:paraId="093B5D15" w14:textId="77777777" w:rsidR="005D4235" w:rsidRPr="00484F7F" w:rsidRDefault="005D4235" w:rsidP="00D95C4A">
            <w:pPr>
              <w:spacing w:after="24"/>
              <w:rPr>
                <w:rFonts w:eastAsia="Arial"/>
                <w:bCs/>
                <w:color w:val="auto"/>
                <w:sz w:val="22"/>
                <w:lang w:val="ru-RU"/>
              </w:rPr>
            </w:pPr>
          </w:p>
          <w:p w14:paraId="3012C057" w14:textId="0B7079B0" w:rsidR="005D4235" w:rsidRPr="00484F7F" w:rsidRDefault="005D4235" w:rsidP="00D95C4A">
            <w:pPr>
              <w:spacing w:after="24"/>
              <w:rPr>
                <w:rFonts w:eastAsia="Arial"/>
                <w:b/>
                <w:color w:val="auto"/>
                <w:sz w:val="22"/>
                <w:lang w:val="ru-RU"/>
              </w:rPr>
            </w:pP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5A698B3E" w14:textId="63BA5664" w:rsidR="00C43873" w:rsidRPr="00484F7F" w:rsidRDefault="005D4235" w:rsidP="00D95C4A">
            <w:pPr>
              <w:spacing w:after="24"/>
              <w:rPr>
                <w:rFonts w:eastAsia="Arial"/>
                <w:b/>
                <w:color w:val="auto"/>
                <w:sz w:val="22"/>
                <w:lang w:val="ru-RU"/>
              </w:rPr>
            </w:pPr>
            <w:r w:rsidRPr="00484F7F">
              <w:rPr>
                <w:rFonts w:eastAsia="Arial"/>
                <w:b/>
                <w:color w:val="auto"/>
                <w:sz w:val="22"/>
                <w:lang w:val="ru-RU"/>
              </w:rPr>
              <w:t xml:space="preserve">З3.В1. </w:t>
            </w:r>
            <w:r w:rsidRPr="00484F7F">
              <w:rPr>
                <w:rFonts w:eastAsia="Arial"/>
                <w:bCs/>
                <w:color w:val="auto"/>
                <w:sz w:val="22"/>
                <w:lang w:val="ru-RU"/>
              </w:rPr>
              <w:t xml:space="preserve">Забезпечувати наступність супроводу та своєчасне </w:t>
            </w:r>
            <w:r w:rsidR="00234C4A" w:rsidRPr="00484F7F">
              <w:rPr>
                <w:rFonts w:eastAsia="Arial"/>
                <w:bCs/>
                <w:color w:val="auto"/>
                <w:sz w:val="22"/>
                <w:lang w:val="ru-RU"/>
              </w:rPr>
              <w:t xml:space="preserve">                             </w:t>
            </w:r>
            <w:r w:rsidRPr="00484F7F">
              <w:rPr>
                <w:rFonts w:eastAsia="Arial"/>
                <w:bCs/>
                <w:color w:val="auto"/>
                <w:sz w:val="22"/>
                <w:lang w:val="ru-RU"/>
              </w:rPr>
              <w:t xml:space="preserve">передавання випадку відповідному суб’єкту, не перебираючи на себе функції медичного, </w:t>
            </w:r>
            <w:r w:rsidR="00234C4A" w:rsidRPr="00484F7F">
              <w:rPr>
                <w:rFonts w:eastAsia="Arial"/>
                <w:bCs/>
                <w:color w:val="auto"/>
                <w:sz w:val="22"/>
                <w:lang w:val="ru-RU"/>
              </w:rPr>
              <w:t xml:space="preserve">              </w:t>
            </w:r>
            <w:r w:rsidRPr="00484F7F">
              <w:rPr>
                <w:rFonts w:eastAsia="Arial"/>
                <w:bCs/>
                <w:color w:val="auto"/>
                <w:sz w:val="22"/>
                <w:lang w:val="ru-RU"/>
              </w:rPr>
              <w:t xml:space="preserve">реабілітаційного, </w:t>
            </w:r>
            <w:r w:rsidR="00234C4A" w:rsidRPr="00484F7F">
              <w:rPr>
                <w:rFonts w:eastAsia="Arial"/>
                <w:bCs/>
                <w:color w:val="auto"/>
                <w:sz w:val="22"/>
                <w:lang w:val="ru-RU"/>
              </w:rPr>
              <w:t xml:space="preserve">                    </w:t>
            </w:r>
            <w:r w:rsidRPr="00484F7F">
              <w:rPr>
                <w:rFonts w:eastAsia="Arial"/>
                <w:bCs/>
                <w:color w:val="auto"/>
                <w:sz w:val="22"/>
                <w:lang w:val="ru-RU"/>
              </w:rPr>
              <w:t xml:space="preserve">психологічного чи </w:t>
            </w:r>
            <w:r w:rsidR="00234C4A" w:rsidRPr="00484F7F">
              <w:rPr>
                <w:rFonts w:eastAsia="Arial"/>
                <w:bCs/>
                <w:color w:val="auto"/>
                <w:sz w:val="22"/>
                <w:lang w:val="ru-RU"/>
              </w:rPr>
              <w:t xml:space="preserve">                 </w:t>
            </w:r>
            <w:r w:rsidRPr="00484F7F">
              <w:rPr>
                <w:rFonts w:eastAsia="Arial"/>
                <w:bCs/>
                <w:color w:val="auto"/>
                <w:sz w:val="22"/>
                <w:lang w:val="ru-RU"/>
              </w:rPr>
              <w:t>іншого спеціалізованого працівника.</w:t>
            </w:r>
          </w:p>
        </w:tc>
      </w:tr>
      <w:tr w:rsidR="005D4235" w:rsidRPr="0076799D" w14:paraId="28FC38F2"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17AAC18" w14:textId="77777777" w:rsidR="005D4235" w:rsidRPr="00484F7F" w:rsidRDefault="005D4235" w:rsidP="00217531">
            <w:pPr>
              <w:rPr>
                <w:b/>
                <w:bCs/>
                <w:color w:val="auto"/>
                <w:sz w:val="22"/>
                <w:lang w:val="uk-UA"/>
              </w:rPr>
            </w:pP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A28F621" w14:textId="2820409E" w:rsidR="005D4235" w:rsidRPr="00484F7F" w:rsidRDefault="005D4235" w:rsidP="001F7936">
            <w:pPr>
              <w:rPr>
                <w:rFonts w:eastAsia="Arial"/>
                <w:b/>
                <w:color w:val="auto"/>
                <w:sz w:val="22"/>
                <w:lang w:val="ru-RU"/>
              </w:rPr>
            </w:pPr>
            <w:r w:rsidRPr="00484F7F">
              <w:rPr>
                <w:rFonts w:eastAsia="Arial"/>
                <w:b/>
                <w:color w:val="auto"/>
                <w:sz w:val="22"/>
                <w:lang w:val="ru-RU"/>
              </w:rPr>
              <w:t xml:space="preserve">З4. Здатність </w:t>
            </w:r>
            <w:r w:rsidR="00582EFC" w:rsidRPr="00484F7F">
              <w:rPr>
                <w:rFonts w:eastAsia="Arial"/>
                <w:b/>
                <w:color w:val="auto"/>
                <w:sz w:val="22"/>
                <w:lang w:val="ru-RU"/>
              </w:rPr>
              <w:t xml:space="preserve">                   </w:t>
            </w:r>
            <w:r w:rsidRPr="00484F7F">
              <w:rPr>
                <w:rFonts w:eastAsia="Arial"/>
                <w:b/>
                <w:color w:val="auto"/>
                <w:sz w:val="22"/>
                <w:lang w:val="ru-RU"/>
              </w:rPr>
              <w:t xml:space="preserve">забезпечувати конфіденційність і належний захист інформації про </w:t>
            </w:r>
            <w:r w:rsidR="00582EFC" w:rsidRPr="00484F7F">
              <w:rPr>
                <w:rFonts w:eastAsia="Arial"/>
                <w:b/>
                <w:color w:val="auto"/>
                <w:sz w:val="22"/>
                <w:lang w:val="ru-RU"/>
              </w:rPr>
              <w:t xml:space="preserve">                 </w:t>
            </w:r>
            <w:r w:rsidRPr="00484F7F">
              <w:rPr>
                <w:rFonts w:eastAsia="Arial"/>
                <w:b/>
                <w:color w:val="auto"/>
                <w:sz w:val="22"/>
                <w:lang w:val="ru-RU"/>
              </w:rPr>
              <w:t xml:space="preserve">ветеранів війни та військовослужбовців – учасників бойових дій під час здійснення </w:t>
            </w:r>
            <w:r w:rsidR="00582EFC" w:rsidRPr="00484F7F">
              <w:rPr>
                <w:rFonts w:eastAsia="Arial"/>
                <w:b/>
                <w:color w:val="auto"/>
                <w:sz w:val="22"/>
                <w:lang w:val="ru-RU"/>
              </w:rPr>
              <w:t xml:space="preserve">                           </w:t>
            </w:r>
            <w:r w:rsidRPr="00484F7F">
              <w:rPr>
                <w:rFonts w:eastAsia="Arial"/>
                <w:b/>
                <w:color w:val="auto"/>
                <w:sz w:val="22"/>
                <w:lang w:val="ru-RU"/>
              </w:rPr>
              <w:t>супроводу у закладі охорони здоров’я.</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72A427B" w14:textId="296A1242" w:rsidR="005D4235" w:rsidRPr="00484F7F" w:rsidRDefault="005D4235" w:rsidP="00217531">
            <w:pPr>
              <w:spacing w:after="24"/>
              <w:rPr>
                <w:rFonts w:eastAsia="Arial"/>
                <w:bCs/>
                <w:color w:val="auto"/>
                <w:sz w:val="22"/>
                <w:lang w:val="ru-RU"/>
              </w:rPr>
            </w:pPr>
            <w:r w:rsidRPr="00484F7F">
              <w:rPr>
                <w:rFonts w:eastAsia="Arial"/>
                <w:b/>
                <w:color w:val="auto"/>
                <w:sz w:val="22"/>
                <w:lang w:val="ru-RU"/>
              </w:rPr>
              <w:t xml:space="preserve">З4.З1. </w:t>
            </w:r>
            <w:r w:rsidRPr="00484F7F">
              <w:rPr>
                <w:rFonts w:eastAsia="Arial"/>
                <w:bCs/>
                <w:color w:val="auto"/>
                <w:sz w:val="22"/>
                <w:lang w:val="ru-RU"/>
              </w:rPr>
              <w:t>Вимоги щодо захисту персональних даних,</w:t>
            </w:r>
            <w:r w:rsidR="00582EFC" w:rsidRPr="00484F7F">
              <w:rPr>
                <w:rFonts w:eastAsia="Arial"/>
                <w:bCs/>
                <w:color w:val="auto"/>
                <w:sz w:val="22"/>
                <w:lang w:val="ru-RU"/>
              </w:rPr>
              <w:t xml:space="preserve">                    </w:t>
            </w:r>
            <w:r w:rsidRPr="00484F7F">
              <w:rPr>
                <w:rFonts w:eastAsia="Arial"/>
                <w:bCs/>
                <w:color w:val="auto"/>
                <w:sz w:val="22"/>
                <w:lang w:val="ru-RU"/>
              </w:rPr>
              <w:t xml:space="preserve"> медичної та іншої інформації з обмеженим доступом, яка стає відомою фахівцю із </w:t>
            </w:r>
            <w:r w:rsidR="00582EFC" w:rsidRPr="00484F7F">
              <w:rPr>
                <w:rFonts w:eastAsia="Arial"/>
                <w:bCs/>
                <w:color w:val="auto"/>
                <w:sz w:val="22"/>
                <w:lang w:val="ru-RU"/>
              </w:rPr>
              <w:t xml:space="preserve">                 </w:t>
            </w:r>
            <w:r w:rsidRPr="00484F7F">
              <w:rPr>
                <w:rFonts w:eastAsia="Arial"/>
                <w:bCs/>
                <w:color w:val="auto"/>
                <w:sz w:val="22"/>
                <w:lang w:val="ru-RU"/>
              </w:rPr>
              <w:t>супроводу під час виконання професійних обов’язків.</w:t>
            </w:r>
          </w:p>
          <w:p w14:paraId="26F9CFB0" w14:textId="77777777" w:rsidR="005D4235" w:rsidRPr="00484F7F" w:rsidRDefault="005D4235" w:rsidP="00217531">
            <w:pPr>
              <w:spacing w:after="24"/>
              <w:rPr>
                <w:rFonts w:eastAsia="Arial"/>
                <w:bCs/>
                <w:color w:val="auto"/>
                <w:sz w:val="22"/>
                <w:lang w:val="ru-RU"/>
              </w:rPr>
            </w:pPr>
          </w:p>
          <w:p w14:paraId="3077088F" w14:textId="0165F21E" w:rsidR="005D4235" w:rsidRPr="00484F7F" w:rsidRDefault="005D4235" w:rsidP="00217531">
            <w:pPr>
              <w:spacing w:after="24"/>
              <w:rPr>
                <w:rFonts w:eastAsia="Arial"/>
                <w:b/>
                <w:color w:val="auto"/>
                <w:sz w:val="22"/>
                <w:lang w:val="ru-RU"/>
              </w:rPr>
            </w:pPr>
            <w:r w:rsidRPr="00484F7F">
              <w:rPr>
                <w:rFonts w:eastAsia="Arial"/>
                <w:b/>
                <w:color w:val="auto"/>
                <w:sz w:val="22"/>
                <w:lang w:val="ru-RU"/>
              </w:rPr>
              <w:t xml:space="preserve">З4.З2. </w:t>
            </w:r>
            <w:r w:rsidRPr="00484F7F">
              <w:rPr>
                <w:rFonts w:eastAsia="Arial"/>
                <w:bCs/>
                <w:color w:val="auto"/>
                <w:sz w:val="22"/>
                <w:lang w:val="ru-RU"/>
              </w:rPr>
              <w:t xml:space="preserve">Правила доступу, </w:t>
            </w:r>
            <w:r w:rsidR="00582EFC" w:rsidRPr="00484F7F">
              <w:rPr>
                <w:rFonts w:eastAsia="Arial"/>
                <w:bCs/>
                <w:color w:val="auto"/>
                <w:sz w:val="22"/>
                <w:lang w:val="ru-RU"/>
              </w:rPr>
              <w:t xml:space="preserve">                    </w:t>
            </w:r>
            <w:r w:rsidRPr="00484F7F">
              <w:rPr>
                <w:rFonts w:eastAsia="Arial"/>
                <w:bCs/>
                <w:color w:val="auto"/>
                <w:sz w:val="22"/>
                <w:lang w:val="ru-RU"/>
              </w:rPr>
              <w:t xml:space="preserve">використання, передавання та зберігання інформації в межах наданих повноважень та інформаційних систем </w:t>
            </w:r>
            <w:r w:rsidR="00582EFC" w:rsidRPr="00484F7F">
              <w:rPr>
                <w:rFonts w:eastAsia="Arial"/>
                <w:bCs/>
                <w:color w:val="auto"/>
                <w:sz w:val="22"/>
                <w:lang w:val="ru-RU"/>
              </w:rPr>
              <w:t xml:space="preserve">                  </w:t>
            </w:r>
            <w:r w:rsidRPr="00484F7F">
              <w:rPr>
                <w:rFonts w:eastAsia="Arial"/>
                <w:bCs/>
                <w:color w:val="auto"/>
                <w:sz w:val="22"/>
                <w:lang w:val="ru-RU"/>
              </w:rPr>
              <w:t>закладу охорони здоров’я.</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033450F6" w14:textId="4D1CCF97" w:rsidR="005D4235" w:rsidRPr="00484F7F" w:rsidRDefault="005D4235" w:rsidP="00217531">
            <w:pPr>
              <w:spacing w:after="24"/>
              <w:rPr>
                <w:rFonts w:eastAsia="Arial"/>
                <w:bCs/>
                <w:color w:val="auto"/>
                <w:sz w:val="22"/>
                <w:lang w:val="uk-UA"/>
              </w:rPr>
            </w:pPr>
            <w:r w:rsidRPr="00484F7F">
              <w:rPr>
                <w:rFonts w:eastAsia="Arial"/>
                <w:b/>
                <w:color w:val="auto"/>
                <w:sz w:val="22"/>
                <w:lang w:val="uk-UA"/>
              </w:rPr>
              <w:t xml:space="preserve">З4.У1. </w:t>
            </w:r>
            <w:r w:rsidRPr="00484F7F">
              <w:rPr>
                <w:rFonts w:eastAsia="Arial"/>
                <w:bCs/>
                <w:color w:val="auto"/>
                <w:sz w:val="22"/>
                <w:lang w:val="uk-UA"/>
              </w:rPr>
              <w:t>Отримувати,</w:t>
            </w:r>
            <w:r w:rsidR="00582EFC" w:rsidRPr="00484F7F">
              <w:rPr>
                <w:rFonts w:eastAsia="Arial"/>
                <w:bCs/>
                <w:color w:val="auto"/>
                <w:sz w:val="22"/>
                <w:lang w:val="uk-UA"/>
              </w:rPr>
              <w:t xml:space="preserve">                        </w:t>
            </w:r>
            <w:r w:rsidRPr="00484F7F">
              <w:rPr>
                <w:rFonts w:eastAsia="Arial"/>
                <w:bCs/>
                <w:color w:val="auto"/>
                <w:sz w:val="22"/>
                <w:lang w:val="uk-UA"/>
              </w:rPr>
              <w:t xml:space="preserve"> використовувати та </w:t>
            </w:r>
            <w:r w:rsidR="00582EFC" w:rsidRPr="00484F7F">
              <w:rPr>
                <w:rFonts w:eastAsia="Arial"/>
                <w:bCs/>
                <w:color w:val="auto"/>
                <w:sz w:val="22"/>
                <w:lang w:val="uk-UA"/>
              </w:rPr>
              <w:t xml:space="preserve">                         </w:t>
            </w:r>
            <w:r w:rsidRPr="00484F7F">
              <w:rPr>
                <w:rFonts w:eastAsia="Arial"/>
                <w:bCs/>
                <w:color w:val="auto"/>
                <w:sz w:val="22"/>
                <w:lang w:val="uk-UA"/>
              </w:rPr>
              <w:t xml:space="preserve">передавати лише ті відомості, які необхідні для виконання конкретного професійного </w:t>
            </w:r>
            <w:r w:rsidR="00582EFC" w:rsidRPr="00484F7F">
              <w:rPr>
                <w:rFonts w:eastAsia="Arial"/>
                <w:bCs/>
                <w:color w:val="auto"/>
                <w:sz w:val="22"/>
                <w:lang w:val="uk-UA"/>
              </w:rPr>
              <w:t xml:space="preserve">      </w:t>
            </w:r>
            <w:r w:rsidRPr="00484F7F">
              <w:rPr>
                <w:rFonts w:eastAsia="Arial"/>
                <w:bCs/>
                <w:color w:val="auto"/>
                <w:sz w:val="22"/>
                <w:lang w:val="uk-UA"/>
              </w:rPr>
              <w:t>завдання та мають належну правову підставу.</w:t>
            </w:r>
          </w:p>
          <w:p w14:paraId="289D8812" w14:textId="77777777" w:rsidR="00867953" w:rsidRPr="00484F7F" w:rsidRDefault="00867953" w:rsidP="00217531">
            <w:pPr>
              <w:spacing w:after="24"/>
              <w:rPr>
                <w:rFonts w:eastAsia="Arial"/>
                <w:bCs/>
                <w:color w:val="auto"/>
                <w:sz w:val="22"/>
                <w:lang w:val="uk-UA"/>
              </w:rPr>
            </w:pPr>
          </w:p>
          <w:p w14:paraId="6190351B" w14:textId="4B3AB49F" w:rsidR="00867953" w:rsidRPr="00484F7F" w:rsidRDefault="00867953" w:rsidP="00217531">
            <w:pPr>
              <w:spacing w:after="24"/>
              <w:rPr>
                <w:rFonts w:eastAsia="Arial"/>
                <w:b/>
                <w:color w:val="auto"/>
                <w:sz w:val="22"/>
                <w:lang w:val="uk-UA"/>
              </w:rPr>
            </w:pPr>
            <w:r w:rsidRPr="00484F7F">
              <w:rPr>
                <w:rFonts w:eastAsia="Arial"/>
                <w:b/>
                <w:color w:val="auto"/>
                <w:sz w:val="22"/>
                <w:lang w:val="uk-UA"/>
              </w:rPr>
              <w:t xml:space="preserve">З4.У2. </w:t>
            </w:r>
            <w:r w:rsidRPr="00484F7F">
              <w:rPr>
                <w:rFonts w:eastAsia="Arial"/>
                <w:bCs/>
                <w:color w:val="auto"/>
                <w:sz w:val="22"/>
                <w:lang w:val="uk-UA"/>
              </w:rPr>
              <w:t xml:space="preserve">Виявляти ризики </w:t>
            </w:r>
            <w:r w:rsidR="00582EFC" w:rsidRPr="00484F7F">
              <w:rPr>
                <w:rFonts w:eastAsia="Arial"/>
                <w:bCs/>
                <w:color w:val="auto"/>
                <w:sz w:val="22"/>
                <w:lang w:val="uk-UA"/>
              </w:rPr>
              <w:t xml:space="preserve">               </w:t>
            </w:r>
            <w:r w:rsidRPr="00484F7F">
              <w:rPr>
                <w:rFonts w:eastAsia="Arial"/>
                <w:bCs/>
                <w:color w:val="auto"/>
                <w:sz w:val="22"/>
                <w:lang w:val="uk-UA"/>
              </w:rPr>
              <w:t xml:space="preserve">несанкціонованого доступу або розголошення інформації та діяти відповідно до </w:t>
            </w:r>
            <w:r w:rsidR="00582EFC" w:rsidRPr="00484F7F">
              <w:rPr>
                <w:rFonts w:eastAsia="Arial"/>
                <w:bCs/>
                <w:color w:val="auto"/>
                <w:sz w:val="22"/>
                <w:lang w:val="uk-UA"/>
              </w:rPr>
              <w:t xml:space="preserve">                </w:t>
            </w:r>
            <w:r w:rsidRPr="00484F7F">
              <w:rPr>
                <w:rFonts w:eastAsia="Arial"/>
                <w:bCs/>
                <w:color w:val="auto"/>
                <w:sz w:val="22"/>
                <w:lang w:val="uk-UA"/>
              </w:rPr>
              <w:t>встановленого порядку.</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45240DF" w14:textId="76AB4863" w:rsidR="005D4235" w:rsidRPr="00484F7F" w:rsidRDefault="00867953" w:rsidP="00D95C4A">
            <w:pPr>
              <w:spacing w:after="24"/>
              <w:rPr>
                <w:rFonts w:eastAsia="Arial"/>
                <w:b/>
                <w:color w:val="auto"/>
                <w:sz w:val="22"/>
                <w:lang w:val="ru-RU"/>
              </w:rPr>
            </w:pPr>
            <w:r w:rsidRPr="00484F7F">
              <w:rPr>
                <w:rFonts w:eastAsia="Arial"/>
                <w:b/>
                <w:color w:val="auto"/>
                <w:sz w:val="22"/>
                <w:lang w:val="ru-RU"/>
              </w:rPr>
              <w:t xml:space="preserve">З4.К1. </w:t>
            </w:r>
            <w:r w:rsidRPr="00484F7F">
              <w:rPr>
                <w:rFonts w:eastAsia="Arial"/>
                <w:bCs/>
                <w:color w:val="auto"/>
                <w:sz w:val="22"/>
                <w:lang w:val="ru-RU"/>
              </w:rPr>
              <w:t xml:space="preserve">Пояснювати </w:t>
            </w:r>
            <w:r w:rsidR="00582EFC" w:rsidRPr="00484F7F">
              <w:rPr>
                <w:rFonts w:eastAsia="Arial"/>
                <w:bCs/>
                <w:color w:val="auto"/>
                <w:sz w:val="22"/>
                <w:lang w:val="ru-RU"/>
              </w:rPr>
              <w:t xml:space="preserve">                 </w:t>
            </w:r>
            <w:r w:rsidRPr="00484F7F">
              <w:rPr>
                <w:rFonts w:eastAsia="Arial"/>
                <w:bCs/>
                <w:color w:val="auto"/>
                <w:sz w:val="22"/>
                <w:lang w:val="ru-RU"/>
              </w:rPr>
              <w:t>отримувачу підтримки мету отримання та</w:t>
            </w:r>
            <w:r w:rsidR="00582EFC" w:rsidRPr="00484F7F">
              <w:rPr>
                <w:rFonts w:eastAsia="Arial"/>
                <w:bCs/>
                <w:color w:val="auto"/>
                <w:sz w:val="22"/>
                <w:lang w:val="ru-RU"/>
              </w:rPr>
              <w:t xml:space="preserve">                    </w:t>
            </w:r>
            <w:r w:rsidRPr="00484F7F">
              <w:rPr>
                <w:rFonts w:eastAsia="Arial"/>
                <w:bCs/>
                <w:color w:val="auto"/>
                <w:sz w:val="22"/>
                <w:lang w:val="ru-RU"/>
              </w:rPr>
              <w:t xml:space="preserve"> використання </w:t>
            </w:r>
            <w:r w:rsidR="00582EFC" w:rsidRPr="00484F7F">
              <w:rPr>
                <w:rFonts w:eastAsia="Arial"/>
                <w:bCs/>
                <w:color w:val="auto"/>
                <w:sz w:val="22"/>
                <w:lang w:val="ru-RU"/>
              </w:rPr>
              <w:t xml:space="preserve">                              </w:t>
            </w:r>
            <w:r w:rsidRPr="00484F7F">
              <w:rPr>
                <w:rFonts w:eastAsia="Arial"/>
                <w:bCs/>
                <w:color w:val="auto"/>
                <w:sz w:val="22"/>
                <w:lang w:val="ru-RU"/>
              </w:rPr>
              <w:t>інформації, порядок її передавання іншим суб’єктам і межі конфіденційності.</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28F92B7" w14:textId="4BF4A579" w:rsidR="005D4235" w:rsidRPr="00484F7F" w:rsidRDefault="00867953" w:rsidP="00D95C4A">
            <w:pPr>
              <w:spacing w:after="24"/>
              <w:rPr>
                <w:rFonts w:eastAsia="Arial"/>
                <w:bCs/>
                <w:color w:val="auto"/>
                <w:sz w:val="22"/>
                <w:lang w:val="ru-RU"/>
              </w:rPr>
            </w:pPr>
            <w:r w:rsidRPr="00484F7F">
              <w:rPr>
                <w:rFonts w:eastAsia="Arial"/>
                <w:bCs/>
                <w:color w:val="auto"/>
                <w:sz w:val="22"/>
                <w:lang w:val="ru-RU"/>
              </w:rPr>
              <w:t xml:space="preserve">З4.В1. Нести відповідальність у межах наданих повноважень за конфіденційність, </w:t>
            </w:r>
            <w:r w:rsidR="00582EFC" w:rsidRPr="00484F7F">
              <w:rPr>
                <w:rFonts w:eastAsia="Arial"/>
                <w:bCs/>
                <w:color w:val="auto"/>
                <w:sz w:val="22"/>
                <w:lang w:val="ru-RU"/>
              </w:rPr>
              <w:t xml:space="preserve">                          </w:t>
            </w:r>
            <w:r w:rsidRPr="00484F7F">
              <w:rPr>
                <w:rFonts w:eastAsia="Arial"/>
                <w:bCs/>
                <w:color w:val="auto"/>
                <w:sz w:val="22"/>
                <w:lang w:val="ru-RU"/>
              </w:rPr>
              <w:t>правомірність використання та належний</w:t>
            </w:r>
            <w:r w:rsidR="00582EFC" w:rsidRPr="00484F7F">
              <w:rPr>
                <w:rFonts w:eastAsia="Arial"/>
                <w:bCs/>
                <w:color w:val="auto"/>
                <w:sz w:val="22"/>
                <w:lang w:val="ru-RU"/>
              </w:rPr>
              <w:t xml:space="preserve">                 </w:t>
            </w:r>
            <w:r w:rsidRPr="00484F7F">
              <w:rPr>
                <w:rFonts w:eastAsia="Arial"/>
                <w:bCs/>
                <w:color w:val="auto"/>
                <w:sz w:val="22"/>
                <w:lang w:val="ru-RU"/>
              </w:rPr>
              <w:t xml:space="preserve"> захист інформації,</w:t>
            </w:r>
            <w:r w:rsidR="00582EFC" w:rsidRPr="00484F7F">
              <w:rPr>
                <w:rFonts w:eastAsia="Arial"/>
                <w:bCs/>
                <w:color w:val="auto"/>
                <w:sz w:val="22"/>
                <w:lang w:val="ru-RU"/>
              </w:rPr>
              <w:t xml:space="preserve">                       </w:t>
            </w:r>
            <w:r w:rsidRPr="00484F7F">
              <w:rPr>
                <w:rFonts w:eastAsia="Arial"/>
                <w:bCs/>
                <w:color w:val="auto"/>
                <w:sz w:val="22"/>
                <w:lang w:val="ru-RU"/>
              </w:rPr>
              <w:t xml:space="preserve"> отриманої під час </w:t>
            </w:r>
            <w:r w:rsidR="00582EFC" w:rsidRPr="00484F7F">
              <w:rPr>
                <w:rFonts w:eastAsia="Arial"/>
                <w:bCs/>
                <w:color w:val="auto"/>
                <w:sz w:val="22"/>
                <w:lang w:val="ru-RU"/>
              </w:rPr>
              <w:t xml:space="preserve">                       </w:t>
            </w:r>
            <w:r w:rsidRPr="00484F7F">
              <w:rPr>
                <w:rFonts w:eastAsia="Arial"/>
                <w:bCs/>
                <w:color w:val="auto"/>
                <w:sz w:val="22"/>
                <w:lang w:val="ru-RU"/>
              </w:rPr>
              <w:t>супроводу.</w:t>
            </w:r>
          </w:p>
        </w:tc>
      </w:tr>
      <w:tr w:rsidR="00C60E3A" w:rsidRPr="0076799D" w14:paraId="7C9B92CD"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6051BA8C" w14:textId="266DD12B" w:rsidR="00C60E3A" w:rsidRPr="00484F7F" w:rsidRDefault="00C60E3A" w:rsidP="00217531">
            <w:pPr>
              <w:rPr>
                <w:b/>
                <w:bCs/>
                <w:color w:val="auto"/>
                <w:sz w:val="22"/>
                <w:lang w:val="uk-UA"/>
              </w:rPr>
            </w:pPr>
            <w:r w:rsidRPr="00484F7F">
              <w:rPr>
                <w:b/>
                <w:bCs/>
                <w:color w:val="auto"/>
                <w:sz w:val="22"/>
                <w:lang w:val="uk-UA"/>
              </w:rPr>
              <w:t xml:space="preserve">И. Моніторинг </w:t>
            </w:r>
            <w:r w:rsidR="00A80C07" w:rsidRPr="00484F7F">
              <w:rPr>
                <w:b/>
                <w:bCs/>
                <w:color w:val="auto"/>
                <w:sz w:val="22"/>
                <w:lang w:val="uk-UA"/>
              </w:rPr>
              <w:t xml:space="preserve">            </w:t>
            </w:r>
            <w:r w:rsidRPr="00484F7F">
              <w:rPr>
                <w:b/>
                <w:bCs/>
                <w:color w:val="auto"/>
                <w:sz w:val="22"/>
                <w:lang w:val="uk-UA"/>
              </w:rPr>
              <w:t xml:space="preserve">потреб ветеранів війни, членів їхніх сімей та інших </w:t>
            </w:r>
            <w:r w:rsidR="00A80C07" w:rsidRPr="00484F7F">
              <w:rPr>
                <w:b/>
                <w:bCs/>
                <w:color w:val="auto"/>
                <w:sz w:val="22"/>
                <w:lang w:val="uk-UA"/>
              </w:rPr>
              <w:t xml:space="preserve">            </w:t>
            </w:r>
            <w:r w:rsidRPr="00484F7F">
              <w:rPr>
                <w:b/>
                <w:bCs/>
                <w:color w:val="auto"/>
                <w:sz w:val="22"/>
                <w:lang w:val="uk-UA"/>
              </w:rPr>
              <w:t xml:space="preserve">визначених </w:t>
            </w:r>
            <w:r w:rsidR="00A80C07" w:rsidRPr="00484F7F">
              <w:rPr>
                <w:b/>
                <w:bCs/>
                <w:color w:val="auto"/>
                <w:sz w:val="22"/>
                <w:lang w:val="uk-UA"/>
              </w:rPr>
              <w:t xml:space="preserve">                   </w:t>
            </w:r>
            <w:r w:rsidRPr="00484F7F">
              <w:rPr>
                <w:b/>
                <w:bCs/>
                <w:color w:val="auto"/>
                <w:sz w:val="22"/>
                <w:lang w:val="uk-UA"/>
              </w:rPr>
              <w:t xml:space="preserve">законодавством </w:t>
            </w:r>
            <w:r w:rsidR="00A80C07" w:rsidRPr="00484F7F">
              <w:rPr>
                <w:b/>
                <w:bCs/>
                <w:color w:val="auto"/>
                <w:sz w:val="22"/>
                <w:lang w:val="uk-UA"/>
              </w:rPr>
              <w:t xml:space="preserve">           </w:t>
            </w:r>
            <w:r w:rsidRPr="00484F7F">
              <w:rPr>
                <w:b/>
                <w:bCs/>
                <w:color w:val="auto"/>
                <w:sz w:val="22"/>
                <w:lang w:val="uk-UA"/>
              </w:rPr>
              <w:t xml:space="preserve">категорій осіб, які звертаються за </w:t>
            </w:r>
            <w:r w:rsidR="00A80C07" w:rsidRPr="00484F7F">
              <w:rPr>
                <w:b/>
                <w:bCs/>
                <w:color w:val="auto"/>
                <w:sz w:val="22"/>
                <w:lang w:val="uk-UA"/>
              </w:rPr>
              <w:t xml:space="preserve">            </w:t>
            </w:r>
            <w:r w:rsidRPr="00484F7F">
              <w:rPr>
                <w:b/>
                <w:bCs/>
                <w:color w:val="auto"/>
                <w:sz w:val="22"/>
                <w:lang w:val="uk-UA"/>
              </w:rPr>
              <w:t>супроводом і</w:t>
            </w:r>
            <w:r w:rsidR="00A80C07" w:rsidRPr="00484F7F">
              <w:rPr>
                <w:b/>
                <w:bCs/>
                <w:color w:val="auto"/>
                <w:sz w:val="22"/>
                <w:lang w:val="uk-UA"/>
              </w:rPr>
              <w:t xml:space="preserve">            </w:t>
            </w:r>
            <w:r w:rsidRPr="00484F7F">
              <w:rPr>
                <w:b/>
                <w:bCs/>
                <w:color w:val="auto"/>
                <w:sz w:val="22"/>
                <w:lang w:val="uk-UA"/>
              </w:rPr>
              <w:t xml:space="preserve"> заходами з </w:t>
            </w:r>
            <w:r w:rsidR="00A80C07" w:rsidRPr="00484F7F">
              <w:rPr>
                <w:b/>
                <w:bCs/>
                <w:color w:val="auto"/>
                <w:sz w:val="22"/>
                <w:lang w:val="uk-UA"/>
              </w:rPr>
              <w:t xml:space="preserve">                   </w:t>
            </w:r>
            <w:r w:rsidRPr="00484F7F">
              <w:rPr>
                <w:b/>
                <w:bCs/>
                <w:color w:val="auto"/>
                <w:sz w:val="22"/>
                <w:lang w:val="uk-UA"/>
              </w:rPr>
              <w:t>підтримки</w:t>
            </w:r>
            <w:r w:rsidR="00064730" w:rsidRPr="00484F7F">
              <w:rPr>
                <w:b/>
                <w:bCs/>
                <w:color w:val="auto"/>
                <w:sz w:val="22"/>
                <w:lang w:val="uk-UA"/>
              </w:rPr>
              <w:t xml:space="preserve"> до фахівця із </w:t>
            </w:r>
            <w:r w:rsidR="00A80C07" w:rsidRPr="00484F7F">
              <w:rPr>
                <w:b/>
                <w:bCs/>
                <w:color w:val="auto"/>
                <w:sz w:val="22"/>
                <w:lang w:val="uk-UA"/>
              </w:rPr>
              <w:t xml:space="preserve">    </w:t>
            </w:r>
            <w:r w:rsidR="00064730" w:rsidRPr="00484F7F">
              <w:rPr>
                <w:b/>
                <w:bCs/>
                <w:color w:val="auto"/>
                <w:sz w:val="22"/>
                <w:lang w:val="uk-UA"/>
              </w:rPr>
              <w:t>супроводу</w:t>
            </w:r>
            <w:r w:rsidRPr="00484F7F">
              <w:rPr>
                <w:b/>
                <w:bCs/>
                <w:color w:val="auto"/>
                <w:sz w:val="22"/>
                <w:lang w:val="uk-UA"/>
              </w:rPr>
              <w:t>.</w:t>
            </w: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A6E8844" w14:textId="329650AF" w:rsidR="00C60E3A" w:rsidRPr="00484F7F" w:rsidRDefault="00C60E3A" w:rsidP="001F7936">
            <w:pPr>
              <w:rPr>
                <w:rFonts w:eastAsia="Arial"/>
                <w:b/>
                <w:color w:val="auto"/>
                <w:sz w:val="22"/>
                <w:lang w:val="ru-RU"/>
              </w:rPr>
            </w:pPr>
            <w:r w:rsidRPr="00484F7F">
              <w:rPr>
                <w:rFonts w:eastAsia="Arial"/>
                <w:b/>
                <w:color w:val="auto"/>
                <w:sz w:val="22"/>
                <w:lang w:val="ru-RU"/>
              </w:rPr>
              <w:t xml:space="preserve">И1. Здатність здійснювати </w:t>
            </w:r>
            <w:r w:rsidR="00582EFC" w:rsidRPr="00484F7F">
              <w:rPr>
                <w:rFonts w:eastAsia="Arial"/>
                <w:b/>
                <w:color w:val="auto"/>
                <w:sz w:val="22"/>
                <w:lang w:val="ru-RU"/>
              </w:rPr>
              <w:t xml:space="preserve">                 </w:t>
            </w:r>
            <w:r w:rsidRPr="00484F7F">
              <w:rPr>
                <w:rFonts w:eastAsia="Arial"/>
                <w:b/>
                <w:color w:val="auto"/>
                <w:sz w:val="22"/>
                <w:lang w:val="ru-RU"/>
              </w:rPr>
              <w:t xml:space="preserve">системний </w:t>
            </w:r>
            <w:r w:rsidR="00582EFC" w:rsidRPr="00484F7F">
              <w:rPr>
                <w:rFonts w:eastAsia="Arial"/>
                <w:b/>
                <w:color w:val="auto"/>
                <w:sz w:val="22"/>
                <w:lang w:val="ru-RU"/>
              </w:rPr>
              <w:t xml:space="preserve">                   </w:t>
            </w:r>
            <w:r w:rsidRPr="00484F7F">
              <w:rPr>
                <w:rFonts w:eastAsia="Arial"/>
                <w:b/>
                <w:color w:val="auto"/>
                <w:sz w:val="22"/>
                <w:lang w:val="ru-RU"/>
              </w:rPr>
              <w:t xml:space="preserve">моніторинг потреб ветеранів війни, членів їхніх сімей та інших </w:t>
            </w:r>
            <w:r w:rsidR="00582EFC" w:rsidRPr="00484F7F">
              <w:rPr>
                <w:rFonts w:eastAsia="Arial"/>
                <w:b/>
                <w:color w:val="auto"/>
                <w:sz w:val="22"/>
                <w:lang w:val="ru-RU"/>
              </w:rPr>
              <w:t xml:space="preserve">                    </w:t>
            </w:r>
            <w:r w:rsidRPr="00484F7F">
              <w:rPr>
                <w:rFonts w:eastAsia="Arial"/>
                <w:b/>
                <w:color w:val="auto"/>
                <w:sz w:val="22"/>
                <w:lang w:val="ru-RU"/>
              </w:rPr>
              <w:t>визначених</w:t>
            </w:r>
            <w:r w:rsidR="00582EFC" w:rsidRPr="00484F7F">
              <w:rPr>
                <w:rFonts w:eastAsia="Arial"/>
                <w:b/>
                <w:color w:val="auto"/>
                <w:sz w:val="22"/>
                <w:lang w:val="ru-RU"/>
              </w:rPr>
              <w:t xml:space="preserve">                 </w:t>
            </w:r>
            <w:r w:rsidRPr="00484F7F">
              <w:rPr>
                <w:rFonts w:eastAsia="Arial"/>
                <w:b/>
                <w:color w:val="auto"/>
                <w:sz w:val="22"/>
                <w:lang w:val="ru-RU"/>
              </w:rPr>
              <w:t xml:space="preserve"> законодавством</w:t>
            </w:r>
            <w:r w:rsidR="00582EFC" w:rsidRPr="00484F7F">
              <w:rPr>
                <w:rFonts w:eastAsia="Arial"/>
                <w:b/>
                <w:color w:val="auto"/>
                <w:sz w:val="22"/>
                <w:lang w:val="ru-RU"/>
              </w:rPr>
              <w:t xml:space="preserve">  </w:t>
            </w:r>
            <w:r w:rsidRPr="00484F7F">
              <w:rPr>
                <w:rFonts w:eastAsia="Arial"/>
                <w:b/>
                <w:color w:val="auto"/>
                <w:sz w:val="22"/>
                <w:lang w:val="ru-RU"/>
              </w:rPr>
              <w:t xml:space="preserve"> категорій осіб, які звертаються за</w:t>
            </w:r>
            <w:r w:rsidR="00582EFC" w:rsidRPr="00484F7F">
              <w:rPr>
                <w:rFonts w:eastAsia="Arial"/>
                <w:b/>
                <w:color w:val="auto"/>
                <w:sz w:val="22"/>
                <w:lang w:val="ru-RU"/>
              </w:rPr>
              <w:t xml:space="preserve">          </w:t>
            </w:r>
            <w:r w:rsidRPr="00484F7F">
              <w:rPr>
                <w:rFonts w:eastAsia="Arial"/>
                <w:b/>
                <w:color w:val="auto"/>
                <w:sz w:val="22"/>
                <w:lang w:val="ru-RU"/>
              </w:rPr>
              <w:t xml:space="preserve"> супроводом і </w:t>
            </w:r>
            <w:r w:rsidR="00582EFC" w:rsidRPr="00484F7F">
              <w:rPr>
                <w:rFonts w:eastAsia="Arial"/>
                <w:b/>
                <w:color w:val="auto"/>
                <w:sz w:val="22"/>
                <w:lang w:val="ru-RU"/>
              </w:rPr>
              <w:t xml:space="preserve">           </w:t>
            </w:r>
            <w:r w:rsidRPr="00484F7F">
              <w:rPr>
                <w:rFonts w:eastAsia="Arial"/>
                <w:b/>
                <w:color w:val="auto"/>
                <w:sz w:val="22"/>
                <w:lang w:val="ru-RU"/>
              </w:rPr>
              <w:t xml:space="preserve">заходами з підтримки, </w:t>
            </w:r>
            <w:r w:rsidR="00582EFC" w:rsidRPr="00484F7F">
              <w:rPr>
                <w:rFonts w:eastAsia="Arial"/>
                <w:b/>
                <w:color w:val="auto"/>
                <w:sz w:val="22"/>
                <w:lang w:val="ru-RU"/>
              </w:rPr>
              <w:t xml:space="preserve">                  </w:t>
            </w:r>
            <w:r w:rsidRPr="00484F7F">
              <w:rPr>
                <w:rFonts w:eastAsia="Arial"/>
                <w:b/>
                <w:color w:val="auto"/>
                <w:sz w:val="22"/>
                <w:lang w:val="ru-RU"/>
              </w:rPr>
              <w:t xml:space="preserve">виявляти </w:t>
            </w:r>
            <w:r w:rsidR="00582EFC" w:rsidRPr="00484F7F">
              <w:rPr>
                <w:rFonts w:eastAsia="Arial"/>
                <w:b/>
                <w:color w:val="auto"/>
                <w:sz w:val="22"/>
                <w:lang w:val="ru-RU"/>
              </w:rPr>
              <w:t xml:space="preserve">                 </w:t>
            </w:r>
            <w:r w:rsidRPr="00484F7F">
              <w:rPr>
                <w:rFonts w:eastAsia="Arial"/>
                <w:b/>
                <w:color w:val="auto"/>
                <w:sz w:val="22"/>
                <w:lang w:val="ru-RU"/>
              </w:rPr>
              <w:t xml:space="preserve">тенденції, типові проблеми та бар’єри в </w:t>
            </w:r>
            <w:r w:rsidR="00582EFC" w:rsidRPr="00484F7F">
              <w:rPr>
                <w:rFonts w:eastAsia="Arial"/>
                <w:b/>
                <w:color w:val="auto"/>
                <w:sz w:val="22"/>
                <w:lang w:val="ru-RU"/>
              </w:rPr>
              <w:t xml:space="preserve">                           </w:t>
            </w:r>
            <w:r w:rsidRPr="00484F7F">
              <w:rPr>
                <w:rFonts w:eastAsia="Arial"/>
                <w:b/>
                <w:color w:val="auto"/>
                <w:sz w:val="22"/>
                <w:lang w:val="ru-RU"/>
              </w:rPr>
              <w:t xml:space="preserve">отриманні </w:t>
            </w:r>
            <w:r w:rsidR="00582EFC" w:rsidRPr="00484F7F">
              <w:rPr>
                <w:rFonts w:eastAsia="Arial"/>
                <w:b/>
                <w:color w:val="auto"/>
                <w:sz w:val="22"/>
                <w:lang w:val="ru-RU"/>
              </w:rPr>
              <w:t xml:space="preserve">                 </w:t>
            </w:r>
            <w:r w:rsidRPr="00484F7F">
              <w:rPr>
                <w:rFonts w:eastAsia="Arial"/>
                <w:b/>
                <w:color w:val="auto"/>
                <w:sz w:val="22"/>
                <w:lang w:val="ru-RU"/>
              </w:rPr>
              <w:t xml:space="preserve">необхідної підтримки. </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F50D7F6" w14:textId="007D753A" w:rsidR="00C60E3A" w:rsidRPr="00484F7F" w:rsidRDefault="004F5B65" w:rsidP="00217531">
            <w:pPr>
              <w:spacing w:after="24"/>
              <w:rPr>
                <w:rFonts w:eastAsia="Arial"/>
                <w:bCs/>
                <w:color w:val="auto"/>
                <w:sz w:val="22"/>
                <w:lang w:val="ru-RU"/>
              </w:rPr>
            </w:pPr>
            <w:r w:rsidRPr="00484F7F">
              <w:rPr>
                <w:rFonts w:eastAsia="Arial"/>
                <w:b/>
                <w:color w:val="auto"/>
                <w:sz w:val="22"/>
                <w:lang w:val="ru-RU"/>
              </w:rPr>
              <w:t xml:space="preserve">И1.З1. </w:t>
            </w:r>
            <w:r w:rsidRPr="00484F7F">
              <w:rPr>
                <w:rFonts w:eastAsia="Arial"/>
                <w:bCs/>
                <w:color w:val="auto"/>
                <w:sz w:val="22"/>
                <w:lang w:val="ru-RU"/>
              </w:rPr>
              <w:t>Методологічні засади моніторингу потреб,</w:t>
            </w:r>
            <w:r w:rsidR="00582EFC" w:rsidRPr="00484F7F">
              <w:rPr>
                <w:rFonts w:eastAsia="Arial"/>
                <w:bCs/>
                <w:color w:val="auto"/>
                <w:sz w:val="22"/>
                <w:lang w:val="ru-RU"/>
              </w:rPr>
              <w:t xml:space="preserve">                </w:t>
            </w:r>
            <w:r w:rsidRPr="00484F7F">
              <w:rPr>
                <w:rFonts w:eastAsia="Arial"/>
                <w:bCs/>
                <w:color w:val="auto"/>
                <w:sz w:val="22"/>
                <w:lang w:val="ru-RU"/>
              </w:rPr>
              <w:t xml:space="preserve"> принципи збору, </w:t>
            </w:r>
            <w:r w:rsidR="00582EFC" w:rsidRPr="00484F7F">
              <w:rPr>
                <w:rFonts w:eastAsia="Arial"/>
                <w:bCs/>
                <w:color w:val="auto"/>
                <w:sz w:val="22"/>
                <w:lang w:val="ru-RU"/>
              </w:rPr>
              <w:t xml:space="preserve">                           </w:t>
            </w:r>
            <w:r w:rsidRPr="00484F7F">
              <w:rPr>
                <w:rFonts w:eastAsia="Arial"/>
                <w:bCs/>
                <w:color w:val="auto"/>
                <w:sz w:val="22"/>
                <w:lang w:val="ru-RU"/>
              </w:rPr>
              <w:t xml:space="preserve">систематизації, аналізу та узагальнення інформації про потреби різних категорій </w:t>
            </w:r>
            <w:r w:rsidR="00582EFC" w:rsidRPr="00484F7F">
              <w:rPr>
                <w:rFonts w:eastAsia="Arial"/>
                <w:bCs/>
                <w:color w:val="auto"/>
                <w:sz w:val="22"/>
                <w:lang w:val="ru-RU"/>
              </w:rPr>
              <w:t xml:space="preserve">             </w:t>
            </w:r>
            <w:r w:rsidRPr="00484F7F">
              <w:rPr>
                <w:rFonts w:eastAsia="Arial"/>
                <w:bCs/>
                <w:color w:val="auto"/>
                <w:sz w:val="22"/>
                <w:lang w:val="ru-RU"/>
              </w:rPr>
              <w:t>отримувачів підтримки.</w:t>
            </w:r>
          </w:p>
          <w:p w14:paraId="3D3CB903" w14:textId="77777777" w:rsidR="004F5B65" w:rsidRPr="00484F7F" w:rsidRDefault="004F5B65" w:rsidP="00217531">
            <w:pPr>
              <w:spacing w:after="24"/>
              <w:rPr>
                <w:rFonts w:eastAsia="Arial"/>
                <w:bCs/>
                <w:color w:val="auto"/>
                <w:sz w:val="22"/>
                <w:lang w:val="ru-RU"/>
              </w:rPr>
            </w:pPr>
          </w:p>
          <w:p w14:paraId="3AC0E426" w14:textId="111835EB" w:rsidR="004F5B65" w:rsidRPr="00484F7F" w:rsidRDefault="004F5B65" w:rsidP="00217531">
            <w:pPr>
              <w:spacing w:after="24"/>
              <w:rPr>
                <w:rFonts w:eastAsia="Arial"/>
                <w:bCs/>
                <w:color w:val="auto"/>
                <w:sz w:val="22"/>
                <w:lang w:val="ru-RU"/>
              </w:rPr>
            </w:pPr>
            <w:r w:rsidRPr="00484F7F">
              <w:rPr>
                <w:rFonts w:eastAsia="Arial"/>
                <w:b/>
                <w:color w:val="auto"/>
                <w:sz w:val="22"/>
                <w:lang w:val="ru-RU"/>
              </w:rPr>
              <w:t xml:space="preserve">И1.З2. </w:t>
            </w:r>
            <w:r w:rsidRPr="00484F7F">
              <w:rPr>
                <w:rFonts w:eastAsia="Arial"/>
                <w:bCs/>
                <w:color w:val="auto"/>
                <w:sz w:val="22"/>
                <w:lang w:val="ru-RU"/>
              </w:rPr>
              <w:t>Показники та критерії моніторингу потреб,</w:t>
            </w:r>
            <w:r w:rsidR="00582EFC" w:rsidRPr="00484F7F">
              <w:rPr>
                <w:rFonts w:eastAsia="Arial"/>
                <w:bCs/>
                <w:color w:val="auto"/>
                <w:sz w:val="22"/>
                <w:lang w:val="ru-RU"/>
              </w:rPr>
              <w:t xml:space="preserve">                   </w:t>
            </w:r>
            <w:r w:rsidRPr="00484F7F">
              <w:rPr>
                <w:rFonts w:eastAsia="Arial"/>
                <w:bCs/>
                <w:color w:val="auto"/>
                <w:sz w:val="22"/>
                <w:lang w:val="ru-RU"/>
              </w:rPr>
              <w:t xml:space="preserve"> незадоволених потреб, </w:t>
            </w:r>
            <w:r w:rsidR="00582EFC" w:rsidRPr="00484F7F">
              <w:rPr>
                <w:rFonts w:eastAsia="Arial"/>
                <w:bCs/>
                <w:color w:val="auto"/>
                <w:sz w:val="22"/>
                <w:lang w:val="ru-RU"/>
              </w:rPr>
              <w:t xml:space="preserve">                </w:t>
            </w:r>
            <w:r w:rsidRPr="00484F7F">
              <w:rPr>
                <w:rFonts w:eastAsia="Arial"/>
                <w:bCs/>
                <w:color w:val="auto"/>
                <w:sz w:val="22"/>
                <w:lang w:val="ru-RU"/>
              </w:rPr>
              <w:t>повторюваності звернень, бар’єрів доступу та змін у структурі запитів.</w:t>
            </w:r>
          </w:p>
          <w:p w14:paraId="589E3F5A" w14:textId="77777777" w:rsidR="004F5B65" w:rsidRPr="00484F7F" w:rsidRDefault="004F5B65" w:rsidP="00217531">
            <w:pPr>
              <w:spacing w:after="24"/>
              <w:rPr>
                <w:rFonts w:eastAsia="Arial"/>
                <w:bCs/>
                <w:color w:val="auto"/>
                <w:sz w:val="22"/>
                <w:lang w:val="ru-RU"/>
              </w:rPr>
            </w:pPr>
          </w:p>
          <w:p w14:paraId="3D6E78C3" w14:textId="5B906DFA" w:rsidR="004F5B65" w:rsidRPr="00484F7F" w:rsidRDefault="004F5B65" w:rsidP="00217531">
            <w:pPr>
              <w:spacing w:after="24"/>
              <w:rPr>
                <w:rFonts w:eastAsia="Arial"/>
                <w:b/>
                <w:color w:val="auto"/>
                <w:sz w:val="22"/>
                <w:lang w:val="ru-RU"/>
              </w:rPr>
            </w:pPr>
            <w:r w:rsidRPr="00484F7F">
              <w:rPr>
                <w:rFonts w:eastAsia="Arial"/>
                <w:b/>
                <w:color w:val="auto"/>
                <w:sz w:val="22"/>
                <w:lang w:val="ru-RU"/>
              </w:rPr>
              <w:t xml:space="preserve">И1.З3. </w:t>
            </w:r>
            <w:r w:rsidRPr="00484F7F">
              <w:rPr>
                <w:rFonts w:eastAsia="Arial"/>
                <w:bCs/>
                <w:color w:val="auto"/>
                <w:sz w:val="22"/>
                <w:lang w:val="ru-RU"/>
              </w:rPr>
              <w:t xml:space="preserve">Методи кількісного та якісного аналізу, узагальнення даних, виявлення </w:t>
            </w:r>
            <w:r w:rsidR="00582EFC" w:rsidRPr="00484F7F">
              <w:rPr>
                <w:rFonts w:eastAsia="Arial"/>
                <w:bCs/>
                <w:color w:val="auto"/>
                <w:sz w:val="22"/>
                <w:lang w:val="ru-RU"/>
              </w:rPr>
              <w:t xml:space="preserve">           </w:t>
            </w:r>
            <w:r w:rsidRPr="00484F7F">
              <w:rPr>
                <w:rFonts w:eastAsia="Arial"/>
                <w:bCs/>
                <w:color w:val="auto"/>
                <w:sz w:val="22"/>
                <w:lang w:val="ru-RU"/>
              </w:rPr>
              <w:t>тенденцій та підготовки аналітичних висновків.</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2C219A2" w14:textId="66B26C50" w:rsidR="00C60E3A" w:rsidRPr="00484F7F" w:rsidRDefault="004F5B65" w:rsidP="00217531">
            <w:pPr>
              <w:spacing w:after="24"/>
              <w:rPr>
                <w:rFonts w:eastAsia="Arial"/>
                <w:bCs/>
                <w:color w:val="auto"/>
                <w:sz w:val="22"/>
                <w:lang w:val="uk-UA"/>
              </w:rPr>
            </w:pPr>
            <w:r w:rsidRPr="00484F7F">
              <w:rPr>
                <w:rFonts w:eastAsia="Arial"/>
                <w:b/>
                <w:color w:val="auto"/>
                <w:sz w:val="22"/>
                <w:lang w:val="uk-UA"/>
              </w:rPr>
              <w:t xml:space="preserve">И1.У1. </w:t>
            </w:r>
            <w:r w:rsidRPr="00484F7F">
              <w:rPr>
                <w:rFonts w:eastAsia="Arial"/>
                <w:bCs/>
                <w:color w:val="auto"/>
                <w:sz w:val="22"/>
                <w:lang w:val="uk-UA"/>
              </w:rPr>
              <w:t xml:space="preserve">Організовувати збір, систематизацію та </w:t>
            </w:r>
            <w:r w:rsidR="00582EFC" w:rsidRPr="00484F7F">
              <w:rPr>
                <w:rFonts w:eastAsia="Arial"/>
                <w:bCs/>
                <w:color w:val="auto"/>
                <w:sz w:val="22"/>
                <w:lang w:val="uk-UA"/>
              </w:rPr>
              <w:t xml:space="preserve">                     </w:t>
            </w:r>
            <w:r w:rsidRPr="00484F7F">
              <w:rPr>
                <w:rFonts w:eastAsia="Arial"/>
                <w:bCs/>
                <w:color w:val="auto"/>
                <w:sz w:val="22"/>
                <w:lang w:val="uk-UA"/>
              </w:rPr>
              <w:t>узагальнення інформації про потреби осіб, які звертаються за супроводом і заходами з підтримки.</w:t>
            </w:r>
          </w:p>
          <w:p w14:paraId="0A9FFDA2" w14:textId="77777777" w:rsidR="004F5B65" w:rsidRPr="00484F7F" w:rsidRDefault="004F5B65" w:rsidP="00217531">
            <w:pPr>
              <w:spacing w:after="24"/>
              <w:rPr>
                <w:rFonts w:eastAsia="Arial"/>
                <w:bCs/>
                <w:color w:val="auto"/>
                <w:sz w:val="22"/>
                <w:lang w:val="uk-UA"/>
              </w:rPr>
            </w:pPr>
          </w:p>
          <w:p w14:paraId="0BA2EB21" w14:textId="5E9983C7" w:rsidR="004F5B65" w:rsidRPr="00484F7F" w:rsidRDefault="004F5B65" w:rsidP="00217531">
            <w:pPr>
              <w:spacing w:after="24"/>
              <w:rPr>
                <w:rFonts w:eastAsia="Arial"/>
                <w:bCs/>
                <w:color w:val="auto"/>
                <w:sz w:val="22"/>
                <w:lang w:val="uk-UA"/>
              </w:rPr>
            </w:pPr>
            <w:r w:rsidRPr="00484F7F">
              <w:rPr>
                <w:rFonts w:eastAsia="Arial"/>
                <w:b/>
                <w:color w:val="auto"/>
                <w:sz w:val="22"/>
                <w:lang w:val="uk-UA"/>
              </w:rPr>
              <w:t xml:space="preserve">И1.У2. </w:t>
            </w:r>
            <w:r w:rsidRPr="00484F7F">
              <w:rPr>
                <w:rFonts w:eastAsia="Arial"/>
                <w:bCs/>
                <w:color w:val="auto"/>
                <w:sz w:val="22"/>
                <w:lang w:val="uk-UA"/>
              </w:rPr>
              <w:t xml:space="preserve">Аналізувати </w:t>
            </w:r>
            <w:r w:rsidR="00582EFC" w:rsidRPr="00484F7F">
              <w:rPr>
                <w:rFonts w:eastAsia="Arial"/>
                <w:bCs/>
                <w:color w:val="auto"/>
                <w:sz w:val="22"/>
                <w:lang w:val="uk-UA"/>
              </w:rPr>
              <w:t xml:space="preserve">                  </w:t>
            </w:r>
            <w:r w:rsidRPr="00484F7F">
              <w:rPr>
                <w:rFonts w:eastAsia="Arial"/>
                <w:bCs/>
                <w:color w:val="auto"/>
                <w:sz w:val="22"/>
                <w:lang w:val="uk-UA"/>
              </w:rPr>
              <w:t>узагальнені дані, виявляти повторювані та нові потреби, системні бар’єри і прогалини у доступі до підтримки.</w:t>
            </w:r>
          </w:p>
          <w:p w14:paraId="4F778F01" w14:textId="77777777" w:rsidR="004F5B65" w:rsidRPr="00484F7F" w:rsidRDefault="004F5B65" w:rsidP="00217531">
            <w:pPr>
              <w:spacing w:after="24"/>
              <w:rPr>
                <w:rFonts w:eastAsia="Arial"/>
                <w:bCs/>
                <w:color w:val="auto"/>
                <w:sz w:val="22"/>
                <w:lang w:val="uk-UA"/>
              </w:rPr>
            </w:pPr>
          </w:p>
          <w:p w14:paraId="088F602A" w14:textId="08F72961" w:rsidR="004F5B65" w:rsidRPr="00484F7F" w:rsidRDefault="004F5B65" w:rsidP="00217531">
            <w:pPr>
              <w:spacing w:after="24"/>
              <w:rPr>
                <w:rFonts w:eastAsia="Arial"/>
                <w:bCs/>
                <w:color w:val="auto"/>
                <w:sz w:val="22"/>
                <w:lang w:val="uk-UA"/>
              </w:rPr>
            </w:pPr>
            <w:r w:rsidRPr="00484F7F">
              <w:rPr>
                <w:rFonts w:eastAsia="Arial"/>
                <w:b/>
                <w:color w:val="auto"/>
                <w:sz w:val="22"/>
                <w:lang w:val="uk-UA"/>
              </w:rPr>
              <w:t xml:space="preserve">И1.У3. </w:t>
            </w:r>
            <w:r w:rsidRPr="00484F7F">
              <w:rPr>
                <w:rFonts w:eastAsia="Arial"/>
                <w:bCs/>
                <w:color w:val="auto"/>
                <w:sz w:val="22"/>
                <w:lang w:val="uk-UA"/>
              </w:rPr>
              <w:t xml:space="preserve">Порівнювати </w:t>
            </w:r>
            <w:r w:rsidR="00582EFC" w:rsidRPr="00484F7F">
              <w:rPr>
                <w:rFonts w:eastAsia="Arial"/>
                <w:bCs/>
                <w:color w:val="auto"/>
                <w:sz w:val="22"/>
                <w:lang w:val="uk-UA"/>
              </w:rPr>
              <w:t xml:space="preserve">                   </w:t>
            </w:r>
            <w:r w:rsidRPr="00484F7F">
              <w:rPr>
                <w:rFonts w:eastAsia="Arial"/>
                <w:bCs/>
                <w:color w:val="auto"/>
                <w:sz w:val="22"/>
                <w:lang w:val="uk-UA"/>
              </w:rPr>
              <w:t>результати моніторингу за визначеними періодами,</w:t>
            </w:r>
            <w:r w:rsidR="00582EFC" w:rsidRPr="00484F7F">
              <w:rPr>
                <w:rFonts w:eastAsia="Arial"/>
                <w:bCs/>
                <w:color w:val="auto"/>
                <w:sz w:val="22"/>
                <w:lang w:val="uk-UA"/>
              </w:rPr>
              <w:t xml:space="preserve">            </w:t>
            </w:r>
            <w:r w:rsidRPr="00484F7F">
              <w:rPr>
                <w:rFonts w:eastAsia="Arial"/>
                <w:bCs/>
                <w:color w:val="auto"/>
                <w:sz w:val="22"/>
                <w:lang w:val="uk-UA"/>
              </w:rPr>
              <w:t xml:space="preserve"> територіями, категоріями отримувачів або видами </w:t>
            </w:r>
            <w:r w:rsidR="00582EFC" w:rsidRPr="00484F7F">
              <w:rPr>
                <w:rFonts w:eastAsia="Arial"/>
                <w:bCs/>
                <w:color w:val="auto"/>
                <w:sz w:val="22"/>
                <w:lang w:val="uk-UA"/>
              </w:rPr>
              <w:t xml:space="preserve">            </w:t>
            </w:r>
            <w:r w:rsidRPr="00484F7F">
              <w:rPr>
                <w:rFonts w:eastAsia="Arial"/>
                <w:bCs/>
                <w:color w:val="auto"/>
                <w:sz w:val="22"/>
                <w:lang w:val="uk-UA"/>
              </w:rPr>
              <w:t>потреб.</w:t>
            </w:r>
          </w:p>
          <w:p w14:paraId="7674B59C" w14:textId="77777777" w:rsidR="004F5B65" w:rsidRPr="00484F7F" w:rsidRDefault="004F5B65" w:rsidP="00217531">
            <w:pPr>
              <w:spacing w:after="24"/>
              <w:rPr>
                <w:rFonts w:eastAsia="Arial"/>
                <w:bCs/>
                <w:color w:val="auto"/>
                <w:sz w:val="22"/>
                <w:lang w:val="uk-UA"/>
              </w:rPr>
            </w:pPr>
          </w:p>
          <w:p w14:paraId="521BA56F" w14:textId="7DE0C074" w:rsidR="004F5B65" w:rsidRPr="00484F7F" w:rsidRDefault="004F5B65" w:rsidP="00217531">
            <w:pPr>
              <w:spacing w:after="24"/>
              <w:rPr>
                <w:rFonts w:eastAsia="Arial"/>
                <w:b/>
                <w:color w:val="auto"/>
                <w:sz w:val="22"/>
                <w:lang w:val="uk-UA"/>
              </w:rPr>
            </w:pPr>
            <w:r w:rsidRPr="00484F7F">
              <w:rPr>
                <w:rFonts w:eastAsia="Arial"/>
                <w:b/>
                <w:color w:val="auto"/>
                <w:sz w:val="22"/>
                <w:lang w:val="uk-UA"/>
              </w:rPr>
              <w:t xml:space="preserve">И1.У4. </w:t>
            </w:r>
            <w:r w:rsidRPr="00484F7F">
              <w:rPr>
                <w:rFonts w:eastAsia="Arial"/>
                <w:bCs/>
                <w:color w:val="auto"/>
                <w:sz w:val="22"/>
                <w:lang w:val="uk-UA"/>
              </w:rPr>
              <w:t xml:space="preserve">Готувати аналітичні матеріали за результатами моніторингу та визначати проблеми, що потребують </w:t>
            </w:r>
            <w:r w:rsidR="00582EFC" w:rsidRPr="00484F7F">
              <w:rPr>
                <w:rFonts w:eastAsia="Arial"/>
                <w:bCs/>
                <w:color w:val="auto"/>
                <w:sz w:val="22"/>
                <w:lang w:val="uk-UA"/>
              </w:rPr>
              <w:t xml:space="preserve">      </w:t>
            </w:r>
            <w:r w:rsidRPr="00484F7F">
              <w:rPr>
                <w:rFonts w:eastAsia="Arial"/>
                <w:bCs/>
                <w:color w:val="auto"/>
                <w:sz w:val="22"/>
                <w:lang w:val="uk-UA"/>
              </w:rPr>
              <w:t>реагування.</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D8B57F7" w14:textId="614A9254" w:rsidR="00C60E3A" w:rsidRPr="00484F7F" w:rsidRDefault="004F5B65" w:rsidP="00D95C4A">
            <w:pPr>
              <w:spacing w:after="24"/>
              <w:rPr>
                <w:rFonts w:eastAsia="Arial"/>
                <w:bCs/>
                <w:color w:val="auto"/>
                <w:sz w:val="22"/>
                <w:lang w:val="ru-RU"/>
              </w:rPr>
            </w:pPr>
            <w:r w:rsidRPr="00484F7F">
              <w:rPr>
                <w:rFonts w:eastAsia="Arial"/>
                <w:b/>
                <w:color w:val="auto"/>
                <w:sz w:val="22"/>
                <w:lang w:val="ru-RU"/>
              </w:rPr>
              <w:t xml:space="preserve">И1.К1. </w:t>
            </w:r>
            <w:r w:rsidRPr="00484F7F">
              <w:rPr>
                <w:rFonts w:eastAsia="Arial"/>
                <w:bCs/>
                <w:color w:val="auto"/>
                <w:sz w:val="22"/>
                <w:lang w:val="ru-RU"/>
              </w:rPr>
              <w:t xml:space="preserve">Отримувати та уточнювати інформацію від фахівців із </w:t>
            </w:r>
            <w:r w:rsidR="00582EFC" w:rsidRPr="00484F7F">
              <w:rPr>
                <w:rFonts w:eastAsia="Arial"/>
                <w:bCs/>
                <w:color w:val="auto"/>
                <w:sz w:val="22"/>
                <w:lang w:val="ru-RU"/>
              </w:rPr>
              <w:t xml:space="preserve">                        </w:t>
            </w:r>
            <w:r w:rsidRPr="00484F7F">
              <w:rPr>
                <w:rFonts w:eastAsia="Arial"/>
                <w:bCs/>
                <w:color w:val="auto"/>
                <w:sz w:val="22"/>
                <w:lang w:val="ru-RU"/>
              </w:rPr>
              <w:t xml:space="preserve">супроводу, надавачів </w:t>
            </w:r>
            <w:r w:rsidR="00582EFC" w:rsidRPr="00484F7F">
              <w:rPr>
                <w:rFonts w:eastAsia="Arial"/>
                <w:bCs/>
                <w:color w:val="auto"/>
                <w:sz w:val="22"/>
                <w:lang w:val="ru-RU"/>
              </w:rPr>
              <w:t xml:space="preserve">           </w:t>
            </w:r>
            <w:r w:rsidRPr="00484F7F">
              <w:rPr>
                <w:rFonts w:eastAsia="Arial"/>
                <w:bCs/>
                <w:color w:val="auto"/>
                <w:sz w:val="22"/>
                <w:lang w:val="ru-RU"/>
              </w:rPr>
              <w:t xml:space="preserve">послуг, органів </w:t>
            </w:r>
            <w:r w:rsidR="00582EFC" w:rsidRPr="00484F7F">
              <w:rPr>
                <w:rFonts w:eastAsia="Arial"/>
                <w:bCs/>
                <w:color w:val="auto"/>
                <w:sz w:val="22"/>
                <w:lang w:val="ru-RU"/>
              </w:rPr>
              <w:t xml:space="preserve">               </w:t>
            </w:r>
            <w:r w:rsidRPr="00484F7F">
              <w:rPr>
                <w:rFonts w:eastAsia="Arial"/>
                <w:bCs/>
                <w:color w:val="auto"/>
                <w:sz w:val="22"/>
                <w:lang w:val="ru-RU"/>
              </w:rPr>
              <w:t>місцевого</w:t>
            </w:r>
            <w:r w:rsidR="00582EFC" w:rsidRPr="00484F7F">
              <w:rPr>
                <w:rFonts w:eastAsia="Arial"/>
                <w:bCs/>
                <w:color w:val="auto"/>
                <w:sz w:val="22"/>
                <w:lang w:val="ru-RU"/>
              </w:rPr>
              <w:t xml:space="preserve">                              </w:t>
            </w:r>
            <w:r w:rsidRPr="00484F7F">
              <w:rPr>
                <w:rFonts w:eastAsia="Arial"/>
                <w:bCs/>
                <w:color w:val="auto"/>
                <w:sz w:val="22"/>
                <w:lang w:val="ru-RU"/>
              </w:rPr>
              <w:t xml:space="preserve"> самоврядування та інших суб’єктів.</w:t>
            </w:r>
          </w:p>
          <w:p w14:paraId="7A719015" w14:textId="77777777" w:rsidR="004F5B65" w:rsidRPr="00484F7F" w:rsidRDefault="004F5B65" w:rsidP="00D95C4A">
            <w:pPr>
              <w:spacing w:after="24"/>
              <w:rPr>
                <w:rFonts w:eastAsia="Arial"/>
                <w:bCs/>
                <w:color w:val="auto"/>
                <w:sz w:val="22"/>
                <w:lang w:val="ru-RU"/>
              </w:rPr>
            </w:pPr>
          </w:p>
          <w:p w14:paraId="09A66FF0" w14:textId="663D96C4" w:rsidR="004F5B65" w:rsidRPr="00484F7F" w:rsidRDefault="004F5B65" w:rsidP="00D95C4A">
            <w:pPr>
              <w:spacing w:after="24"/>
              <w:rPr>
                <w:rFonts w:eastAsia="Arial"/>
                <w:b/>
                <w:color w:val="auto"/>
                <w:sz w:val="22"/>
                <w:lang w:val="ru-RU"/>
              </w:rPr>
            </w:pPr>
            <w:r w:rsidRPr="00484F7F">
              <w:rPr>
                <w:rFonts w:eastAsia="Arial"/>
                <w:b/>
                <w:color w:val="auto"/>
                <w:sz w:val="22"/>
                <w:lang w:val="ru-RU"/>
              </w:rPr>
              <w:t xml:space="preserve">И1.К2. </w:t>
            </w:r>
            <w:r w:rsidRPr="00484F7F">
              <w:rPr>
                <w:rFonts w:eastAsia="Arial"/>
                <w:bCs/>
                <w:color w:val="auto"/>
                <w:sz w:val="22"/>
                <w:lang w:val="ru-RU"/>
              </w:rPr>
              <w:t>Представляти</w:t>
            </w:r>
            <w:r w:rsidR="00582EFC" w:rsidRPr="00484F7F">
              <w:rPr>
                <w:rFonts w:eastAsia="Arial"/>
                <w:bCs/>
                <w:color w:val="auto"/>
                <w:sz w:val="22"/>
                <w:lang w:val="ru-RU"/>
              </w:rPr>
              <w:t xml:space="preserve">          </w:t>
            </w:r>
            <w:r w:rsidRPr="00484F7F">
              <w:rPr>
                <w:rFonts w:eastAsia="Arial"/>
                <w:bCs/>
                <w:color w:val="auto"/>
                <w:sz w:val="22"/>
                <w:lang w:val="ru-RU"/>
              </w:rPr>
              <w:t xml:space="preserve"> результати моніторингу у доказовій, неупередженій та зрозумілій формі, розмежовуючи фактичні дані та аналітичні висновки.</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CAF3754" w14:textId="76E67C7D" w:rsidR="00C60E3A" w:rsidRPr="00484F7F" w:rsidRDefault="009351A3" w:rsidP="00D95C4A">
            <w:pPr>
              <w:spacing w:after="24"/>
              <w:rPr>
                <w:rFonts w:eastAsia="Arial"/>
                <w:bCs/>
                <w:color w:val="auto"/>
                <w:sz w:val="22"/>
                <w:lang w:val="ru-RU"/>
              </w:rPr>
            </w:pPr>
            <w:r w:rsidRPr="00484F7F">
              <w:rPr>
                <w:rFonts w:eastAsia="Arial"/>
                <w:b/>
                <w:color w:val="auto"/>
                <w:sz w:val="22"/>
                <w:lang w:val="ru-RU"/>
              </w:rPr>
              <w:t>И1.В1.</w:t>
            </w:r>
            <w:r w:rsidRPr="00484F7F">
              <w:rPr>
                <w:rFonts w:eastAsia="Arial"/>
                <w:bCs/>
                <w:color w:val="auto"/>
                <w:sz w:val="22"/>
                <w:lang w:val="ru-RU"/>
              </w:rPr>
              <w:t xml:space="preserve"> Самостійно</w:t>
            </w:r>
            <w:r w:rsidR="00582EFC" w:rsidRPr="00484F7F">
              <w:rPr>
                <w:rFonts w:eastAsia="Arial"/>
                <w:bCs/>
                <w:color w:val="auto"/>
                <w:sz w:val="22"/>
                <w:lang w:val="ru-RU"/>
              </w:rPr>
              <w:t xml:space="preserve">              </w:t>
            </w:r>
            <w:r w:rsidRPr="00484F7F">
              <w:rPr>
                <w:rFonts w:eastAsia="Arial"/>
                <w:bCs/>
                <w:color w:val="auto"/>
                <w:sz w:val="22"/>
                <w:lang w:val="ru-RU"/>
              </w:rPr>
              <w:t xml:space="preserve"> організовувати</w:t>
            </w:r>
            <w:r w:rsidR="00582EFC" w:rsidRPr="00484F7F">
              <w:rPr>
                <w:rFonts w:eastAsia="Arial"/>
                <w:bCs/>
                <w:color w:val="auto"/>
                <w:sz w:val="22"/>
                <w:lang w:val="ru-RU"/>
              </w:rPr>
              <w:t xml:space="preserve">                </w:t>
            </w:r>
            <w:r w:rsidRPr="00484F7F">
              <w:rPr>
                <w:rFonts w:eastAsia="Arial"/>
                <w:bCs/>
                <w:color w:val="auto"/>
                <w:sz w:val="22"/>
                <w:lang w:val="ru-RU"/>
              </w:rPr>
              <w:t xml:space="preserve"> моніторинг потреб у межах визначених </w:t>
            </w:r>
            <w:r w:rsidR="00582EFC" w:rsidRPr="00484F7F">
              <w:rPr>
                <w:rFonts w:eastAsia="Arial"/>
                <w:bCs/>
                <w:color w:val="auto"/>
                <w:sz w:val="22"/>
                <w:lang w:val="ru-RU"/>
              </w:rPr>
              <w:t xml:space="preserve">               </w:t>
            </w:r>
            <w:r w:rsidRPr="00484F7F">
              <w:rPr>
                <w:rFonts w:eastAsia="Arial"/>
                <w:bCs/>
                <w:color w:val="auto"/>
                <w:sz w:val="22"/>
                <w:lang w:val="ru-RU"/>
              </w:rPr>
              <w:t xml:space="preserve">методик і повноважень та відповідати за </w:t>
            </w:r>
            <w:r w:rsidR="00582EFC" w:rsidRPr="00484F7F">
              <w:rPr>
                <w:rFonts w:eastAsia="Arial"/>
                <w:bCs/>
                <w:color w:val="auto"/>
                <w:sz w:val="22"/>
                <w:lang w:val="ru-RU"/>
              </w:rPr>
              <w:t xml:space="preserve">                 </w:t>
            </w:r>
            <w:r w:rsidRPr="00484F7F">
              <w:rPr>
                <w:rFonts w:eastAsia="Arial"/>
                <w:bCs/>
                <w:color w:val="auto"/>
                <w:sz w:val="22"/>
                <w:lang w:val="ru-RU"/>
              </w:rPr>
              <w:t xml:space="preserve">достовірність і </w:t>
            </w:r>
            <w:r w:rsidR="00582EFC" w:rsidRPr="00484F7F">
              <w:rPr>
                <w:rFonts w:eastAsia="Arial"/>
                <w:bCs/>
                <w:color w:val="auto"/>
                <w:sz w:val="22"/>
                <w:lang w:val="ru-RU"/>
              </w:rPr>
              <w:t xml:space="preserve">                 </w:t>
            </w:r>
            <w:r w:rsidRPr="00484F7F">
              <w:rPr>
                <w:rFonts w:eastAsia="Arial"/>
                <w:bCs/>
                <w:color w:val="auto"/>
                <w:sz w:val="22"/>
                <w:lang w:val="ru-RU"/>
              </w:rPr>
              <w:t xml:space="preserve">обґрунтованість його </w:t>
            </w:r>
            <w:r w:rsidR="00582EFC" w:rsidRPr="00484F7F">
              <w:rPr>
                <w:rFonts w:eastAsia="Arial"/>
                <w:bCs/>
                <w:color w:val="auto"/>
                <w:sz w:val="22"/>
                <w:lang w:val="ru-RU"/>
              </w:rPr>
              <w:t xml:space="preserve">      </w:t>
            </w:r>
            <w:r w:rsidRPr="00484F7F">
              <w:rPr>
                <w:rFonts w:eastAsia="Arial"/>
                <w:bCs/>
                <w:color w:val="auto"/>
                <w:sz w:val="22"/>
                <w:lang w:val="ru-RU"/>
              </w:rPr>
              <w:t>результатів.</w:t>
            </w:r>
          </w:p>
          <w:p w14:paraId="54D1CBF8" w14:textId="77777777" w:rsidR="009351A3" w:rsidRPr="00484F7F" w:rsidRDefault="009351A3" w:rsidP="00D95C4A">
            <w:pPr>
              <w:spacing w:after="24"/>
              <w:rPr>
                <w:rFonts w:eastAsia="Arial"/>
                <w:bCs/>
                <w:color w:val="auto"/>
                <w:sz w:val="22"/>
                <w:lang w:val="ru-RU"/>
              </w:rPr>
            </w:pPr>
          </w:p>
          <w:p w14:paraId="51211125" w14:textId="0C7E3BAA" w:rsidR="009351A3" w:rsidRPr="00484F7F" w:rsidRDefault="009351A3" w:rsidP="00D95C4A">
            <w:pPr>
              <w:spacing w:after="24"/>
              <w:rPr>
                <w:rFonts w:eastAsia="Arial"/>
                <w:bCs/>
                <w:color w:val="auto"/>
                <w:sz w:val="22"/>
                <w:lang w:val="ru-RU"/>
              </w:rPr>
            </w:pPr>
            <w:r w:rsidRPr="00484F7F">
              <w:rPr>
                <w:rFonts w:eastAsia="Arial"/>
                <w:b/>
                <w:color w:val="auto"/>
                <w:sz w:val="22"/>
                <w:lang w:val="ru-RU"/>
              </w:rPr>
              <w:t>И1.В2.</w:t>
            </w:r>
            <w:r w:rsidRPr="00484F7F">
              <w:rPr>
                <w:rFonts w:eastAsia="Arial"/>
                <w:bCs/>
                <w:color w:val="auto"/>
                <w:sz w:val="22"/>
                <w:lang w:val="ru-RU"/>
              </w:rPr>
              <w:t xml:space="preserve"> Забезпечувати конфіденційність,</w:t>
            </w:r>
            <w:r w:rsidR="00582EFC" w:rsidRPr="00484F7F">
              <w:rPr>
                <w:rFonts w:eastAsia="Arial"/>
                <w:bCs/>
                <w:color w:val="auto"/>
                <w:sz w:val="22"/>
                <w:lang w:val="ru-RU"/>
              </w:rPr>
              <w:t xml:space="preserve">              </w:t>
            </w:r>
            <w:r w:rsidRPr="00484F7F">
              <w:rPr>
                <w:rFonts w:eastAsia="Arial"/>
                <w:bCs/>
                <w:color w:val="auto"/>
                <w:sz w:val="22"/>
                <w:lang w:val="ru-RU"/>
              </w:rPr>
              <w:t xml:space="preserve"> знеособлення та </w:t>
            </w:r>
            <w:r w:rsidR="00582EFC" w:rsidRPr="00484F7F">
              <w:rPr>
                <w:rFonts w:eastAsia="Arial"/>
                <w:bCs/>
                <w:color w:val="auto"/>
                <w:sz w:val="22"/>
                <w:lang w:val="ru-RU"/>
              </w:rPr>
              <w:t xml:space="preserve">                 </w:t>
            </w:r>
            <w:r w:rsidRPr="00484F7F">
              <w:rPr>
                <w:rFonts w:eastAsia="Arial"/>
                <w:bCs/>
                <w:color w:val="auto"/>
                <w:sz w:val="22"/>
                <w:lang w:val="ru-RU"/>
              </w:rPr>
              <w:t xml:space="preserve">належний захист </w:t>
            </w:r>
            <w:r w:rsidR="00582EFC" w:rsidRPr="00484F7F">
              <w:rPr>
                <w:rFonts w:eastAsia="Arial"/>
                <w:bCs/>
                <w:color w:val="auto"/>
                <w:sz w:val="22"/>
                <w:lang w:val="ru-RU"/>
              </w:rPr>
              <w:t xml:space="preserve">                  </w:t>
            </w:r>
            <w:r w:rsidRPr="00484F7F">
              <w:rPr>
                <w:rFonts w:eastAsia="Arial"/>
                <w:bCs/>
                <w:color w:val="auto"/>
                <w:sz w:val="22"/>
                <w:lang w:val="ru-RU"/>
              </w:rPr>
              <w:t>інформації, отриманої під час моніторингу.</w:t>
            </w:r>
          </w:p>
        </w:tc>
      </w:tr>
      <w:tr w:rsidR="00C60E3A" w:rsidRPr="00297E51" w14:paraId="66A6922E"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D4C3A0D" w14:textId="295D84CA" w:rsidR="00C60E3A" w:rsidRPr="00484F7F" w:rsidRDefault="000379B6" w:rsidP="00217531">
            <w:pPr>
              <w:rPr>
                <w:b/>
                <w:bCs/>
                <w:color w:val="auto"/>
                <w:sz w:val="22"/>
                <w:lang w:val="uk-UA"/>
              </w:rPr>
            </w:pPr>
            <w:r w:rsidRPr="00484F7F">
              <w:rPr>
                <w:b/>
                <w:bCs/>
                <w:color w:val="auto"/>
                <w:sz w:val="22"/>
                <w:lang w:val="uk-UA"/>
              </w:rPr>
              <w:lastRenderedPageBreak/>
              <w:t xml:space="preserve">І. Надання </w:t>
            </w:r>
            <w:r w:rsidR="00A80C07" w:rsidRPr="00484F7F">
              <w:rPr>
                <w:b/>
                <w:bCs/>
                <w:color w:val="auto"/>
                <w:sz w:val="22"/>
                <w:lang w:val="uk-UA"/>
              </w:rPr>
              <w:t xml:space="preserve">                      </w:t>
            </w:r>
            <w:r w:rsidRPr="00484F7F">
              <w:rPr>
                <w:b/>
                <w:bCs/>
                <w:color w:val="auto"/>
                <w:sz w:val="22"/>
                <w:lang w:val="uk-UA"/>
              </w:rPr>
              <w:t xml:space="preserve">експертної допомоги органам місцевого самоврядування у модернізації </w:t>
            </w:r>
            <w:r w:rsidR="00297E51" w:rsidRPr="00484F7F">
              <w:rPr>
                <w:b/>
                <w:bCs/>
                <w:color w:val="auto"/>
                <w:sz w:val="22"/>
                <w:lang w:val="uk-UA"/>
              </w:rPr>
              <w:t xml:space="preserve">                   </w:t>
            </w:r>
            <w:r w:rsidRPr="00484F7F">
              <w:rPr>
                <w:b/>
                <w:bCs/>
                <w:color w:val="auto"/>
                <w:sz w:val="22"/>
                <w:lang w:val="uk-UA"/>
              </w:rPr>
              <w:t xml:space="preserve">місцевих програм і </w:t>
            </w:r>
            <w:r w:rsidR="00A80C07" w:rsidRPr="00484F7F">
              <w:rPr>
                <w:b/>
                <w:bCs/>
                <w:color w:val="auto"/>
                <w:sz w:val="22"/>
                <w:lang w:val="uk-UA"/>
              </w:rPr>
              <w:t xml:space="preserve">                  </w:t>
            </w:r>
            <w:r w:rsidRPr="00484F7F">
              <w:rPr>
                <w:b/>
                <w:bCs/>
                <w:color w:val="auto"/>
                <w:sz w:val="22"/>
                <w:lang w:val="uk-UA"/>
              </w:rPr>
              <w:t>проєктів підтримки</w:t>
            </w:r>
            <w:r w:rsidRPr="00484F7F">
              <w:rPr>
                <w:color w:val="auto"/>
                <w:sz w:val="22"/>
              </w:rPr>
              <w:t xml:space="preserve"> </w:t>
            </w:r>
            <w:r w:rsidRPr="00484F7F">
              <w:rPr>
                <w:b/>
                <w:bCs/>
                <w:color w:val="auto"/>
                <w:sz w:val="22"/>
                <w:lang w:val="uk-UA"/>
              </w:rPr>
              <w:t xml:space="preserve">ветеранів війни, </w:t>
            </w:r>
            <w:r w:rsidR="00A80C07" w:rsidRPr="00484F7F">
              <w:rPr>
                <w:b/>
                <w:bCs/>
                <w:color w:val="auto"/>
                <w:sz w:val="22"/>
                <w:lang w:val="uk-UA"/>
              </w:rPr>
              <w:t xml:space="preserve">      </w:t>
            </w:r>
            <w:r w:rsidRPr="00484F7F">
              <w:rPr>
                <w:b/>
                <w:bCs/>
                <w:color w:val="auto"/>
                <w:sz w:val="22"/>
                <w:lang w:val="uk-UA"/>
              </w:rPr>
              <w:t xml:space="preserve">членів їхніх сімей та інших визначених законодавством </w:t>
            </w:r>
            <w:r w:rsidR="00A80C07" w:rsidRPr="00484F7F">
              <w:rPr>
                <w:b/>
                <w:bCs/>
                <w:color w:val="auto"/>
                <w:sz w:val="22"/>
                <w:lang w:val="uk-UA"/>
              </w:rPr>
              <w:t xml:space="preserve">           </w:t>
            </w:r>
            <w:r w:rsidRPr="00484F7F">
              <w:rPr>
                <w:b/>
                <w:bCs/>
                <w:color w:val="auto"/>
                <w:sz w:val="22"/>
                <w:lang w:val="uk-UA"/>
              </w:rPr>
              <w:t xml:space="preserve">категорій осіб </w:t>
            </w: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05BCF5B" w14:textId="564AA1C5" w:rsidR="00C60E3A" w:rsidRPr="00484F7F" w:rsidRDefault="00DD72E7" w:rsidP="001F7936">
            <w:pPr>
              <w:rPr>
                <w:rFonts w:eastAsia="Arial"/>
                <w:b/>
                <w:color w:val="auto"/>
                <w:sz w:val="22"/>
                <w:lang w:val="ru-RU"/>
              </w:rPr>
            </w:pPr>
            <w:r w:rsidRPr="00484F7F">
              <w:rPr>
                <w:rFonts w:eastAsia="Arial"/>
                <w:b/>
                <w:color w:val="auto"/>
                <w:sz w:val="22"/>
                <w:lang w:val="ru-RU"/>
              </w:rPr>
              <w:t>І1. Здатність</w:t>
            </w:r>
            <w:r w:rsidR="00297E51" w:rsidRPr="00484F7F">
              <w:rPr>
                <w:rFonts w:eastAsia="Arial"/>
                <w:b/>
                <w:color w:val="auto"/>
                <w:sz w:val="22"/>
                <w:lang w:val="ru-RU"/>
              </w:rPr>
              <w:t xml:space="preserve">                          </w:t>
            </w:r>
            <w:r w:rsidRPr="00484F7F">
              <w:rPr>
                <w:rFonts w:eastAsia="Arial"/>
                <w:b/>
                <w:color w:val="auto"/>
                <w:sz w:val="22"/>
                <w:lang w:val="ru-RU"/>
              </w:rPr>
              <w:t xml:space="preserve"> надавати органам місцевого </w:t>
            </w:r>
            <w:r w:rsidR="00297E51" w:rsidRPr="00484F7F">
              <w:rPr>
                <w:rFonts w:eastAsia="Arial"/>
                <w:b/>
                <w:color w:val="auto"/>
                <w:sz w:val="22"/>
                <w:lang w:val="ru-RU"/>
              </w:rPr>
              <w:t xml:space="preserve">                     </w:t>
            </w:r>
            <w:r w:rsidRPr="00484F7F">
              <w:rPr>
                <w:rFonts w:eastAsia="Arial"/>
                <w:b/>
                <w:color w:val="auto"/>
                <w:sz w:val="22"/>
                <w:lang w:val="ru-RU"/>
              </w:rPr>
              <w:t xml:space="preserve">самоврядування експертно-консультативну допомогу у розробленні, </w:t>
            </w:r>
            <w:r w:rsidR="00297E51" w:rsidRPr="00484F7F">
              <w:rPr>
                <w:rFonts w:eastAsia="Arial"/>
                <w:b/>
                <w:color w:val="auto"/>
                <w:sz w:val="22"/>
                <w:lang w:val="ru-RU"/>
              </w:rPr>
              <w:t xml:space="preserve">               </w:t>
            </w:r>
            <w:r w:rsidRPr="00484F7F">
              <w:rPr>
                <w:rFonts w:eastAsia="Arial"/>
                <w:b/>
                <w:color w:val="auto"/>
                <w:sz w:val="22"/>
                <w:lang w:val="ru-RU"/>
              </w:rPr>
              <w:t>модернізації та вдосконаленні місцевих програм і проєктів підтримки ветеранів війни, членів їхніх сімей та інших визначених законодавством категорій осіб.</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53137CF7" w14:textId="177AB674" w:rsidR="00C60E3A" w:rsidRPr="00484F7F" w:rsidRDefault="00DD72E7" w:rsidP="00217531">
            <w:pPr>
              <w:spacing w:after="24"/>
              <w:rPr>
                <w:rFonts w:eastAsia="Arial"/>
                <w:bCs/>
                <w:color w:val="auto"/>
                <w:sz w:val="22"/>
                <w:lang w:val="ru-RU"/>
              </w:rPr>
            </w:pPr>
            <w:r w:rsidRPr="00484F7F">
              <w:rPr>
                <w:rFonts w:eastAsia="Arial"/>
                <w:b/>
                <w:color w:val="auto"/>
                <w:sz w:val="22"/>
                <w:lang w:val="ru-RU"/>
              </w:rPr>
              <w:t xml:space="preserve">І1.З1. </w:t>
            </w:r>
            <w:r w:rsidRPr="00484F7F">
              <w:rPr>
                <w:rFonts w:eastAsia="Arial"/>
                <w:bCs/>
                <w:color w:val="auto"/>
                <w:sz w:val="22"/>
                <w:lang w:val="ru-RU"/>
              </w:rPr>
              <w:t xml:space="preserve">Повноваження органів місцевого самоврядування у сфері підтримки ветеранів війни, членів їхніх сімей та інших визначених </w:t>
            </w:r>
            <w:r w:rsidR="00297E51" w:rsidRPr="00484F7F">
              <w:rPr>
                <w:rFonts w:eastAsia="Arial"/>
                <w:bCs/>
                <w:color w:val="auto"/>
                <w:sz w:val="22"/>
                <w:lang w:val="ru-RU"/>
              </w:rPr>
              <w:t xml:space="preserve">                          </w:t>
            </w:r>
            <w:r w:rsidRPr="00484F7F">
              <w:rPr>
                <w:rFonts w:eastAsia="Arial"/>
                <w:bCs/>
                <w:color w:val="auto"/>
                <w:sz w:val="22"/>
                <w:lang w:val="ru-RU"/>
              </w:rPr>
              <w:t>законодавством категорій осіб.</w:t>
            </w:r>
          </w:p>
          <w:p w14:paraId="02D823DF" w14:textId="77777777" w:rsidR="00DD72E7" w:rsidRPr="00484F7F" w:rsidRDefault="00DD72E7" w:rsidP="00217531">
            <w:pPr>
              <w:spacing w:after="24"/>
              <w:rPr>
                <w:rFonts w:eastAsia="Arial"/>
                <w:bCs/>
                <w:color w:val="auto"/>
                <w:sz w:val="22"/>
                <w:lang w:val="ru-RU"/>
              </w:rPr>
            </w:pPr>
          </w:p>
          <w:p w14:paraId="7E7188AB" w14:textId="26CE5935" w:rsidR="00DD72E7" w:rsidRPr="00484F7F" w:rsidRDefault="00DD72E7" w:rsidP="00217531">
            <w:pPr>
              <w:spacing w:after="24"/>
              <w:rPr>
                <w:rFonts w:eastAsia="Arial"/>
                <w:bCs/>
                <w:color w:val="auto"/>
                <w:sz w:val="22"/>
                <w:lang w:val="ru-RU"/>
              </w:rPr>
            </w:pPr>
            <w:r w:rsidRPr="00484F7F">
              <w:rPr>
                <w:rFonts w:eastAsia="Arial"/>
                <w:b/>
                <w:color w:val="auto"/>
                <w:sz w:val="22"/>
                <w:lang w:val="ru-RU"/>
              </w:rPr>
              <w:t xml:space="preserve">І1.З2. </w:t>
            </w:r>
            <w:r w:rsidRPr="00484F7F">
              <w:rPr>
                <w:rFonts w:eastAsia="Arial"/>
                <w:bCs/>
                <w:color w:val="auto"/>
                <w:sz w:val="22"/>
                <w:lang w:val="ru-RU"/>
              </w:rPr>
              <w:t xml:space="preserve">Принципи </w:t>
            </w:r>
            <w:r w:rsidR="00297E51" w:rsidRPr="00484F7F">
              <w:rPr>
                <w:rFonts w:eastAsia="Arial"/>
                <w:bCs/>
                <w:color w:val="auto"/>
                <w:sz w:val="22"/>
                <w:lang w:val="ru-RU"/>
              </w:rPr>
              <w:t xml:space="preserve">                         </w:t>
            </w:r>
            <w:r w:rsidRPr="00484F7F">
              <w:rPr>
                <w:rFonts w:eastAsia="Arial"/>
                <w:bCs/>
                <w:color w:val="auto"/>
                <w:sz w:val="22"/>
                <w:lang w:val="ru-RU"/>
              </w:rPr>
              <w:t>розроблення, реалізації, моніторингу та оцінювання місцевих програм і проєктів, визначення їх цілей, завдань, заходів та показників</w:t>
            </w:r>
            <w:r w:rsidR="00297E51" w:rsidRPr="00484F7F">
              <w:rPr>
                <w:rFonts w:eastAsia="Arial"/>
                <w:bCs/>
                <w:color w:val="auto"/>
                <w:sz w:val="22"/>
                <w:lang w:val="ru-RU"/>
              </w:rPr>
              <w:t xml:space="preserve">                </w:t>
            </w:r>
            <w:r w:rsidRPr="00484F7F">
              <w:rPr>
                <w:rFonts w:eastAsia="Arial"/>
                <w:bCs/>
                <w:color w:val="auto"/>
                <w:sz w:val="22"/>
                <w:lang w:val="ru-RU"/>
              </w:rPr>
              <w:t xml:space="preserve"> результативності.</w:t>
            </w:r>
          </w:p>
          <w:p w14:paraId="43845473" w14:textId="77777777" w:rsidR="003E7AA7" w:rsidRPr="00484F7F" w:rsidRDefault="003E7AA7" w:rsidP="00217531">
            <w:pPr>
              <w:spacing w:after="24"/>
              <w:rPr>
                <w:rFonts w:eastAsia="Arial"/>
                <w:bCs/>
                <w:color w:val="auto"/>
                <w:sz w:val="22"/>
                <w:lang w:val="ru-RU"/>
              </w:rPr>
            </w:pPr>
          </w:p>
          <w:p w14:paraId="2D2E863D" w14:textId="36009E07" w:rsidR="003E7AA7" w:rsidRPr="00484F7F" w:rsidRDefault="003E7AA7" w:rsidP="00217531">
            <w:pPr>
              <w:spacing w:after="24"/>
              <w:rPr>
                <w:rFonts w:eastAsia="Arial"/>
                <w:b/>
                <w:color w:val="auto"/>
                <w:sz w:val="22"/>
                <w:lang w:val="ru-RU"/>
              </w:rPr>
            </w:pPr>
            <w:r w:rsidRPr="00484F7F">
              <w:rPr>
                <w:rFonts w:eastAsia="Arial"/>
                <w:b/>
                <w:color w:val="auto"/>
                <w:sz w:val="22"/>
                <w:lang w:val="ru-RU"/>
              </w:rPr>
              <w:t xml:space="preserve">І1. З3. </w:t>
            </w:r>
            <w:r w:rsidRPr="00484F7F">
              <w:rPr>
                <w:rFonts w:eastAsia="Arial"/>
                <w:bCs/>
                <w:color w:val="auto"/>
                <w:sz w:val="22"/>
                <w:lang w:val="ru-RU"/>
              </w:rPr>
              <w:t xml:space="preserve">Методи аналізу потреб громади, оцінювання </w:t>
            </w:r>
            <w:r w:rsidR="00297E51" w:rsidRPr="00484F7F">
              <w:rPr>
                <w:rFonts w:eastAsia="Arial"/>
                <w:bCs/>
                <w:color w:val="auto"/>
                <w:sz w:val="22"/>
                <w:lang w:val="ru-RU"/>
              </w:rPr>
              <w:t xml:space="preserve">                  </w:t>
            </w:r>
            <w:r w:rsidRPr="00484F7F">
              <w:rPr>
                <w:rFonts w:eastAsia="Arial"/>
                <w:bCs/>
                <w:color w:val="auto"/>
                <w:sz w:val="22"/>
                <w:lang w:val="ru-RU"/>
              </w:rPr>
              <w:t>доступності та</w:t>
            </w:r>
            <w:r w:rsidR="00297E51" w:rsidRPr="00484F7F">
              <w:rPr>
                <w:rFonts w:eastAsia="Arial"/>
                <w:bCs/>
                <w:color w:val="auto"/>
                <w:sz w:val="22"/>
                <w:lang w:val="ru-RU"/>
              </w:rPr>
              <w:t xml:space="preserve">                                </w:t>
            </w:r>
            <w:r w:rsidRPr="00484F7F">
              <w:rPr>
                <w:rFonts w:eastAsia="Arial"/>
                <w:bCs/>
                <w:color w:val="auto"/>
                <w:sz w:val="22"/>
                <w:lang w:val="ru-RU"/>
              </w:rPr>
              <w:t xml:space="preserve"> результативності програм, виявлення системних бар’єрів і можливостей залучення </w:t>
            </w:r>
            <w:r w:rsidR="00297E51" w:rsidRPr="00484F7F">
              <w:rPr>
                <w:rFonts w:eastAsia="Arial"/>
                <w:bCs/>
                <w:color w:val="auto"/>
                <w:sz w:val="22"/>
                <w:lang w:val="ru-RU"/>
              </w:rPr>
              <w:t xml:space="preserve">           </w:t>
            </w:r>
            <w:r w:rsidRPr="00484F7F">
              <w:rPr>
                <w:rFonts w:eastAsia="Arial"/>
                <w:bCs/>
                <w:color w:val="auto"/>
                <w:sz w:val="22"/>
                <w:lang w:val="ru-RU"/>
              </w:rPr>
              <w:t>ресурсів.</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2E8BF46B" w14:textId="4C6192E7" w:rsidR="00C60E3A" w:rsidRPr="00484F7F" w:rsidRDefault="003E7AA7" w:rsidP="00217531">
            <w:pPr>
              <w:spacing w:after="24"/>
              <w:rPr>
                <w:rFonts w:eastAsia="Arial"/>
                <w:bCs/>
                <w:color w:val="auto"/>
                <w:sz w:val="22"/>
                <w:lang w:val="uk-UA"/>
              </w:rPr>
            </w:pPr>
            <w:r w:rsidRPr="00484F7F">
              <w:rPr>
                <w:rFonts w:eastAsia="Arial"/>
                <w:b/>
                <w:color w:val="auto"/>
                <w:sz w:val="22"/>
                <w:lang w:val="uk-UA"/>
              </w:rPr>
              <w:t xml:space="preserve">І1.У1. </w:t>
            </w:r>
            <w:r w:rsidRPr="00484F7F">
              <w:rPr>
                <w:rFonts w:eastAsia="Arial"/>
                <w:bCs/>
                <w:color w:val="auto"/>
                <w:sz w:val="22"/>
                <w:lang w:val="uk-UA"/>
              </w:rPr>
              <w:t xml:space="preserve">Аналізувати місцеві програми та проєкти з </w:t>
            </w:r>
            <w:r w:rsidR="00297E51" w:rsidRPr="00484F7F">
              <w:rPr>
                <w:rFonts w:eastAsia="Arial"/>
                <w:bCs/>
                <w:color w:val="auto"/>
                <w:sz w:val="22"/>
                <w:lang w:val="uk-UA"/>
              </w:rPr>
              <w:t xml:space="preserve">              </w:t>
            </w:r>
            <w:r w:rsidRPr="00484F7F">
              <w:rPr>
                <w:rFonts w:eastAsia="Arial"/>
                <w:bCs/>
                <w:color w:val="auto"/>
                <w:sz w:val="22"/>
                <w:lang w:val="uk-UA"/>
              </w:rPr>
              <w:t>урахуванням актуальних</w:t>
            </w:r>
            <w:r w:rsidR="00297E51" w:rsidRPr="00484F7F">
              <w:rPr>
                <w:rFonts w:eastAsia="Arial"/>
                <w:bCs/>
                <w:color w:val="auto"/>
                <w:sz w:val="22"/>
                <w:lang w:val="uk-UA"/>
              </w:rPr>
              <w:t xml:space="preserve">           </w:t>
            </w:r>
            <w:r w:rsidRPr="00484F7F">
              <w:rPr>
                <w:rFonts w:eastAsia="Arial"/>
                <w:bCs/>
                <w:color w:val="auto"/>
                <w:sz w:val="22"/>
                <w:lang w:val="uk-UA"/>
              </w:rPr>
              <w:t xml:space="preserve"> потреб отримувачів</w:t>
            </w:r>
            <w:r w:rsidR="00297E51" w:rsidRPr="00484F7F">
              <w:rPr>
                <w:rFonts w:eastAsia="Arial"/>
                <w:bCs/>
                <w:color w:val="auto"/>
                <w:sz w:val="22"/>
                <w:lang w:val="uk-UA"/>
              </w:rPr>
              <w:t xml:space="preserve">                     </w:t>
            </w:r>
            <w:r w:rsidRPr="00484F7F">
              <w:rPr>
                <w:rFonts w:eastAsia="Arial"/>
                <w:bCs/>
                <w:color w:val="auto"/>
                <w:sz w:val="22"/>
                <w:lang w:val="uk-UA"/>
              </w:rPr>
              <w:t xml:space="preserve"> підтримки та результатів </w:t>
            </w:r>
            <w:r w:rsidR="00297E51" w:rsidRPr="00484F7F">
              <w:rPr>
                <w:rFonts w:eastAsia="Arial"/>
                <w:bCs/>
                <w:color w:val="auto"/>
                <w:sz w:val="22"/>
                <w:lang w:val="uk-UA"/>
              </w:rPr>
              <w:t xml:space="preserve">          </w:t>
            </w:r>
            <w:r w:rsidRPr="00484F7F">
              <w:rPr>
                <w:rFonts w:eastAsia="Arial"/>
                <w:bCs/>
                <w:color w:val="auto"/>
                <w:sz w:val="22"/>
                <w:lang w:val="uk-UA"/>
              </w:rPr>
              <w:t>моніторингу.</w:t>
            </w:r>
          </w:p>
          <w:p w14:paraId="28E289AC" w14:textId="77777777" w:rsidR="003E7AA7" w:rsidRPr="00484F7F" w:rsidRDefault="003E7AA7" w:rsidP="00217531">
            <w:pPr>
              <w:spacing w:after="24"/>
              <w:rPr>
                <w:rFonts w:eastAsia="Arial"/>
                <w:bCs/>
                <w:color w:val="auto"/>
                <w:sz w:val="22"/>
                <w:lang w:val="uk-UA"/>
              </w:rPr>
            </w:pPr>
          </w:p>
          <w:p w14:paraId="27298C0B" w14:textId="34C08F4D" w:rsidR="003E7AA7" w:rsidRPr="00484F7F" w:rsidRDefault="003E7AA7" w:rsidP="00217531">
            <w:pPr>
              <w:spacing w:after="24"/>
              <w:rPr>
                <w:rFonts w:eastAsia="Arial"/>
                <w:bCs/>
                <w:color w:val="auto"/>
                <w:sz w:val="22"/>
                <w:lang w:val="uk-UA"/>
              </w:rPr>
            </w:pPr>
            <w:r w:rsidRPr="00484F7F">
              <w:rPr>
                <w:rFonts w:eastAsia="Arial"/>
                <w:b/>
                <w:color w:val="auto"/>
                <w:sz w:val="22"/>
                <w:lang w:val="uk-UA"/>
              </w:rPr>
              <w:t xml:space="preserve">І1.У2. </w:t>
            </w:r>
            <w:r w:rsidRPr="00484F7F">
              <w:rPr>
                <w:rFonts w:eastAsia="Arial"/>
                <w:bCs/>
                <w:color w:val="auto"/>
                <w:sz w:val="22"/>
                <w:lang w:val="uk-UA"/>
              </w:rPr>
              <w:t xml:space="preserve">Виявляти прогалини, дублювання, недостатню </w:t>
            </w:r>
            <w:r w:rsidR="00297E51" w:rsidRPr="00484F7F">
              <w:rPr>
                <w:rFonts w:eastAsia="Arial"/>
                <w:bCs/>
                <w:color w:val="auto"/>
                <w:sz w:val="22"/>
                <w:lang w:val="uk-UA"/>
              </w:rPr>
              <w:t xml:space="preserve">           </w:t>
            </w:r>
            <w:r w:rsidRPr="00484F7F">
              <w:rPr>
                <w:rFonts w:eastAsia="Arial"/>
                <w:bCs/>
                <w:color w:val="auto"/>
                <w:sz w:val="22"/>
                <w:lang w:val="uk-UA"/>
              </w:rPr>
              <w:t xml:space="preserve">доступність та інші проблеми в організації місцевої </w:t>
            </w:r>
            <w:r w:rsidR="00297E51" w:rsidRPr="00484F7F">
              <w:rPr>
                <w:rFonts w:eastAsia="Arial"/>
                <w:bCs/>
                <w:color w:val="auto"/>
                <w:sz w:val="22"/>
                <w:lang w:val="uk-UA"/>
              </w:rPr>
              <w:t xml:space="preserve">                 </w:t>
            </w:r>
            <w:r w:rsidRPr="00484F7F">
              <w:rPr>
                <w:rFonts w:eastAsia="Arial"/>
                <w:bCs/>
                <w:color w:val="auto"/>
                <w:sz w:val="22"/>
                <w:lang w:val="uk-UA"/>
              </w:rPr>
              <w:t>підтримки</w:t>
            </w:r>
          </w:p>
          <w:p w14:paraId="738B71D6" w14:textId="77777777" w:rsidR="003E7AA7" w:rsidRPr="00484F7F" w:rsidRDefault="003E7AA7" w:rsidP="00217531">
            <w:pPr>
              <w:spacing w:after="24"/>
              <w:rPr>
                <w:rFonts w:eastAsia="Arial"/>
                <w:bCs/>
                <w:color w:val="auto"/>
                <w:sz w:val="22"/>
                <w:lang w:val="uk-UA"/>
              </w:rPr>
            </w:pPr>
          </w:p>
          <w:p w14:paraId="164A9493" w14:textId="1BE7DEC4" w:rsidR="003E7AA7" w:rsidRPr="00484F7F" w:rsidRDefault="003E7AA7" w:rsidP="00217531">
            <w:pPr>
              <w:spacing w:after="24"/>
              <w:rPr>
                <w:rFonts w:eastAsia="Arial"/>
                <w:bCs/>
                <w:color w:val="auto"/>
                <w:sz w:val="22"/>
                <w:lang w:val="uk-UA"/>
              </w:rPr>
            </w:pPr>
            <w:r w:rsidRPr="00484F7F">
              <w:rPr>
                <w:rFonts w:eastAsia="Arial"/>
                <w:b/>
                <w:color w:val="auto"/>
                <w:sz w:val="22"/>
                <w:lang w:val="uk-UA"/>
              </w:rPr>
              <w:t>І1.У3.</w:t>
            </w:r>
            <w:r w:rsidRPr="00484F7F">
              <w:rPr>
                <w:rFonts w:eastAsia="Arial"/>
                <w:bCs/>
                <w:color w:val="auto"/>
                <w:sz w:val="22"/>
                <w:lang w:val="uk-UA"/>
              </w:rPr>
              <w:t xml:space="preserve"> Розробляти експертні пропозиції щодо </w:t>
            </w:r>
            <w:r w:rsidR="00297E51" w:rsidRPr="00484F7F">
              <w:rPr>
                <w:rFonts w:eastAsia="Arial"/>
                <w:bCs/>
                <w:color w:val="auto"/>
                <w:sz w:val="22"/>
                <w:lang w:val="uk-UA"/>
              </w:rPr>
              <w:t xml:space="preserve">                          </w:t>
            </w:r>
            <w:r w:rsidRPr="00484F7F">
              <w:rPr>
                <w:rFonts w:eastAsia="Arial"/>
                <w:bCs/>
                <w:color w:val="auto"/>
                <w:sz w:val="22"/>
                <w:lang w:val="uk-UA"/>
              </w:rPr>
              <w:t>вдосконалення цілей, заходів, показників результативності та механізмів взаємодії.</w:t>
            </w:r>
          </w:p>
          <w:p w14:paraId="1C67F653" w14:textId="77777777" w:rsidR="003E7AA7" w:rsidRPr="00484F7F" w:rsidRDefault="003E7AA7" w:rsidP="00217531">
            <w:pPr>
              <w:spacing w:after="24"/>
              <w:rPr>
                <w:rFonts w:eastAsia="Arial"/>
                <w:bCs/>
                <w:color w:val="auto"/>
                <w:sz w:val="22"/>
                <w:lang w:val="uk-UA"/>
              </w:rPr>
            </w:pPr>
          </w:p>
          <w:p w14:paraId="6CE0A421" w14:textId="6E010FD9" w:rsidR="003E7AA7" w:rsidRPr="00484F7F" w:rsidRDefault="003E7AA7" w:rsidP="00217531">
            <w:pPr>
              <w:spacing w:after="24"/>
              <w:rPr>
                <w:rFonts w:eastAsia="Arial"/>
                <w:b/>
                <w:color w:val="auto"/>
                <w:sz w:val="22"/>
                <w:lang w:val="uk-UA"/>
              </w:rPr>
            </w:pPr>
            <w:r w:rsidRPr="00484F7F">
              <w:rPr>
                <w:rFonts w:eastAsia="Arial"/>
                <w:b/>
                <w:color w:val="auto"/>
                <w:sz w:val="22"/>
                <w:lang w:val="uk-UA"/>
              </w:rPr>
              <w:t xml:space="preserve">І1.У4. </w:t>
            </w:r>
            <w:r w:rsidRPr="00484F7F">
              <w:rPr>
                <w:rFonts w:eastAsia="Arial"/>
                <w:bCs/>
                <w:color w:val="auto"/>
                <w:sz w:val="22"/>
                <w:lang w:val="uk-UA"/>
              </w:rPr>
              <w:t xml:space="preserve">Консультувати </w:t>
            </w:r>
            <w:r w:rsidR="00297E51" w:rsidRPr="00484F7F">
              <w:rPr>
                <w:rFonts w:eastAsia="Arial"/>
                <w:bCs/>
                <w:color w:val="auto"/>
                <w:sz w:val="22"/>
                <w:lang w:val="uk-UA"/>
              </w:rPr>
              <w:t xml:space="preserve">            </w:t>
            </w:r>
            <w:r w:rsidRPr="00484F7F">
              <w:rPr>
                <w:rFonts w:eastAsia="Arial"/>
                <w:bCs/>
                <w:color w:val="auto"/>
                <w:sz w:val="22"/>
                <w:lang w:val="uk-UA"/>
              </w:rPr>
              <w:t xml:space="preserve">представників органів місцевого самоврядування щодо </w:t>
            </w:r>
            <w:r w:rsidR="00297E51" w:rsidRPr="00484F7F">
              <w:rPr>
                <w:rFonts w:eastAsia="Arial"/>
                <w:bCs/>
                <w:color w:val="auto"/>
                <w:sz w:val="22"/>
                <w:lang w:val="uk-UA"/>
              </w:rPr>
              <w:t xml:space="preserve">            </w:t>
            </w:r>
            <w:r w:rsidRPr="00484F7F">
              <w:rPr>
                <w:rFonts w:eastAsia="Arial"/>
                <w:bCs/>
                <w:color w:val="auto"/>
                <w:sz w:val="22"/>
                <w:lang w:val="uk-UA"/>
              </w:rPr>
              <w:t xml:space="preserve">використання результатів </w:t>
            </w:r>
            <w:r w:rsidR="00297E51" w:rsidRPr="00484F7F">
              <w:rPr>
                <w:rFonts w:eastAsia="Arial"/>
                <w:bCs/>
                <w:color w:val="auto"/>
                <w:sz w:val="22"/>
                <w:lang w:val="uk-UA"/>
              </w:rPr>
              <w:t xml:space="preserve">       </w:t>
            </w:r>
            <w:r w:rsidRPr="00484F7F">
              <w:rPr>
                <w:rFonts w:eastAsia="Arial"/>
                <w:bCs/>
                <w:color w:val="auto"/>
                <w:sz w:val="22"/>
                <w:lang w:val="uk-UA"/>
              </w:rPr>
              <w:t>моніторингу потреб під час модернізації програм і</w:t>
            </w:r>
            <w:r w:rsidR="00297E51" w:rsidRPr="00484F7F">
              <w:rPr>
                <w:rFonts w:eastAsia="Arial"/>
                <w:bCs/>
                <w:color w:val="auto"/>
                <w:sz w:val="22"/>
                <w:lang w:val="uk-UA"/>
              </w:rPr>
              <w:t xml:space="preserve">             </w:t>
            </w:r>
            <w:r w:rsidRPr="00484F7F">
              <w:rPr>
                <w:rFonts w:eastAsia="Arial"/>
                <w:bCs/>
                <w:color w:val="auto"/>
                <w:sz w:val="22"/>
                <w:lang w:val="uk-UA"/>
              </w:rPr>
              <w:t xml:space="preserve"> проєктів.</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11F2D4DC" w14:textId="14C095DA" w:rsidR="00C60E3A" w:rsidRPr="00484F7F" w:rsidRDefault="003E7AA7" w:rsidP="00D95C4A">
            <w:pPr>
              <w:spacing w:after="24"/>
              <w:rPr>
                <w:rFonts w:eastAsia="Arial"/>
                <w:bCs/>
                <w:color w:val="auto"/>
                <w:sz w:val="22"/>
                <w:lang w:val="ru-RU"/>
              </w:rPr>
            </w:pPr>
            <w:r w:rsidRPr="00484F7F">
              <w:rPr>
                <w:rFonts w:eastAsia="Arial"/>
                <w:b/>
                <w:color w:val="auto"/>
                <w:sz w:val="22"/>
                <w:lang w:val="ru-RU"/>
              </w:rPr>
              <w:t xml:space="preserve">І1.К1. </w:t>
            </w:r>
            <w:r w:rsidRPr="00484F7F">
              <w:rPr>
                <w:rFonts w:eastAsia="Arial"/>
                <w:bCs/>
                <w:color w:val="auto"/>
                <w:sz w:val="22"/>
                <w:lang w:val="ru-RU"/>
              </w:rPr>
              <w:t>Проводити експертні консультації з представниками органів місцевого самоврядування, установ, надавачів послуг та інших</w:t>
            </w:r>
            <w:r w:rsidR="00297E51" w:rsidRPr="00484F7F">
              <w:rPr>
                <w:rFonts w:eastAsia="Arial"/>
                <w:bCs/>
                <w:color w:val="auto"/>
                <w:sz w:val="22"/>
                <w:lang w:val="ru-RU"/>
              </w:rPr>
              <w:t xml:space="preserve">                  </w:t>
            </w:r>
            <w:r w:rsidRPr="00484F7F">
              <w:rPr>
                <w:rFonts w:eastAsia="Arial"/>
                <w:bCs/>
                <w:color w:val="auto"/>
                <w:sz w:val="22"/>
                <w:lang w:val="ru-RU"/>
              </w:rPr>
              <w:t xml:space="preserve"> заінтересованих суб’єктів.</w:t>
            </w:r>
          </w:p>
          <w:p w14:paraId="4CB1C8AF" w14:textId="77777777" w:rsidR="003E7AA7" w:rsidRPr="00484F7F" w:rsidRDefault="003E7AA7" w:rsidP="00D95C4A">
            <w:pPr>
              <w:spacing w:after="24"/>
              <w:rPr>
                <w:rFonts w:eastAsia="Arial"/>
                <w:bCs/>
                <w:color w:val="auto"/>
                <w:sz w:val="22"/>
                <w:lang w:val="ru-RU"/>
              </w:rPr>
            </w:pPr>
          </w:p>
          <w:p w14:paraId="01057B41" w14:textId="2FC3ADCC" w:rsidR="003E7AA7" w:rsidRPr="00484F7F" w:rsidRDefault="003E7AA7" w:rsidP="00D95C4A">
            <w:pPr>
              <w:spacing w:after="24"/>
              <w:rPr>
                <w:rFonts w:eastAsia="Arial"/>
                <w:b/>
                <w:color w:val="auto"/>
                <w:sz w:val="22"/>
                <w:lang w:val="ru-RU"/>
              </w:rPr>
            </w:pPr>
            <w:r w:rsidRPr="00484F7F">
              <w:rPr>
                <w:rFonts w:eastAsia="Arial"/>
                <w:b/>
                <w:color w:val="auto"/>
                <w:sz w:val="22"/>
                <w:lang w:val="ru-RU"/>
              </w:rPr>
              <w:t xml:space="preserve">І1.К2. </w:t>
            </w:r>
            <w:r w:rsidRPr="00484F7F">
              <w:rPr>
                <w:rFonts w:eastAsia="Arial"/>
                <w:bCs/>
                <w:color w:val="auto"/>
                <w:sz w:val="22"/>
                <w:lang w:val="ru-RU"/>
              </w:rPr>
              <w:t>Аргументовано представляти результати аналізу та пропозиції щодо вдосконалення програм і проєктів.</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20EB6F1A" w14:textId="6A4111DF" w:rsidR="00C60E3A" w:rsidRPr="00484F7F" w:rsidRDefault="003E7AA7" w:rsidP="00D95C4A">
            <w:pPr>
              <w:spacing w:after="24"/>
              <w:rPr>
                <w:rFonts w:eastAsia="Arial"/>
                <w:bCs/>
                <w:color w:val="auto"/>
                <w:sz w:val="22"/>
                <w:lang w:val="ru-RU"/>
              </w:rPr>
            </w:pPr>
            <w:r w:rsidRPr="00484F7F">
              <w:rPr>
                <w:rFonts w:eastAsia="Arial"/>
                <w:b/>
                <w:color w:val="auto"/>
                <w:sz w:val="22"/>
                <w:lang w:val="ru-RU"/>
              </w:rPr>
              <w:t>І1.В1.</w:t>
            </w:r>
            <w:r w:rsidRPr="00484F7F">
              <w:rPr>
                <w:rFonts w:eastAsia="Arial"/>
                <w:bCs/>
                <w:color w:val="auto"/>
                <w:sz w:val="22"/>
                <w:lang w:val="ru-RU"/>
              </w:rPr>
              <w:t xml:space="preserve"> Самостійно </w:t>
            </w:r>
            <w:r w:rsidR="008C506C">
              <w:rPr>
                <w:rFonts w:eastAsia="Arial"/>
                <w:bCs/>
                <w:color w:val="auto"/>
                <w:sz w:val="22"/>
                <w:lang w:val="ru-RU"/>
              </w:rPr>
              <w:t xml:space="preserve">                </w:t>
            </w:r>
            <w:r w:rsidRPr="00484F7F">
              <w:rPr>
                <w:rFonts w:eastAsia="Arial"/>
                <w:bCs/>
                <w:color w:val="auto"/>
                <w:sz w:val="22"/>
                <w:lang w:val="ru-RU"/>
              </w:rPr>
              <w:t xml:space="preserve">готувати експертні </w:t>
            </w:r>
            <w:r w:rsidR="008C506C">
              <w:rPr>
                <w:rFonts w:eastAsia="Arial"/>
                <w:bCs/>
                <w:color w:val="auto"/>
                <w:sz w:val="22"/>
                <w:lang w:val="ru-RU"/>
              </w:rPr>
              <w:t xml:space="preserve">              </w:t>
            </w:r>
            <w:r w:rsidRPr="00484F7F">
              <w:rPr>
                <w:rFonts w:eastAsia="Arial"/>
                <w:bCs/>
                <w:color w:val="auto"/>
                <w:sz w:val="22"/>
                <w:lang w:val="ru-RU"/>
              </w:rPr>
              <w:t>висновки, рекомендації та</w:t>
            </w:r>
            <w:r w:rsidR="00297E51" w:rsidRPr="00484F7F">
              <w:rPr>
                <w:rFonts w:eastAsia="Arial"/>
                <w:bCs/>
                <w:color w:val="auto"/>
                <w:sz w:val="22"/>
                <w:lang w:val="ru-RU"/>
              </w:rPr>
              <w:t xml:space="preserve"> </w:t>
            </w:r>
            <w:r w:rsidRPr="00484F7F">
              <w:rPr>
                <w:rFonts w:eastAsia="Arial"/>
                <w:bCs/>
                <w:color w:val="auto"/>
                <w:sz w:val="22"/>
                <w:lang w:val="ru-RU"/>
              </w:rPr>
              <w:t xml:space="preserve">пропозиції щодо </w:t>
            </w:r>
            <w:r w:rsidR="00297E51" w:rsidRPr="00484F7F">
              <w:rPr>
                <w:rFonts w:eastAsia="Arial"/>
                <w:bCs/>
                <w:color w:val="auto"/>
                <w:sz w:val="22"/>
                <w:lang w:val="ru-RU"/>
              </w:rPr>
              <w:t xml:space="preserve">              </w:t>
            </w:r>
            <w:r w:rsidRPr="00484F7F">
              <w:rPr>
                <w:rFonts w:eastAsia="Arial"/>
                <w:bCs/>
                <w:color w:val="auto"/>
                <w:sz w:val="22"/>
                <w:lang w:val="ru-RU"/>
              </w:rPr>
              <w:t>вдосконалення місцевих програм і проєктів.</w:t>
            </w:r>
          </w:p>
          <w:p w14:paraId="62B40179" w14:textId="77777777" w:rsidR="00F111ED" w:rsidRPr="00484F7F" w:rsidRDefault="00F111ED" w:rsidP="00D95C4A">
            <w:pPr>
              <w:spacing w:after="24"/>
              <w:rPr>
                <w:rFonts w:eastAsia="Arial"/>
                <w:bCs/>
                <w:color w:val="auto"/>
                <w:sz w:val="22"/>
                <w:lang w:val="ru-RU"/>
              </w:rPr>
            </w:pPr>
          </w:p>
          <w:p w14:paraId="60FBF1CD" w14:textId="2E3854AF" w:rsidR="00F111ED" w:rsidRPr="00484F7F" w:rsidRDefault="00F111ED" w:rsidP="00D95C4A">
            <w:pPr>
              <w:spacing w:after="24"/>
              <w:rPr>
                <w:rFonts w:eastAsia="Arial"/>
                <w:bCs/>
                <w:color w:val="auto"/>
                <w:sz w:val="22"/>
                <w:lang w:val="ru-RU"/>
              </w:rPr>
            </w:pPr>
            <w:r w:rsidRPr="00484F7F">
              <w:rPr>
                <w:rFonts w:eastAsia="Arial"/>
                <w:b/>
                <w:color w:val="auto"/>
                <w:sz w:val="22"/>
                <w:lang w:val="ru-RU"/>
              </w:rPr>
              <w:t>І1.В2.</w:t>
            </w:r>
            <w:r w:rsidRPr="00484F7F">
              <w:rPr>
                <w:rFonts w:eastAsia="Arial"/>
                <w:bCs/>
                <w:color w:val="auto"/>
                <w:sz w:val="22"/>
                <w:lang w:val="ru-RU"/>
              </w:rPr>
              <w:t xml:space="preserve"> Відповідати за обґрунтованість</w:t>
            </w:r>
            <w:r w:rsidR="00297E51" w:rsidRPr="00484F7F">
              <w:rPr>
                <w:rFonts w:eastAsia="Arial"/>
                <w:bCs/>
                <w:color w:val="auto"/>
                <w:sz w:val="22"/>
                <w:lang w:val="ru-RU"/>
              </w:rPr>
              <w:t xml:space="preserve">      </w:t>
            </w:r>
            <w:r w:rsidRPr="00484F7F">
              <w:rPr>
                <w:rFonts w:eastAsia="Arial"/>
                <w:bCs/>
                <w:color w:val="auto"/>
                <w:sz w:val="22"/>
                <w:lang w:val="ru-RU"/>
              </w:rPr>
              <w:t xml:space="preserve"> експертних </w:t>
            </w:r>
            <w:r w:rsidR="00297E51" w:rsidRPr="00484F7F">
              <w:rPr>
                <w:rFonts w:eastAsia="Arial"/>
                <w:bCs/>
                <w:color w:val="auto"/>
                <w:sz w:val="22"/>
                <w:lang w:val="ru-RU"/>
              </w:rPr>
              <w:t xml:space="preserve">                          </w:t>
            </w:r>
            <w:r w:rsidRPr="00484F7F">
              <w:rPr>
                <w:rFonts w:eastAsia="Arial"/>
                <w:bCs/>
                <w:color w:val="auto"/>
                <w:sz w:val="22"/>
                <w:lang w:val="ru-RU"/>
              </w:rPr>
              <w:t xml:space="preserve">рекомендацій, не </w:t>
            </w:r>
            <w:r w:rsidR="00297E51" w:rsidRPr="00484F7F">
              <w:rPr>
                <w:rFonts w:eastAsia="Arial"/>
                <w:bCs/>
                <w:color w:val="auto"/>
                <w:sz w:val="22"/>
                <w:lang w:val="ru-RU"/>
              </w:rPr>
              <w:t xml:space="preserve">                      </w:t>
            </w:r>
            <w:r w:rsidRPr="00484F7F">
              <w:rPr>
                <w:rFonts w:eastAsia="Arial"/>
                <w:bCs/>
                <w:color w:val="auto"/>
                <w:sz w:val="22"/>
                <w:lang w:val="ru-RU"/>
              </w:rPr>
              <w:t xml:space="preserve">перебираючи повноважень органів місцевого </w:t>
            </w:r>
            <w:r w:rsidR="00297E51" w:rsidRPr="00484F7F">
              <w:rPr>
                <w:rFonts w:eastAsia="Arial"/>
                <w:bCs/>
                <w:color w:val="auto"/>
                <w:sz w:val="22"/>
                <w:lang w:val="ru-RU"/>
              </w:rPr>
              <w:t xml:space="preserve">              </w:t>
            </w:r>
            <w:r w:rsidRPr="00484F7F">
              <w:rPr>
                <w:rFonts w:eastAsia="Arial"/>
                <w:bCs/>
                <w:color w:val="auto"/>
                <w:sz w:val="22"/>
                <w:lang w:val="ru-RU"/>
              </w:rPr>
              <w:t xml:space="preserve">самоврядування щодо прийняття та </w:t>
            </w:r>
            <w:r w:rsidR="00297E51" w:rsidRPr="00484F7F">
              <w:rPr>
                <w:rFonts w:eastAsia="Arial"/>
                <w:bCs/>
                <w:color w:val="auto"/>
                <w:sz w:val="22"/>
                <w:lang w:val="ru-RU"/>
              </w:rPr>
              <w:t xml:space="preserve">                            </w:t>
            </w:r>
            <w:r w:rsidRPr="00484F7F">
              <w:rPr>
                <w:rFonts w:eastAsia="Arial"/>
                <w:bCs/>
                <w:color w:val="auto"/>
                <w:sz w:val="22"/>
                <w:lang w:val="ru-RU"/>
              </w:rPr>
              <w:t>затвердження програм.</w:t>
            </w:r>
          </w:p>
          <w:p w14:paraId="6702B57C" w14:textId="77777777" w:rsidR="00516F90" w:rsidRPr="00484F7F" w:rsidRDefault="00516F90" w:rsidP="00D95C4A">
            <w:pPr>
              <w:spacing w:after="24"/>
              <w:rPr>
                <w:rFonts w:eastAsia="Arial"/>
                <w:bCs/>
                <w:color w:val="auto"/>
                <w:sz w:val="22"/>
                <w:lang w:val="ru-RU"/>
              </w:rPr>
            </w:pPr>
          </w:p>
          <w:p w14:paraId="4A562A6E" w14:textId="4F3A519C" w:rsidR="00516F90" w:rsidRPr="00484F7F" w:rsidRDefault="00516F90" w:rsidP="00D95C4A">
            <w:pPr>
              <w:spacing w:after="24"/>
              <w:rPr>
                <w:rFonts w:eastAsia="Arial"/>
                <w:bCs/>
                <w:color w:val="auto"/>
                <w:sz w:val="22"/>
                <w:lang w:val="ru-RU"/>
              </w:rPr>
            </w:pPr>
            <w:r w:rsidRPr="00484F7F">
              <w:rPr>
                <w:rFonts w:eastAsia="Arial"/>
                <w:b/>
                <w:color w:val="auto"/>
                <w:sz w:val="22"/>
                <w:lang w:val="ru-RU"/>
              </w:rPr>
              <w:t>І1.В3.</w:t>
            </w:r>
            <w:r w:rsidRPr="00484F7F">
              <w:rPr>
                <w:rFonts w:eastAsia="Arial"/>
                <w:bCs/>
                <w:color w:val="auto"/>
                <w:sz w:val="22"/>
                <w:lang w:val="ru-RU"/>
              </w:rPr>
              <w:t xml:space="preserve"> Дотримуватися принципів доказовості, неупередженості, </w:t>
            </w:r>
            <w:r w:rsidR="00297E51" w:rsidRPr="00484F7F">
              <w:rPr>
                <w:rFonts w:eastAsia="Arial"/>
                <w:bCs/>
                <w:color w:val="auto"/>
                <w:sz w:val="22"/>
                <w:lang w:val="ru-RU"/>
              </w:rPr>
              <w:t xml:space="preserve">                   </w:t>
            </w:r>
            <w:r w:rsidRPr="00484F7F">
              <w:rPr>
                <w:rFonts w:eastAsia="Arial"/>
                <w:bCs/>
                <w:color w:val="auto"/>
                <w:sz w:val="22"/>
                <w:lang w:val="ru-RU"/>
              </w:rPr>
              <w:t xml:space="preserve">прозорості та </w:t>
            </w:r>
            <w:r w:rsidR="00297E51" w:rsidRPr="00484F7F">
              <w:rPr>
                <w:rFonts w:eastAsia="Arial"/>
                <w:bCs/>
                <w:color w:val="auto"/>
                <w:sz w:val="22"/>
                <w:lang w:val="ru-RU"/>
              </w:rPr>
              <w:t xml:space="preserve">                      </w:t>
            </w:r>
            <w:r w:rsidRPr="00484F7F">
              <w:rPr>
                <w:rFonts w:eastAsia="Arial"/>
                <w:bCs/>
                <w:color w:val="auto"/>
                <w:sz w:val="22"/>
                <w:lang w:val="ru-RU"/>
              </w:rPr>
              <w:t xml:space="preserve">запобігання конфлікту </w:t>
            </w:r>
            <w:r w:rsidR="00297E51" w:rsidRPr="00484F7F">
              <w:rPr>
                <w:rFonts w:eastAsia="Arial"/>
                <w:bCs/>
                <w:color w:val="auto"/>
                <w:sz w:val="22"/>
                <w:lang w:val="ru-RU"/>
              </w:rPr>
              <w:t xml:space="preserve">             </w:t>
            </w:r>
            <w:r w:rsidRPr="00484F7F">
              <w:rPr>
                <w:rFonts w:eastAsia="Arial"/>
                <w:bCs/>
                <w:color w:val="auto"/>
                <w:sz w:val="22"/>
                <w:lang w:val="ru-RU"/>
              </w:rPr>
              <w:t>інтересів.</w:t>
            </w:r>
          </w:p>
        </w:tc>
      </w:tr>
      <w:tr w:rsidR="00C60E3A" w:rsidRPr="0076799D" w14:paraId="1D41DDD4" w14:textId="77777777" w:rsidTr="00DC3B0C">
        <w:trPr>
          <w:jc w:val="center"/>
        </w:trPr>
        <w:tc>
          <w:tcPr>
            <w:tcW w:w="2263"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BC2129E" w14:textId="66FB18FD" w:rsidR="00C60E3A" w:rsidRPr="00484F7F" w:rsidRDefault="00516F90" w:rsidP="00217531">
            <w:pPr>
              <w:rPr>
                <w:b/>
                <w:bCs/>
                <w:color w:val="auto"/>
                <w:sz w:val="22"/>
                <w:lang w:val="uk-UA"/>
              </w:rPr>
            </w:pPr>
            <w:r w:rsidRPr="00484F7F">
              <w:rPr>
                <w:b/>
                <w:bCs/>
                <w:color w:val="auto"/>
                <w:sz w:val="22"/>
                <w:lang w:val="uk-UA"/>
              </w:rPr>
              <w:t xml:space="preserve">Ї. Надання </w:t>
            </w:r>
            <w:r w:rsidR="00A80C07" w:rsidRPr="00484F7F">
              <w:rPr>
                <w:b/>
                <w:bCs/>
                <w:color w:val="auto"/>
                <w:sz w:val="22"/>
                <w:lang w:val="uk-UA"/>
              </w:rPr>
              <w:t xml:space="preserve">                    </w:t>
            </w:r>
            <w:r w:rsidRPr="00484F7F">
              <w:rPr>
                <w:b/>
                <w:bCs/>
                <w:color w:val="auto"/>
                <w:sz w:val="22"/>
                <w:lang w:val="uk-UA"/>
              </w:rPr>
              <w:t xml:space="preserve">супервізійної </w:t>
            </w:r>
            <w:r w:rsidR="00A80C07" w:rsidRPr="00484F7F">
              <w:rPr>
                <w:b/>
                <w:bCs/>
                <w:color w:val="auto"/>
                <w:sz w:val="22"/>
                <w:lang w:val="uk-UA"/>
              </w:rPr>
              <w:t xml:space="preserve">                   </w:t>
            </w:r>
            <w:r w:rsidRPr="00484F7F">
              <w:rPr>
                <w:b/>
                <w:bCs/>
                <w:color w:val="auto"/>
                <w:sz w:val="22"/>
                <w:lang w:val="uk-UA"/>
              </w:rPr>
              <w:t xml:space="preserve">підтримки фахівцям із </w:t>
            </w:r>
            <w:r w:rsidR="00A80C07" w:rsidRPr="00484F7F">
              <w:rPr>
                <w:b/>
                <w:bCs/>
                <w:color w:val="auto"/>
                <w:sz w:val="22"/>
                <w:lang w:val="uk-UA"/>
              </w:rPr>
              <w:t xml:space="preserve">             </w:t>
            </w:r>
            <w:r w:rsidRPr="00484F7F">
              <w:rPr>
                <w:b/>
                <w:bCs/>
                <w:color w:val="auto"/>
                <w:sz w:val="22"/>
                <w:lang w:val="uk-UA"/>
              </w:rPr>
              <w:t>супроводу ветеранів війни та демобілізованих осіб</w:t>
            </w:r>
          </w:p>
        </w:tc>
        <w:tc>
          <w:tcPr>
            <w:tcW w:w="212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5F513AE5" w14:textId="144E79E4" w:rsidR="00C60E3A" w:rsidRPr="00484F7F" w:rsidRDefault="00516F90" w:rsidP="001F7936">
            <w:pPr>
              <w:rPr>
                <w:rFonts w:eastAsia="Arial"/>
                <w:b/>
                <w:color w:val="auto"/>
                <w:sz w:val="22"/>
                <w:lang w:val="ru-RU"/>
              </w:rPr>
            </w:pPr>
            <w:r w:rsidRPr="00484F7F">
              <w:rPr>
                <w:rFonts w:eastAsia="Arial"/>
                <w:b/>
                <w:color w:val="auto"/>
                <w:sz w:val="22"/>
                <w:lang w:val="ru-RU"/>
              </w:rPr>
              <w:t xml:space="preserve">Ї1. Здатність здійснювати </w:t>
            </w:r>
            <w:r w:rsidR="005D253A" w:rsidRPr="00484F7F">
              <w:rPr>
                <w:rFonts w:eastAsia="Arial"/>
                <w:b/>
                <w:color w:val="auto"/>
                <w:sz w:val="22"/>
                <w:lang w:val="ru-RU"/>
              </w:rPr>
              <w:t xml:space="preserve">                 </w:t>
            </w:r>
            <w:r w:rsidRPr="00484F7F">
              <w:rPr>
                <w:rFonts w:eastAsia="Arial"/>
                <w:b/>
                <w:color w:val="auto"/>
                <w:sz w:val="22"/>
                <w:lang w:val="ru-RU"/>
              </w:rPr>
              <w:t xml:space="preserve">супервізійну підтримку фахівців із супроводу для аналізу складних професійних </w:t>
            </w:r>
            <w:r w:rsidR="005D253A" w:rsidRPr="00484F7F">
              <w:rPr>
                <w:rFonts w:eastAsia="Arial"/>
                <w:b/>
                <w:color w:val="auto"/>
                <w:sz w:val="22"/>
                <w:lang w:val="ru-RU"/>
              </w:rPr>
              <w:t xml:space="preserve">                 </w:t>
            </w:r>
            <w:r w:rsidRPr="00484F7F">
              <w:rPr>
                <w:rFonts w:eastAsia="Arial"/>
                <w:b/>
                <w:color w:val="auto"/>
                <w:sz w:val="22"/>
                <w:lang w:val="ru-RU"/>
              </w:rPr>
              <w:t xml:space="preserve">ситуацій, </w:t>
            </w:r>
            <w:r w:rsidR="005D253A" w:rsidRPr="00484F7F">
              <w:rPr>
                <w:rFonts w:eastAsia="Arial"/>
                <w:b/>
                <w:color w:val="auto"/>
                <w:sz w:val="22"/>
                <w:lang w:val="ru-RU"/>
              </w:rPr>
              <w:t xml:space="preserve">                     </w:t>
            </w:r>
            <w:r w:rsidRPr="00484F7F">
              <w:rPr>
                <w:rFonts w:eastAsia="Arial"/>
                <w:b/>
                <w:color w:val="auto"/>
                <w:sz w:val="22"/>
                <w:lang w:val="ru-RU"/>
              </w:rPr>
              <w:t>удосконалення</w:t>
            </w:r>
            <w:r w:rsidR="005D253A" w:rsidRPr="00484F7F">
              <w:rPr>
                <w:rFonts w:eastAsia="Arial"/>
                <w:b/>
                <w:color w:val="auto"/>
                <w:sz w:val="22"/>
                <w:lang w:val="ru-RU"/>
              </w:rPr>
              <w:t xml:space="preserve">          </w:t>
            </w:r>
            <w:r w:rsidRPr="00484F7F">
              <w:rPr>
                <w:rFonts w:eastAsia="Arial"/>
                <w:b/>
                <w:color w:val="auto"/>
                <w:sz w:val="22"/>
                <w:lang w:val="ru-RU"/>
              </w:rPr>
              <w:t xml:space="preserve"> професійних дій, розвитку </w:t>
            </w:r>
            <w:r w:rsidR="005D253A" w:rsidRPr="00484F7F">
              <w:rPr>
                <w:rFonts w:eastAsia="Arial"/>
                <w:b/>
                <w:color w:val="auto"/>
                <w:sz w:val="22"/>
                <w:lang w:val="ru-RU"/>
              </w:rPr>
              <w:t xml:space="preserve">                     </w:t>
            </w:r>
            <w:r w:rsidRPr="00484F7F">
              <w:rPr>
                <w:rFonts w:eastAsia="Arial"/>
                <w:b/>
                <w:color w:val="auto"/>
                <w:sz w:val="22"/>
                <w:lang w:val="ru-RU"/>
              </w:rPr>
              <w:t>професійної</w:t>
            </w:r>
            <w:r w:rsidR="005D253A" w:rsidRPr="00484F7F">
              <w:rPr>
                <w:rFonts w:eastAsia="Arial"/>
                <w:b/>
                <w:color w:val="auto"/>
                <w:sz w:val="22"/>
                <w:lang w:val="ru-RU"/>
              </w:rPr>
              <w:t xml:space="preserve">                   </w:t>
            </w:r>
            <w:r w:rsidRPr="00484F7F">
              <w:rPr>
                <w:rFonts w:eastAsia="Arial"/>
                <w:b/>
                <w:color w:val="auto"/>
                <w:sz w:val="22"/>
                <w:lang w:val="ru-RU"/>
              </w:rPr>
              <w:t xml:space="preserve"> компетентності та </w:t>
            </w:r>
            <w:r w:rsidRPr="00484F7F">
              <w:rPr>
                <w:rFonts w:eastAsia="Arial"/>
                <w:b/>
                <w:color w:val="auto"/>
                <w:sz w:val="22"/>
                <w:lang w:val="ru-RU"/>
              </w:rPr>
              <w:lastRenderedPageBreak/>
              <w:t xml:space="preserve">запобігання </w:t>
            </w:r>
            <w:r w:rsidR="005D253A" w:rsidRPr="00484F7F">
              <w:rPr>
                <w:rFonts w:eastAsia="Arial"/>
                <w:b/>
                <w:color w:val="auto"/>
                <w:sz w:val="22"/>
                <w:lang w:val="ru-RU"/>
              </w:rPr>
              <w:t xml:space="preserve">                   </w:t>
            </w:r>
            <w:r w:rsidRPr="00484F7F">
              <w:rPr>
                <w:rFonts w:eastAsia="Arial"/>
                <w:b/>
                <w:color w:val="auto"/>
                <w:sz w:val="22"/>
                <w:lang w:val="ru-RU"/>
              </w:rPr>
              <w:t>професійному</w:t>
            </w:r>
            <w:r w:rsidR="005D253A" w:rsidRPr="00484F7F">
              <w:rPr>
                <w:rFonts w:eastAsia="Arial"/>
                <w:b/>
                <w:color w:val="auto"/>
                <w:sz w:val="22"/>
                <w:lang w:val="ru-RU"/>
              </w:rPr>
              <w:t xml:space="preserve">                </w:t>
            </w:r>
            <w:r w:rsidRPr="00484F7F">
              <w:rPr>
                <w:rFonts w:eastAsia="Arial"/>
                <w:b/>
                <w:color w:val="auto"/>
                <w:sz w:val="22"/>
                <w:lang w:val="ru-RU"/>
              </w:rPr>
              <w:t xml:space="preserve"> виснаженню.</w:t>
            </w:r>
          </w:p>
        </w:tc>
        <w:tc>
          <w:tcPr>
            <w:tcW w:w="2976"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4560B271" w14:textId="37EFEC93" w:rsidR="00C60E3A" w:rsidRPr="00484F7F" w:rsidRDefault="00F721CC" w:rsidP="00217531">
            <w:pPr>
              <w:spacing w:after="24"/>
              <w:rPr>
                <w:rFonts w:eastAsia="Arial"/>
                <w:bCs/>
                <w:color w:val="auto"/>
                <w:sz w:val="22"/>
                <w:lang w:val="ru-RU"/>
              </w:rPr>
            </w:pPr>
            <w:r w:rsidRPr="00484F7F">
              <w:rPr>
                <w:rFonts w:eastAsia="Arial"/>
                <w:b/>
                <w:color w:val="auto"/>
                <w:sz w:val="22"/>
                <w:lang w:val="ru-RU"/>
              </w:rPr>
              <w:lastRenderedPageBreak/>
              <w:t xml:space="preserve">Ї1.З1. </w:t>
            </w:r>
            <w:r w:rsidRPr="00484F7F">
              <w:rPr>
                <w:rFonts w:eastAsia="Arial"/>
                <w:bCs/>
                <w:color w:val="auto"/>
                <w:sz w:val="22"/>
                <w:lang w:val="ru-RU"/>
              </w:rPr>
              <w:t xml:space="preserve">Принципи, завдання, форми та етапи професійної супервізії, етичні засади </w:t>
            </w:r>
            <w:r w:rsidR="005D253A" w:rsidRPr="00484F7F">
              <w:rPr>
                <w:rFonts w:eastAsia="Arial"/>
                <w:bCs/>
                <w:color w:val="auto"/>
                <w:sz w:val="22"/>
                <w:lang w:val="ru-RU"/>
              </w:rPr>
              <w:t xml:space="preserve">               </w:t>
            </w:r>
            <w:r w:rsidRPr="00484F7F">
              <w:rPr>
                <w:rFonts w:eastAsia="Arial"/>
                <w:bCs/>
                <w:color w:val="auto"/>
                <w:sz w:val="22"/>
                <w:lang w:val="ru-RU"/>
              </w:rPr>
              <w:t>супервізійної взаємодії та</w:t>
            </w:r>
            <w:r w:rsidR="005D253A" w:rsidRPr="00484F7F">
              <w:rPr>
                <w:rFonts w:eastAsia="Arial"/>
                <w:bCs/>
                <w:color w:val="auto"/>
                <w:sz w:val="22"/>
                <w:lang w:val="ru-RU"/>
              </w:rPr>
              <w:t xml:space="preserve">             </w:t>
            </w:r>
            <w:r w:rsidRPr="00484F7F">
              <w:rPr>
                <w:rFonts w:eastAsia="Arial"/>
                <w:bCs/>
                <w:color w:val="auto"/>
                <w:sz w:val="22"/>
                <w:lang w:val="ru-RU"/>
              </w:rPr>
              <w:t xml:space="preserve"> вимоги до конфіденційності.</w:t>
            </w:r>
          </w:p>
          <w:p w14:paraId="0D22CE31" w14:textId="77777777" w:rsidR="00F721CC" w:rsidRPr="00484F7F" w:rsidRDefault="00F721CC" w:rsidP="00217531">
            <w:pPr>
              <w:spacing w:after="24"/>
              <w:rPr>
                <w:rFonts w:eastAsia="Arial"/>
                <w:bCs/>
                <w:color w:val="auto"/>
                <w:sz w:val="22"/>
                <w:lang w:val="ru-RU"/>
              </w:rPr>
            </w:pPr>
          </w:p>
          <w:p w14:paraId="55F5A65A" w14:textId="7FD41022" w:rsidR="00197C59" w:rsidRPr="00484F7F" w:rsidRDefault="00F721CC" w:rsidP="00217531">
            <w:pPr>
              <w:spacing w:after="24"/>
              <w:rPr>
                <w:rFonts w:eastAsia="Arial"/>
                <w:bCs/>
                <w:color w:val="auto"/>
                <w:sz w:val="22"/>
                <w:lang w:val="ru-RU"/>
              </w:rPr>
            </w:pPr>
            <w:r w:rsidRPr="00484F7F">
              <w:rPr>
                <w:rFonts w:eastAsia="Arial"/>
                <w:b/>
                <w:color w:val="auto"/>
                <w:sz w:val="22"/>
                <w:lang w:val="ru-RU"/>
              </w:rPr>
              <w:t xml:space="preserve">Ї1.З2. </w:t>
            </w:r>
            <w:r w:rsidRPr="00484F7F">
              <w:rPr>
                <w:rFonts w:eastAsia="Arial"/>
                <w:bCs/>
                <w:color w:val="auto"/>
                <w:sz w:val="22"/>
                <w:lang w:val="ru-RU"/>
              </w:rPr>
              <w:t xml:space="preserve">Методи аналізу </w:t>
            </w:r>
            <w:r w:rsidR="005D253A" w:rsidRPr="00484F7F">
              <w:rPr>
                <w:rFonts w:eastAsia="Arial"/>
                <w:bCs/>
                <w:color w:val="auto"/>
                <w:sz w:val="22"/>
                <w:lang w:val="ru-RU"/>
              </w:rPr>
              <w:t xml:space="preserve">                 </w:t>
            </w:r>
            <w:r w:rsidRPr="00484F7F">
              <w:rPr>
                <w:rFonts w:eastAsia="Arial"/>
                <w:bCs/>
                <w:color w:val="auto"/>
                <w:sz w:val="22"/>
                <w:lang w:val="ru-RU"/>
              </w:rPr>
              <w:t xml:space="preserve">складних професійних </w:t>
            </w:r>
            <w:r w:rsidR="005D253A" w:rsidRPr="00484F7F">
              <w:rPr>
                <w:rFonts w:eastAsia="Arial"/>
                <w:bCs/>
                <w:color w:val="auto"/>
                <w:sz w:val="22"/>
                <w:lang w:val="ru-RU"/>
              </w:rPr>
              <w:t xml:space="preserve">                   </w:t>
            </w:r>
            <w:r w:rsidRPr="00484F7F">
              <w:rPr>
                <w:rFonts w:eastAsia="Arial"/>
                <w:bCs/>
                <w:color w:val="auto"/>
                <w:sz w:val="22"/>
                <w:lang w:val="ru-RU"/>
              </w:rPr>
              <w:t>ситуацій, професійної</w:t>
            </w:r>
            <w:r w:rsidR="005D253A" w:rsidRPr="00484F7F">
              <w:rPr>
                <w:rFonts w:eastAsia="Arial"/>
                <w:bCs/>
                <w:color w:val="auto"/>
                <w:sz w:val="22"/>
                <w:lang w:val="ru-RU"/>
              </w:rPr>
              <w:t xml:space="preserve">                   </w:t>
            </w:r>
            <w:r w:rsidRPr="00484F7F">
              <w:rPr>
                <w:rFonts w:eastAsia="Arial"/>
                <w:bCs/>
                <w:color w:val="auto"/>
                <w:sz w:val="22"/>
                <w:lang w:val="ru-RU"/>
              </w:rPr>
              <w:t xml:space="preserve"> рефлексії, розбору випадків, визначення професійних </w:t>
            </w:r>
            <w:r w:rsidR="005D253A" w:rsidRPr="00484F7F">
              <w:rPr>
                <w:rFonts w:eastAsia="Arial"/>
                <w:bCs/>
                <w:color w:val="auto"/>
                <w:sz w:val="22"/>
                <w:lang w:val="ru-RU"/>
              </w:rPr>
              <w:t xml:space="preserve">              </w:t>
            </w:r>
            <w:r w:rsidRPr="00484F7F">
              <w:rPr>
                <w:rFonts w:eastAsia="Arial"/>
                <w:bCs/>
                <w:color w:val="auto"/>
                <w:sz w:val="22"/>
                <w:lang w:val="ru-RU"/>
              </w:rPr>
              <w:t xml:space="preserve">ризиків та пошуку </w:t>
            </w:r>
            <w:r w:rsidR="005D253A" w:rsidRPr="00484F7F">
              <w:rPr>
                <w:rFonts w:eastAsia="Arial"/>
                <w:bCs/>
                <w:color w:val="auto"/>
                <w:sz w:val="22"/>
                <w:lang w:val="ru-RU"/>
              </w:rPr>
              <w:t xml:space="preserve">                         </w:t>
            </w:r>
            <w:r w:rsidRPr="00484F7F">
              <w:rPr>
                <w:rFonts w:eastAsia="Arial"/>
                <w:bCs/>
                <w:color w:val="auto"/>
                <w:sz w:val="22"/>
                <w:lang w:val="ru-RU"/>
              </w:rPr>
              <w:t>альтернативних способів дій.</w:t>
            </w:r>
          </w:p>
          <w:p w14:paraId="4A4D5B00" w14:textId="78CC28D0" w:rsidR="00197C59" w:rsidRPr="00484F7F" w:rsidRDefault="00197C59" w:rsidP="00217531">
            <w:pPr>
              <w:spacing w:after="24"/>
              <w:rPr>
                <w:rFonts w:eastAsia="Arial"/>
                <w:b/>
                <w:color w:val="auto"/>
                <w:sz w:val="22"/>
                <w:lang w:val="ru-RU"/>
              </w:rPr>
            </w:pPr>
            <w:r w:rsidRPr="00484F7F">
              <w:rPr>
                <w:rFonts w:eastAsia="Arial"/>
                <w:b/>
                <w:color w:val="auto"/>
                <w:sz w:val="22"/>
                <w:lang w:val="ru-RU"/>
              </w:rPr>
              <w:lastRenderedPageBreak/>
              <w:t xml:space="preserve">Ї1.З3. </w:t>
            </w:r>
            <w:r w:rsidR="00FB343F" w:rsidRPr="00484F7F">
              <w:rPr>
                <w:rFonts w:eastAsia="Arial"/>
                <w:bCs/>
                <w:color w:val="auto"/>
                <w:sz w:val="22"/>
                <w:lang w:val="ru-RU"/>
              </w:rPr>
              <w:t xml:space="preserve">Ознаки професійного виснаження, емоційного </w:t>
            </w:r>
            <w:r w:rsidR="005D253A" w:rsidRPr="00484F7F">
              <w:rPr>
                <w:rFonts w:eastAsia="Arial"/>
                <w:bCs/>
                <w:color w:val="auto"/>
                <w:sz w:val="22"/>
                <w:lang w:val="ru-RU"/>
              </w:rPr>
              <w:t xml:space="preserve">               </w:t>
            </w:r>
            <w:r w:rsidR="00FB343F" w:rsidRPr="00484F7F">
              <w:rPr>
                <w:rFonts w:eastAsia="Arial"/>
                <w:bCs/>
                <w:color w:val="auto"/>
                <w:sz w:val="22"/>
                <w:lang w:val="ru-RU"/>
              </w:rPr>
              <w:t>перевантаження та інших професійних ризиків, способи їх профілактики і подолання.</w:t>
            </w:r>
          </w:p>
        </w:tc>
        <w:tc>
          <w:tcPr>
            <w:tcW w:w="2977"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5F733EB5" w14:textId="1A6D636B" w:rsidR="00C60E3A" w:rsidRPr="00484F7F" w:rsidRDefault="00FB343F" w:rsidP="00217531">
            <w:pPr>
              <w:spacing w:after="24"/>
              <w:rPr>
                <w:rFonts w:eastAsia="Arial"/>
                <w:bCs/>
                <w:color w:val="auto"/>
                <w:sz w:val="22"/>
                <w:lang w:val="uk-UA"/>
              </w:rPr>
            </w:pPr>
            <w:r w:rsidRPr="00484F7F">
              <w:rPr>
                <w:rFonts w:eastAsia="Arial"/>
                <w:b/>
                <w:color w:val="auto"/>
                <w:sz w:val="22"/>
                <w:lang w:val="uk-UA"/>
              </w:rPr>
              <w:lastRenderedPageBreak/>
              <w:t xml:space="preserve">Ї1.У1. </w:t>
            </w:r>
            <w:r w:rsidRPr="00484F7F">
              <w:rPr>
                <w:rFonts w:eastAsia="Arial"/>
                <w:bCs/>
                <w:color w:val="auto"/>
                <w:sz w:val="22"/>
                <w:lang w:val="uk-UA"/>
              </w:rPr>
              <w:t xml:space="preserve">Організовувати та проводити індивідуальну і </w:t>
            </w:r>
            <w:r w:rsidR="008C506C">
              <w:rPr>
                <w:rFonts w:eastAsia="Arial"/>
                <w:bCs/>
                <w:color w:val="auto"/>
                <w:sz w:val="22"/>
                <w:lang w:val="uk-UA"/>
              </w:rPr>
              <w:t xml:space="preserve">              </w:t>
            </w:r>
            <w:r w:rsidRPr="00484F7F">
              <w:rPr>
                <w:rFonts w:eastAsia="Arial"/>
                <w:bCs/>
                <w:color w:val="auto"/>
                <w:sz w:val="22"/>
                <w:lang w:val="uk-UA"/>
              </w:rPr>
              <w:t>групову супервізійну підтримку відповідно до визначеного порядку.</w:t>
            </w:r>
          </w:p>
          <w:p w14:paraId="33E5CD98" w14:textId="77777777" w:rsidR="00FB343F" w:rsidRPr="00484F7F" w:rsidRDefault="00FB343F" w:rsidP="00217531">
            <w:pPr>
              <w:spacing w:after="24"/>
              <w:rPr>
                <w:rFonts w:eastAsia="Arial"/>
                <w:bCs/>
                <w:color w:val="auto"/>
                <w:sz w:val="22"/>
                <w:lang w:val="uk-UA"/>
              </w:rPr>
            </w:pPr>
          </w:p>
          <w:p w14:paraId="612CEF06" w14:textId="390D961B" w:rsidR="00FB343F" w:rsidRPr="00484F7F" w:rsidRDefault="00FB343F" w:rsidP="00217531">
            <w:pPr>
              <w:spacing w:after="24"/>
              <w:rPr>
                <w:rFonts w:eastAsia="Arial"/>
                <w:bCs/>
                <w:color w:val="auto"/>
                <w:sz w:val="22"/>
                <w:lang w:val="uk-UA"/>
              </w:rPr>
            </w:pPr>
            <w:r w:rsidRPr="00484F7F">
              <w:rPr>
                <w:rFonts w:eastAsia="Arial"/>
                <w:b/>
                <w:color w:val="auto"/>
                <w:sz w:val="22"/>
                <w:lang w:val="uk-UA"/>
              </w:rPr>
              <w:t xml:space="preserve">Ї1.У2. </w:t>
            </w:r>
            <w:r w:rsidRPr="00484F7F">
              <w:rPr>
                <w:rFonts w:eastAsia="Arial"/>
                <w:bCs/>
                <w:color w:val="auto"/>
                <w:sz w:val="22"/>
                <w:lang w:val="uk-UA"/>
              </w:rPr>
              <w:t xml:space="preserve">Допомагати фахівцю із супроводу аналізувати </w:t>
            </w:r>
            <w:r w:rsidR="005D253A" w:rsidRPr="00484F7F">
              <w:rPr>
                <w:rFonts w:eastAsia="Arial"/>
                <w:bCs/>
                <w:color w:val="auto"/>
                <w:sz w:val="22"/>
                <w:lang w:val="uk-UA"/>
              </w:rPr>
              <w:t xml:space="preserve">              </w:t>
            </w:r>
            <w:r w:rsidRPr="00484F7F">
              <w:rPr>
                <w:rFonts w:eastAsia="Arial"/>
                <w:bCs/>
                <w:color w:val="auto"/>
                <w:sz w:val="22"/>
                <w:lang w:val="uk-UA"/>
              </w:rPr>
              <w:t xml:space="preserve">складний випадок, визначати професійні труднощі, ризики та можливі способи їх </w:t>
            </w:r>
            <w:r w:rsidR="005D253A" w:rsidRPr="00484F7F">
              <w:rPr>
                <w:rFonts w:eastAsia="Arial"/>
                <w:bCs/>
                <w:color w:val="auto"/>
                <w:sz w:val="22"/>
                <w:lang w:val="uk-UA"/>
              </w:rPr>
              <w:t xml:space="preserve">                  </w:t>
            </w:r>
            <w:r w:rsidRPr="00484F7F">
              <w:rPr>
                <w:rFonts w:eastAsia="Arial"/>
                <w:bCs/>
                <w:color w:val="auto"/>
                <w:sz w:val="22"/>
                <w:lang w:val="uk-UA"/>
              </w:rPr>
              <w:t>вирішення.</w:t>
            </w:r>
          </w:p>
          <w:p w14:paraId="483D7F53" w14:textId="77777777" w:rsidR="00FB343F" w:rsidRPr="00484F7F" w:rsidRDefault="00FB343F" w:rsidP="00217531">
            <w:pPr>
              <w:spacing w:after="24"/>
              <w:rPr>
                <w:rFonts w:eastAsia="Arial"/>
                <w:bCs/>
                <w:color w:val="auto"/>
                <w:sz w:val="22"/>
                <w:lang w:val="uk-UA"/>
              </w:rPr>
            </w:pPr>
          </w:p>
          <w:p w14:paraId="46B9AF9E" w14:textId="52A05C8D" w:rsidR="00FB343F" w:rsidRPr="00484F7F" w:rsidRDefault="00FB343F" w:rsidP="00217531">
            <w:pPr>
              <w:spacing w:after="24"/>
              <w:rPr>
                <w:rFonts w:eastAsia="Arial"/>
                <w:bCs/>
                <w:color w:val="auto"/>
                <w:sz w:val="22"/>
                <w:lang w:val="uk-UA"/>
              </w:rPr>
            </w:pPr>
            <w:r w:rsidRPr="00484F7F">
              <w:rPr>
                <w:rFonts w:eastAsia="Arial"/>
                <w:b/>
                <w:color w:val="auto"/>
                <w:sz w:val="22"/>
                <w:lang w:val="uk-UA"/>
              </w:rPr>
              <w:lastRenderedPageBreak/>
              <w:t xml:space="preserve">Ї1.У3. </w:t>
            </w:r>
            <w:r w:rsidRPr="00484F7F">
              <w:rPr>
                <w:rFonts w:eastAsia="Arial"/>
                <w:bCs/>
                <w:color w:val="auto"/>
                <w:sz w:val="22"/>
                <w:lang w:val="uk-UA"/>
              </w:rPr>
              <w:t xml:space="preserve">Сприяти професійній рефлексії та вдосконаленню навичок планування, </w:t>
            </w:r>
            <w:r w:rsidR="005D253A" w:rsidRPr="00484F7F">
              <w:rPr>
                <w:rFonts w:eastAsia="Arial"/>
                <w:bCs/>
                <w:color w:val="auto"/>
                <w:sz w:val="22"/>
                <w:lang w:val="uk-UA"/>
              </w:rPr>
              <w:t xml:space="preserve">                  </w:t>
            </w:r>
            <w:r w:rsidRPr="00484F7F">
              <w:rPr>
                <w:rFonts w:eastAsia="Arial"/>
                <w:bCs/>
                <w:color w:val="auto"/>
                <w:sz w:val="22"/>
                <w:lang w:val="uk-UA"/>
              </w:rPr>
              <w:t xml:space="preserve">комунікації, міжвідомчої </w:t>
            </w:r>
            <w:r w:rsidR="005D253A" w:rsidRPr="00484F7F">
              <w:rPr>
                <w:rFonts w:eastAsia="Arial"/>
                <w:bCs/>
                <w:color w:val="auto"/>
                <w:sz w:val="22"/>
                <w:lang w:val="uk-UA"/>
              </w:rPr>
              <w:t xml:space="preserve">          </w:t>
            </w:r>
            <w:r w:rsidRPr="00484F7F">
              <w:rPr>
                <w:rFonts w:eastAsia="Arial"/>
                <w:bCs/>
                <w:color w:val="auto"/>
                <w:sz w:val="22"/>
                <w:lang w:val="uk-UA"/>
              </w:rPr>
              <w:t>взаємодії і ведення випадку.</w:t>
            </w:r>
          </w:p>
          <w:p w14:paraId="14C0EC8C" w14:textId="77777777" w:rsidR="00FB343F" w:rsidRPr="00484F7F" w:rsidRDefault="00FB343F" w:rsidP="00217531">
            <w:pPr>
              <w:spacing w:after="24"/>
              <w:rPr>
                <w:rFonts w:eastAsia="Arial"/>
                <w:bCs/>
                <w:color w:val="auto"/>
                <w:sz w:val="22"/>
                <w:lang w:val="uk-UA"/>
              </w:rPr>
            </w:pPr>
          </w:p>
          <w:p w14:paraId="14A8F9DA" w14:textId="407CB874" w:rsidR="00FB343F" w:rsidRPr="00484F7F" w:rsidRDefault="00FB343F" w:rsidP="00217531">
            <w:pPr>
              <w:spacing w:after="24"/>
              <w:rPr>
                <w:rFonts w:eastAsia="Arial"/>
                <w:b/>
                <w:color w:val="auto"/>
                <w:sz w:val="22"/>
                <w:lang w:val="uk-UA"/>
              </w:rPr>
            </w:pPr>
            <w:r w:rsidRPr="00484F7F">
              <w:rPr>
                <w:rFonts w:eastAsia="Arial"/>
                <w:b/>
                <w:color w:val="auto"/>
                <w:sz w:val="22"/>
                <w:lang w:val="uk-UA"/>
              </w:rPr>
              <w:t xml:space="preserve">Ї1.У4. </w:t>
            </w:r>
            <w:r w:rsidRPr="00484F7F">
              <w:rPr>
                <w:rFonts w:eastAsia="Arial"/>
                <w:bCs/>
                <w:color w:val="auto"/>
                <w:sz w:val="22"/>
                <w:lang w:val="uk-UA"/>
              </w:rPr>
              <w:t xml:space="preserve">Виявляти ситуації, у яких необхідна додаткова спеціалізована допомога, та рекомендувати залучення </w:t>
            </w:r>
            <w:r w:rsidR="005D253A" w:rsidRPr="00484F7F">
              <w:rPr>
                <w:rFonts w:eastAsia="Arial"/>
                <w:bCs/>
                <w:color w:val="auto"/>
                <w:sz w:val="22"/>
                <w:lang w:val="uk-UA"/>
              </w:rPr>
              <w:t xml:space="preserve">              </w:t>
            </w:r>
            <w:r w:rsidRPr="00484F7F">
              <w:rPr>
                <w:rFonts w:eastAsia="Arial"/>
                <w:bCs/>
                <w:color w:val="auto"/>
                <w:sz w:val="22"/>
                <w:lang w:val="uk-UA"/>
              </w:rPr>
              <w:t>відповідного фахівця.</w:t>
            </w:r>
          </w:p>
        </w:tc>
        <w:tc>
          <w:tcPr>
            <w:tcW w:w="2552"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7E46568D" w14:textId="58AFBE6F" w:rsidR="00C60E3A" w:rsidRPr="00484F7F" w:rsidRDefault="00FB343F" w:rsidP="00D95C4A">
            <w:pPr>
              <w:spacing w:after="24"/>
              <w:rPr>
                <w:rFonts w:eastAsia="Arial"/>
                <w:bCs/>
                <w:color w:val="auto"/>
                <w:sz w:val="22"/>
                <w:lang w:val="ru-RU"/>
              </w:rPr>
            </w:pPr>
            <w:r w:rsidRPr="00484F7F">
              <w:rPr>
                <w:rFonts w:eastAsia="Arial"/>
                <w:b/>
                <w:color w:val="auto"/>
                <w:sz w:val="22"/>
                <w:lang w:val="ru-RU"/>
              </w:rPr>
              <w:lastRenderedPageBreak/>
              <w:t xml:space="preserve">Ї1.К1. </w:t>
            </w:r>
            <w:r w:rsidRPr="00484F7F">
              <w:rPr>
                <w:rFonts w:eastAsia="Arial"/>
                <w:bCs/>
                <w:color w:val="auto"/>
                <w:sz w:val="22"/>
                <w:lang w:val="ru-RU"/>
              </w:rPr>
              <w:t xml:space="preserve">Створювати </w:t>
            </w:r>
            <w:r w:rsidR="005D253A" w:rsidRPr="00484F7F">
              <w:rPr>
                <w:rFonts w:eastAsia="Arial"/>
                <w:bCs/>
                <w:color w:val="auto"/>
                <w:sz w:val="22"/>
                <w:lang w:val="ru-RU"/>
              </w:rPr>
              <w:t xml:space="preserve">                 </w:t>
            </w:r>
            <w:r w:rsidRPr="00484F7F">
              <w:rPr>
                <w:rFonts w:eastAsia="Arial"/>
                <w:bCs/>
                <w:color w:val="auto"/>
                <w:sz w:val="22"/>
                <w:lang w:val="ru-RU"/>
              </w:rPr>
              <w:t>безпечне, конфіденційне та неосудливе професійне середовище для обговорення складних випадків і професійних труднощів.</w:t>
            </w:r>
          </w:p>
          <w:p w14:paraId="4180089B" w14:textId="77777777" w:rsidR="00FB343F" w:rsidRPr="00484F7F" w:rsidRDefault="00FB343F" w:rsidP="00D95C4A">
            <w:pPr>
              <w:spacing w:after="24"/>
              <w:rPr>
                <w:rFonts w:eastAsia="Arial"/>
                <w:bCs/>
                <w:color w:val="auto"/>
                <w:sz w:val="22"/>
                <w:lang w:val="ru-RU"/>
              </w:rPr>
            </w:pPr>
          </w:p>
          <w:p w14:paraId="3185D46C" w14:textId="1CE6559F" w:rsidR="00FB343F" w:rsidRPr="00484F7F" w:rsidRDefault="00FB343F" w:rsidP="00D95C4A">
            <w:pPr>
              <w:spacing w:after="24"/>
              <w:rPr>
                <w:rFonts w:eastAsia="Arial"/>
                <w:b/>
                <w:color w:val="auto"/>
                <w:sz w:val="22"/>
                <w:lang w:val="ru-RU"/>
              </w:rPr>
            </w:pPr>
            <w:r w:rsidRPr="00484F7F">
              <w:rPr>
                <w:rFonts w:eastAsia="Arial"/>
                <w:b/>
                <w:color w:val="auto"/>
                <w:sz w:val="22"/>
                <w:lang w:val="ru-RU"/>
              </w:rPr>
              <w:t xml:space="preserve">Ї1.К2. </w:t>
            </w:r>
            <w:r w:rsidRPr="00484F7F">
              <w:rPr>
                <w:rFonts w:eastAsia="Arial"/>
                <w:bCs/>
                <w:color w:val="auto"/>
                <w:sz w:val="22"/>
                <w:lang w:val="ru-RU"/>
              </w:rPr>
              <w:t xml:space="preserve">Надавати </w:t>
            </w:r>
            <w:r w:rsidR="005D253A" w:rsidRPr="00484F7F">
              <w:rPr>
                <w:rFonts w:eastAsia="Arial"/>
                <w:bCs/>
                <w:color w:val="auto"/>
                <w:sz w:val="22"/>
                <w:lang w:val="ru-RU"/>
              </w:rPr>
              <w:t xml:space="preserve">                 </w:t>
            </w:r>
            <w:r w:rsidRPr="00484F7F">
              <w:rPr>
                <w:rFonts w:eastAsia="Arial"/>
                <w:bCs/>
                <w:color w:val="auto"/>
                <w:sz w:val="22"/>
                <w:lang w:val="ru-RU"/>
              </w:rPr>
              <w:t xml:space="preserve">конструктивний </w:t>
            </w:r>
            <w:r w:rsidR="005D253A" w:rsidRPr="00484F7F">
              <w:rPr>
                <w:rFonts w:eastAsia="Arial"/>
                <w:bCs/>
                <w:color w:val="auto"/>
                <w:sz w:val="22"/>
                <w:lang w:val="ru-RU"/>
              </w:rPr>
              <w:t xml:space="preserve">                   </w:t>
            </w:r>
            <w:r w:rsidRPr="00484F7F">
              <w:rPr>
                <w:rFonts w:eastAsia="Arial"/>
                <w:bCs/>
                <w:color w:val="auto"/>
                <w:sz w:val="22"/>
                <w:lang w:val="ru-RU"/>
              </w:rPr>
              <w:t xml:space="preserve">професійний зворотний зв’язок, ставити </w:t>
            </w:r>
            <w:r w:rsidR="005D253A" w:rsidRPr="00484F7F">
              <w:rPr>
                <w:rFonts w:eastAsia="Arial"/>
                <w:bCs/>
                <w:color w:val="auto"/>
                <w:sz w:val="22"/>
                <w:lang w:val="ru-RU"/>
              </w:rPr>
              <w:t xml:space="preserve">                  </w:t>
            </w:r>
            <w:r w:rsidRPr="00484F7F">
              <w:rPr>
                <w:rFonts w:eastAsia="Arial"/>
                <w:bCs/>
                <w:color w:val="auto"/>
                <w:sz w:val="22"/>
                <w:lang w:val="ru-RU"/>
              </w:rPr>
              <w:t xml:space="preserve">уточнювальні запитання </w:t>
            </w:r>
            <w:r w:rsidRPr="00484F7F">
              <w:rPr>
                <w:rFonts w:eastAsia="Arial"/>
                <w:bCs/>
                <w:color w:val="auto"/>
                <w:sz w:val="22"/>
                <w:lang w:val="ru-RU"/>
              </w:rPr>
              <w:lastRenderedPageBreak/>
              <w:t>та спрямовувати фахівця на самостійний пошук рішень.</w:t>
            </w:r>
          </w:p>
        </w:tc>
        <w:tc>
          <w:tcPr>
            <w:tcW w:w="2525" w:type="dxa"/>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385374C8" w14:textId="4B9B1D45" w:rsidR="00C60E3A" w:rsidRPr="00484F7F" w:rsidRDefault="00FB343F" w:rsidP="00D95C4A">
            <w:pPr>
              <w:spacing w:after="24"/>
              <w:rPr>
                <w:rFonts w:eastAsia="Arial"/>
                <w:bCs/>
                <w:color w:val="auto"/>
                <w:sz w:val="22"/>
                <w:lang w:val="ru-RU"/>
              </w:rPr>
            </w:pPr>
            <w:r w:rsidRPr="00484F7F">
              <w:rPr>
                <w:rFonts w:eastAsia="Arial"/>
                <w:b/>
                <w:color w:val="auto"/>
                <w:sz w:val="22"/>
                <w:lang w:val="ru-RU"/>
              </w:rPr>
              <w:lastRenderedPageBreak/>
              <w:t>Ї1.В1.</w:t>
            </w:r>
            <w:r w:rsidRPr="00484F7F">
              <w:rPr>
                <w:rFonts w:eastAsia="Arial"/>
                <w:bCs/>
                <w:color w:val="auto"/>
                <w:sz w:val="22"/>
                <w:lang w:val="ru-RU"/>
              </w:rPr>
              <w:t xml:space="preserve"> Самостійно здійснювати </w:t>
            </w:r>
            <w:r w:rsidR="005D253A" w:rsidRPr="00484F7F">
              <w:rPr>
                <w:rFonts w:eastAsia="Arial"/>
                <w:bCs/>
                <w:color w:val="auto"/>
                <w:sz w:val="22"/>
                <w:lang w:val="ru-RU"/>
              </w:rPr>
              <w:t xml:space="preserve">                          </w:t>
            </w:r>
            <w:r w:rsidRPr="00484F7F">
              <w:rPr>
                <w:rFonts w:eastAsia="Arial"/>
                <w:bCs/>
                <w:color w:val="auto"/>
                <w:sz w:val="22"/>
                <w:lang w:val="ru-RU"/>
              </w:rPr>
              <w:t xml:space="preserve">супервізійну підтримку в межах підтвердженої професійної </w:t>
            </w:r>
            <w:r w:rsidR="005D253A" w:rsidRPr="00484F7F">
              <w:rPr>
                <w:rFonts w:eastAsia="Arial"/>
                <w:bCs/>
                <w:color w:val="auto"/>
                <w:sz w:val="22"/>
                <w:lang w:val="ru-RU"/>
              </w:rPr>
              <w:t xml:space="preserve">                          </w:t>
            </w:r>
            <w:r w:rsidRPr="00484F7F">
              <w:rPr>
                <w:rFonts w:eastAsia="Arial"/>
                <w:bCs/>
                <w:color w:val="auto"/>
                <w:sz w:val="22"/>
                <w:lang w:val="ru-RU"/>
              </w:rPr>
              <w:t xml:space="preserve">компетентності та відповідати за </w:t>
            </w:r>
            <w:r w:rsidR="005D253A" w:rsidRPr="00484F7F">
              <w:rPr>
                <w:rFonts w:eastAsia="Arial"/>
                <w:bCs/>
                <w:color w:val="auto"/>
                <w:sz w:val="22"/>
                <w:lang w:val="ru-RU"/>
              </w:rPr>
              <w:t xml:space="preserve">                        </w:t>
            </w:r>
            <w:r w:rsidRPr="00484F7F">
              <w:rPr>
                <w:rFonts w:eastAsia="Arial"/>
                <w:bCs/>
                <w:color w:val="auto"/>
                <w:sz w:val="22"/>
                <w:lang w:val="ru-RU"/>
              </w:rPr>
              <w:t>дотримання етичних принципів і</w:t>
            </w:r>
            <w:r w:rsidR="005D253A" w:rsidRPr="00484F7F">
              <w:rPr>
                <w:rFonts w:eastAsia="Arial"/>
                <w:bCs/>
                <w:color w:val="auto"/>
                <w:sz w:val="22"/>
                <w:lang w:val="ru-RU"/>
              </w:rPr>
              <w:t xml:space="preserve">                  </w:t>
            </w:r>
            <w:r w:rsidRPr="00484F7F">
              <w:rPr>
                <w:rFonts w:eastAsia="Arial"/>
                <w:bCs/>
                <w:color w:val="auto"/>
                <w:sz w:val="22"/>
                <w:lang w:val="ru-RU"/>
              </w:rPr>
              <w:t xml:space="preserve"> конфіденційності.</w:t>
            </w:r>
          </w:p>
          <w:p w14:paraId="373DC0B0" w14:textId="77777777" w:rsidR="00FB343F" w:rsidRPr="00484F7F" w:rsidRDefault="00FB343F" w:rsidP="00D95C4A">
            <w:pPr>
              <w:spacing w:after="24"/>
              <w:rPr>
                <w:rFonts w:eastAsia="Arial"/>
                <w:bCs/>
                <w:color w:val="auto"/>
                <w:sz w:val="22"/>
                <w:lang w:val="ru-RU"/>
              </w:rPr>
            </w:pPr>
          </w:p>
          <w:p w14:paraId="469B69EB" w14:textId="032CB687" w:rsidR="00FB343F" w:rsidRPr="00484F7F" w:rsidRDefault="00FB343F" w:rsidP="00D95C4A">
            <w:pPr>
              <w:spacing w:after="24"/>
              <w:rPr>
                <w:rFonts w:eastAsia="Arial"/>
                <w:bCs/>
                <w:color w:val="auto"/>
                <w:sz w:val="22"/>
                <w:lang w:val="ru-RU"/>
              </w:rPr>
            </w:pPr>
            <w:r w:rsidRPr="00484F7F">
              <w:rPr>
                <w:rFonts w:eastAsia="Arial"/>
                <w:b/>
                <w:color w:val="auto"/>
                <w:sz w:val="22"/>
                <w:lang w:val="ru-RU"/>
              </w:rPr>
              <w:t>Ї1.В2.</w:t>
            </w:r>
            <w:r w:rsidRPr="00484F7F">
              <w:rPr>
                <w:rFonts w:eastAsia="Arial"/>
                <w:bCs/>
                <w:color w:val="auto"/>
                <w:sz w:val="22"/>
                <w:lang w:val="ru-RU"/>
              </w:rPr>
              <w:t xml:space="preserve"> Не підміняти</w:t>
            </w:r>
            <w:r w:rsidR="005D253A" w:rsidRPr="00484F7F">
              <w:rPr>
                <w:rFonts w:eastAsia="Arial"/>
                <w:bCs/>
                <w:color w:val="auto"/>
                <w:sz w:val="22"/>
                <w:lang w:val="ru-RU"/>
              </w:rPr>
              <w:t xml:space="preserve">               </w:t>
            </w:r>
            <w:r w:rsidRPr="00484F7F">
              <w:rPr>
                <w:rFonts w:eastAsia="Arial"/>
                <w:bCs/>
                <w:color w:val="auto"/>
                <w:sz w:val="22"/>
                <w:lang w:val="ru-RU"/>
              </w:rPr>
              <w:t xml:space="preserve"> супервізією</w:t>
            </w:r>
            <w:r w:rsidR="005D253A" w:rsidRPr="00484F7F">
              <w:rPr>
                <w:rFonts w:eastAsia="Arial"/>
                <w:bCs/>
                <w:color w:val="auto"/>
                <w:sz w:val="22"/>
                <w:lang w:val="ru-RU"/>
              </w:rPr>
              <w:t xml:space="preserve">                                 </w:t>
            </w:r>
            <w:r w:rsidRPr="00484F7F">
              <w:rPr>
                <w:rFonts w:eastAsia="Arial"/>
                <w:bCs/>
                <w:color w:val="auto"/>
                <w:sz w:val="22"/>
                <w:lang w:val="ru-RU"/>
              </w:rPr>
              <w:t xml:space="preserve"> </w:t>
            </w:r>
            <w:r w:rsidRPr="00484F7F">
              <w:rPr>
                <w:rFonts w:eastAsia="Arial"/>
                <w:bCs/>
                <w:color w:val="auto"/>
                <w:sz w:val="22"/>
                <w:lang w:val="ru-RU"/>
              </w:rPr>
              <w:lastRenderedPageBreak/>
              <w:t xml:space="preserve">управлінський контроль, </w:t>
            </w:r>
            <w:proofErr w:type="gramStart"/>
            <w:r w:rsidRPr="00484F7F">
              <w:rPr>
                <w:rFonts w:eastAsia="Arial"/>
                <w:bCs/>
                <w:color w:val="auto"/>
                <w:sz w:val="22"/>
                <w:lang w:val="ru-RU"/>
              </w:rPr>
              <w:t>психологічну,</w:t>
            </w:r>
            <w:r w:rsidR="005D253A" w:rsidRPr="00484F7F">
              <w:rPr>
                <w:rFonts w:eastAsia="Arial"/>
                <w:bCs/>
                <w:color w:val="auto"/>
                <w:sz w:val="22"/>
                <w:lang w:val="ru-RU"/>
              </w:rPr>
              <w:t xml:space="preserve"> </w:t>
            </w:r>
            <w:r w:rsidR="002E5628" w:rsidRPr="00484F7F">
              <w:rPr>
                <w:rFonts w:eastAsia="Arial"/>
                <w:bCs/>
                <w:color w:val="auto"/>
                <w:sz w:val="22"/>
                <w:lang w:val="ru-RU"/>
              </w:rPr>
              <w:t xml:space="preserve"> </w:t>
            </w:r>
            <w:r w:rsidR="008C506C">
              <w:rPr>
                <w:rFonts w:eastAsia="Arial"/>
                <w:bCs/>
                <w:color w:val="auto"/>
                <w:sz w:val="22"/>
                <w:lang w:val="ru-RU"/>
              </w:rPr>
              <w:t xml:space="preserve"> </w:t>
            </w:r>
            <w:proofErr w:type="gramEnd"/>
            <w:r w:rsidR="005D253A" w:rsidRPr="00484F7F">
              <w:rPr>
                <w:rFonts w:eastAsia="Arial"/>
                <w:bCs/>
                <w:color w:val="auto"/>
                <w:sz w:val="22"/>
                <w:lang w:val="ru-RU"/>
              </w:rPr>
              <w:t xml:space="preserve">         </w:t>
            </w:r>
            <w:r w:rsidRPr="00484F7F">
              <w:rPr>
                <w:rFonts w:eastAsia="Arial"/>
                <w:bCs/>
                <w:color w:val="auto"/>
                <w:sz w:val="22"/>
                <w:lang w:val="ru-RU"/>
              </w:rPr>
              <w:t xml:space="preserve"> психотерапевтичну, медичну або правничу допомогу.</w:t>
            </w:r>
          </w:p>
          <w:p w14:paraId="23C36E76" w14:textId="77777777" w:rsidR="00BA30D2" w:rsidRPr="00484F7F" w:rsidRDefault="00BA30D2" w:rsidP="00D95C4A">
            <w:pPr>
              <w:spacing w:after="24"/>
              <w:rPr>
                <w:rFonts w:eastAsia="Arial"/>
                <w:bCs/>
                <w:color w:val="auto"/>
                <w:sz w:val="22"/>
                <w:lang w:val="ru-RU"/>
              </w:rPr>
            </w:pPr>
          </w:p>
          <w:p w14:paraId="7632FDDC" w14:textId="7044C92B" w:rsidR="00BA30D2" w:rsidRPr="00484F7F" w:rsidRDefault="00BA30D2" w:rsidP="00D95C4A">
            <w:pPr>
              <w:spacing w:after="24"/>
              <w:rPr>
                <w:rFonts w:eastAsia="Arial"/>
                <w:bCs/>
                <w:color w:val="auto"/>
                <w:sz w:val="22"/>
                <w:lang w:val="ru-RU"/>
              </w:rPr>
            </w:pPr>
            <w:r w:rsidRPr="00484F7F">
              <w:rPr>
                <w:rFonts w:eastAsia="Arial"/>
                <w:b/>
                <w:color w:val="auto"/>
                <w:sz w:val="22"/>
                <w:lang w:val="ru-RU"/>
              </w:rPr>
              <w:t>Ї1.В3.</w:t>
            </w:r>
            <w:r w:rsidRPr="00484F7F">
              <w:rPr>
                <w:rFonts w:eastAsia="Arial"/>
                <w:bCs/>
                <w:color w:val="auto"/>
                <w:sz w:val="22"/>
                <w:lang w:val="ru-RU"/>
              </w:rPr>
              <w:t xml:space="preserve"> Сприяти </w:t>
            </w:r>
            <w:r w:rsidR="005D253A" w:rsidRPr="00484F7F">
              <w:rPr>
                <w:rFonts w:eastAsia="Arial"/>
                <w:bCs/>
                <w:color w:val="auto"/>
                <w:sz w:val="22"/>
                <w:lang w:val="ru-RU"/>
              </w:rPr>
              <w:t xml:space="preserve">                   </w:t>
            </w:r>
            <w:r w:rsidRPr="00484F7F">
              <w:rPr>
                <w:rFonts w:eastAsia="Arial"/>
                <w:bCs/>
                <w:color w:val="auto"/>
                <w:sz w:val="22"/>
                <w:lang w:val="ru-RU"/>
              </w:rPr>
              <w:t>професійному розвитку фахівців із супроводу без прийняття за них професійних рішень.</w:t>
            </w:r>
          </w:p>
        </w:tc>
      </w:tr>
      <w:tr w:rsidR="001874A4" w:rsidRPr="0076799D" w14:paraId="2B2D7502" w14:textId="77777777" w:rsidTr="00527A1E">
        <w:trPr>
          <w:jc w:val="center"/>
        </w:trPr>
        <w:tc>
          <w:tcPr>
            <w:tcW w:w="15420" w:type="dxa"/>
            <w:gridSpan w:val="6"/>
            <w:tcBorders>
              <w:top w:val="single" w:sz="4" w:space="0" w:color="808080"/>
              <w:left w:val="single" w:sz="4" w:space="0" w:color="808080"/>
              <w:bottom w:val="single" w:sz="4" w:space="0" w:color="808080"/>
              <w:right w:val="single" w:sz="4" w:space="0" w:color="808080"/>
            </w:tcBorders>
            <w:tcMar>
              <w:top w:w="55" w:type="dxa"/>
              <w:left w:w="70" w:type="dxa"/>
              <w:bottom w:w="55" w:type="dxa"/>
              <w:right w:w="70" w:type="dxa"/>
            </w:tcMar>
          </w:tcPr>
          <w:p w14:paraId="246A9CA3" w14:textId="71453123" w:rsidR="001874A4" w:rsidRPr="005D253A" w:rsidRDefault="001874A4" w:rsidP="00217531">
            <w:pPr>
              <w:spacing w:after="30"/>
              <w:rPr>
                <w:color w:val="auto"/>
                <w:sz w:val="22"/>
                <w:lang w:val="ru-RU"/>
              </w:rPr>
            </w:pPr>
            <w:r w:rsidRPr="005D253A">
              <w:rPr>
                <w:rFonts w:eastAsia="Arial"/>
                <w:b/>
                <w:color w:val="auto"/>
                <w:sz w:val="22"/>
                <w:lang w:val="ru-RU"/>
              </w:rPr>
              <w:lastRenderedPageBreak/>
              <w:t>Предмети і засоби праці (обладнання, устаткування, матеріали, інструменти)</w:t>
            </w:r>
          </w:p>
          <w:p w14:paraId="2907CC18" w14:textId="0BE73F29" w:rsidR="001874A4" w:rsidRPr="003C4740" w:rsidRDefault="001874A4" w:rsidP="00217531">
            <w:pPr>
              <w:jc w:val="both"/>
              <w:rPr>
                <w:color w:val="auto"/>
                <w:sz w:val="22"/>
                <w:lang w:val="ru-RU"/>
              </w:rPr>
            </w:pPr>
            <w:r w:rsidRPr="005D253A">
              <w:rPr>
                <w:rFonts w:eastAsia="Arial"/>
                <w:color w:val="auto"/>
                <w:sz w:val="22"/>
                <w:lang w:val="ru-RU"/>
              </w:rPr>
              <w:t>Облаштоване доступне робоче місце</w:t>
            </w:r>
            <w:r w:rsidR="005D253A" w:rsidRPr="005D253A">
              <w:rPr>
                <w:rFonts w:eastAsia="Arial"/>
                <w:color w:val="auto"/>
                <w:sz w:val="22"/>
                <w:lang w:val="ru-RU"/>
              </w:rPr>
              <w:t xml:space="preserve">: </w:t>
            </w:r>
            <w:r w:rsidRPr="005D253A">
              <w:rPr>
                <w:rFonts w:eastAsia="Arial"/>
                <w:color w:val="auto"/>
                <w:sz w:val="22"/>
                <w:lang w:val="ru-RU"/>
              </w:rPr>
              <w:t>офісні меблі та сейф для зберігання документації, комп’ютерна та оргтехніка, засоби мобільного та електронного зв’язку, ліцензоване програмне забезпечення, захищений доступ до мережі Інтернет, інформаційні системи, реєстри, державні електронні сервіси та CRM, кваліфікований електронний підпис, офіційні бази даних законодавства, нормативно-правові та  методичні (довідкові) матеріали, затверджені форми документів, канцелярське приладдя, засоби доступної та безбар’єрної комунікації, засоби захисту та зберігання інформації, за потреби – засоби для виїзної роботи та транспортне забезпечення.</w:t>
            </w:r>
          </w:p>
        </w:tc>
      </w:tr>
    </w:tbl>
    <w:p w14:paraId="6B45C118" w14:textId="77777777" w:rsidR="00217531" w:rsidRPr="00E05826" w:rsidRDefault="00217531">
      <w:pPr>
        <w:rPr>
          <w:lang w:val="ru-RU"/>
        </w:rPr>
        <w:sectPr w:rsidR="00217531" w:rsidRPr="00E05826">
          <w:headerReference w:type="default" r:id="rId11"/>
          <w:footerReference w:type="default" r:id="rId12"/>
          <w:pgSz w:w="16838" w:h="11906" w:orient="landscape"/>
          <w:pgMar w:top="709" w:right="709" w:bottom="709" w:left="709" w:header="312" w:footer="312" w:gutter="0"/>
          <w:cols w:space="720"/>
          <w:docGrid w:linePitch="360"/>
        </w:sectPr>
      </w:pPr>
    </w:p>
    <w:p w14:paraId="6E0DABE1" w14:textId="56661448" w:rsidR="00F907D5" w:rsidRPr="00484F7F" w:rsidRDefault="00527A1E" w:rsidP="00E05826">
      <w:pPr>
        <w:rPr>
          <w:b/>
          <w:bCs/>
          <w:color w:val="auto"/>
          <w:lang w:val="ru-RU"/>
        </w:rPr>
      </w:pPr>
      <w:r w:rsidRPr="00484F7F">
        <w:rPr>
          <w:b/>
          <w:bCs/>
          <w:color w:val="auto"/>
          <w:lang w:val="ru-RU"/>
        </w:rPr>
        <w:lastRenderedPageBreak/>
        <w:t>9</w:t>
      </w:r>
      <w:r w:rsidR="00E05826" w:rsidRPr="00484F7F">
        <w:rPr>
          <w:b/>
          <w:bCs/>
          <w:color w:val="auto"/>
          <w:lang w:val="ru-RU"/>
        </w:rPr>
        <w:t xml:space="preserve">. </w:t>
      </w:r>
      <w:r w:rsidRPr="00484F7F">
        <w:rPr>
          <w:b/>
          <w:bCs/>
          <w:color w:val="auto"/>
          <w:lang w:val="ru-RU"/>
        </w:rPr>
        <w:t>Відомості про розроблення та затвердження професійного стандарту</w:t>
      </w:r>
    </w:p>
    <w:p w14:paraId="1D87C1D0" w14:textId="77777777" w:rsidR="00F907D5" w:rsidRPr="00484F7F" w:rsidRDefault="00527A1E">
      <w:pPr>
        <w:spacing w:before="40" w:after="0"/>
        <w:jc w:val="both"/>
        <w:rPr>
          <w:color w:val="auto"/>
          <w:lang w:val="ru-RU"/>
        </w:rPr>
      </w:pPr>
      <w:r w:rsidRPr="00484F7F">
        <w:rPr>
          <w:b/>
          <w:color w:val="auto"/>
          <w:lang w:val="ru-RU"/>
        </w:rPr>
        <w:t>1) Повне найменування розробника професійного стандарту.</w:t>
      </w:r>
    </w:p>
    <w:p w14:paraId="7C2311C4" w14:textId="5E220A3B" w:rsidR="00F907D5" w:rsidRPr="00484F7F" w:rsidRDefault="00527A1E">
      <w:pPr>
        <w:jc w:val="both"/>
        <w:rPr>
          <w:b/>
          <w:bCs/>
          <w:color w:val="auto"/>
          <w:lang w:val="ru-RU"/>
        </w:rPr>
      </w:pPr>
      <w:r w:rsidRPr="00484F7F">
        <w:rPr>
          <w:b/>
          <w:bCs/>
          <w:color w:val="auto"/>
          <w:lang w:val="ru-RU"/>
        </w:rPr>
        <w:t>Міністерство у справах ветеранів України</w:t>
      </w:r>
    </w:p>
    <w:p w14:paraId="686D77CC" w14:textId="77777777" w:rsidR="00F907D5" w:rsidRPr="00484F7F" w:rsidRDefault="00527A1E">
      <w:pPr>
        <w:spacing w:before="40" w:after="0"/>
        <w:jc w:val="both"/>
        <w:rPr>
          <w:color w:val="auto"/>
          <w:lang w:val="ru-RU"/>
        </w:rPr>
      </w:pPr>
      <w:r w:rsidRPr="00484F7F">
        <w:rPr>
          <w:b/>
          <w:color w:val="auto"/>
          <w:lang w:val="ru-RU"/>
        </w:rPr>
        <w:t>2) Назва та реквізити документа, яким затверджено професійний стандарт.</w:t>
      </w:r>
    </w:p>
    <w:p w14:paraId="4A99C704" w14:textId="77777777" w:rsidR="00F907D5" w:rsidRPr="00484F7F" w:rsidRDefault="00527A1E">
      <w:pPr>
        <w:jc w:val="both"/>
        <w:rPr>
          <w:color w:val="auto"/>
          <w:lang w:val="ru-RU"/>
        </w:rPr>
      </w:pPr>
      <w:r w:rsidRPr="00484F7F">
        <w:rPr>
          <w:color w:val="auto"/>
          <w:lang w:val="ru-RU"/>
        </w:rPr>
        <w:t>__________________________________________________________________.</w:t>
      </w:r>
    </w:p>
    <w:p w14:paraId="0874D29A" w14:textId="77777777" w:rsidR="00F907D5" w:rsidRPr="00484F7F" w:rsidRDefault="00527A1E">
      <w:pPr>
        <w:spacing w:before="40" w:after="0"/>
        <w:jc w:val="both"/>
        <w:rPr>
          <w:color w:val="auto"/>
          <w:lang w:val="ru-RU"/>
        </w:rPr>
      </w:pPr>
      <w:r w:rsidRPr="00484F7F">
        <w:rPr>
          <w:b/>
          <w:color w:val="auto"/>
          <w:lang w:val="ru-RU"/>
        </w:rPr>
        <w:t>3) Реквізити висновку суб’єкта перевірки про дотримання вимог Порядку розроблення, введення в дію та перегляду професійних стандартів.</w:t>
      </w:r>
    </w:p>
    <w:p w14:paraId="04C011E0" w14:textId="77777777" w:rsidR="00F907D5" w:rsidRPr="00484F7F" w:rsidRDefault="00527A1E">
      <w:pPr>
        <w:jc w:val="both"/>
        <w:rPr>
          <w:color w:val="auto"/>
          <w:lang w:val="ru-RU"/>
        </w:rPr>
      </w:pPr>
      <w:r w:rsidRPr="00484F7F">
        <w:rPr>
          <w:color w:val="auto"/>
          <w:lang w:val="ru-RU"/>
        </w:rPr>
        <w:t>__________________________________________________________________.</w:t>
      </w:r>
    </w:p>
    <w:p w14:paraId="577A6D21" w14:textId="77777777" w:rsidR="00F907D5" w:rsidRPr="00484F7F" w:rsidRDefault="00527A1E">
      <w:pPr>
        <w:spacing w:before="40" w:after="0"/>
        <w:jc w:val="both"/>
        <w:rPr>
          <w:color w:val="auto"/>
          <w:lang w:val="ru-RU"/>
        </w:rPr>
      </w:pPr>
      <w:r w:rsidRPr="00484F7F">
        <w:rPr>
          <w:b/>
          <w:color w:val="auto"/>
          <w:lang w:val="ru-RU"/>
        </w:rPr>
        <w:t>4) Реквізити висновку репрезентативних всеукраїнських об’єднань професійних спілок про погодження проєкту професійного стандарту.</w:t>
      </w:r>
    </w:p>
    <w:p w14:paraId="5C71732F" w14:textId="77777777" w:rsidR="00E05826" w:rsidRPr="00484F7F" w:rsidRDefault="00527A1E" w:rsidP="00E05826">
      <w:pPr>
        <w:jc w:val="both"/>
        <w:rPr>
          <w:color w:val="auto"/>
          <w:lang w:val="ru-RU"/>
        </w:rPr>
      </w:pPr>
      <w:r w:rsidRPr="00484F7F">
        <w:rPr>
          <w:color w:val="auto"/>
          <w:lang w:val="ru-RU"/>
        </w:rPr>
        <w:t>__________________________________________________________________.</w:t>
      </w:r>
    </w:p>
    <w:p w14:paraId="7B57D3EC" w14:textId="795F69F9" w:rsidR="00F907D5" w:rsidRPr="00484F7F" w:rsidRDefault="00527A1E" w:rsidP="00E05826">
      <w:pPr>
        <w:jc w:val="both"/>
        <w:rPr>
          <w:color w:val="auto"/>
          <w:lang w:val="ru-RU"/>
        </w:rPr>
      </w:pPr>
      <w:r w:rsidRPr="00484F7F">
        <w:rPr>
          <w:b/>
          <w:color w:val="auto"/>
          <w:lang w:val="ru-RU"/>
        </w:rPr>
        <w:t>10. Рекомендована дата перегляду професійного стандарту</w:t>
      </w:r>
    </w:p>
    <w:p w14:paraId="736A0815" w14:textId="6BBF642B" w:rsidR="00F907D5" w:rsidRPr="00484F7F" w:rsidRDefault="005A785E" w:rsidP="005A785E">
      <w:pPr>
        <w:ind w:firstLine="720"/>
        <w:jc w:val="both"/>
        <w:rPr>
          <w:color w:val="auto"/>
          <w:lang w:val="ru-RU"/>
        </w:rPr>
      </w:pPr>
      <w:r w:rsidRPr="00484F7F">
        <w:rPr>
          <w:color w:val="auto"/>
          <w:lang w:val="ru-RU"/>
        </w:rPr>
        <w:t>2031</w:t>
      </w:r>
    </w:p>
    <w:sectPr w:rsidR="00F907D5" w:rsidRPr="00484F7F" w:rsidSect="00034616">
      <w:headerReference w:type="default" r:id="rId13"/>
      <w:footerReference w:type="default" r:id="rId14"/>
      <w:pgSz w:w="11906" w:h="16838"/>
      <w:pgMar w:top="1134" w:right="1134" w:bottom="1134" w:left="1134"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31983" w14:textId="77777777" w:rsidR="00F22B31" w:rsidRDefault="00F22B31">
      <w:pPr>
        <w:spacing w:after="0"/>
      </w:pPr>
      <w:r>
        <w:separator/>
      </w:r>
    </w:p>
  </w:endnote>
  <w:endnote w:type="continuationSeparator" w:id="0">
    <w:p w14:paraId="4E3EA920" w14:textId="77777777" w:rsidR="00F22B31" w:rsidRDefault="00F22B3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18298" w14:textId="77777777" w:rsidR="00F907D5" w:rsidRDefault="00F907D5">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3DCD0" w14:textId="77777777" w:rsidR="00F907D5" w:rsidRDefault="00F907D5">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8FF6" w14:textId="77777777" w:rsidR="00F907D5" w:rsidRDefault="00F907D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BF608" w14:textId="77777777" w:rsidR="00F22B31" w:rsidRDefault="00F22B31">
      <w:pPr>
        <w:spacing w:after="0"/>
      </w:pPr>
      <w:r>
        <w:separator/>
      </w:r>
    </w:p>
  </w:footnote>
  <w:footnote w:type="continuationSeparator" w:id="0">
    <w:p w14:paraId="35FDBD26" w14:textId="77777777" w:rsidR="00F22B31" w:rsidRDefault="00F22B3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46DCD" w14:textId="77777777" w:rsidR="00F907D5" w:rsidRDefault="00527A1E">
    <w:pPr>
      <w:pStyle w:val="a5"/>
      <w:jc w:val="center"/>
    </w:pPr>
    <w:r>
      <w:rPr>
        <w:sz w:val="24"/>
      </w:rPr>
      <w:fldChar w:fldCharType="begin"/>
    </w:r>
    <w:r>
      <w:rPr>
        <w:sz w:val="24"/>
      </w:rPr>
      <w:instrText xml:space="preserve"> PAGE </w:instrText>
    </w:r>
    <w:r>
      <w:rPr>
        <w:sz w:val="24"/>
      </w:rPr>
      <w:fldChar w:fldCharType="separate"/>
    </w:r>
    <w:r w:rsidR="00E05826">
      <w:rPr>
        <w:noProof/>
        <w:sz w:val="24"/>
      </w:rPr>
      <w:t>2</w:t>
    </w:r>
    <w:r>
      <w:rPr>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FB10C" w14:textId="77777777" w:rsidR="00F907D5" w:rsidRDefault="00F907D5">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10D08" w14:textId="7942C05A" w:rsidR="00F907D5" w:rsidRDefault="00527A1E">
    <w:pPr>
      <w:pStyle w:val="a5"/>
      <w:jc w:val="center"/>
    </w:pPr>
    <w:r>
      <w:rPr>
        <w:sz w:val="24"/>
      </w:rPr>
      <w:fldChar w:fldCharType="begin"/>
    </w:r>
    <w:r>
      <w:rPr>
        <w:sz w:val="24"/>
      </w:rPr>
      <w:instrText xml:space="preserve"> PAGE </w:instrText>
    </w:r>
    <w:r>
      <w:rPr>
        <w:sz w:val="24"/>
      </w:rPr>
      <w:fldChar w:fldCharType="separate"/>
    </w:r>
    <w:r w:rsidR="00E05826">
      <w:rPr>
        <w:noProof/>
        <w:sz w:val="24"/>
      </w:rPr>
      <w:t>4</w:t>
    </w:r>
    <w:r>
      <w:rPr>
        <w:sz w:val="24"/>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68ABA" w14:textId="1E0BE490" w:rsidR="00F907D5" w:rsidRDefault="00527A1E">
    <w:pPr>
      <w:pStyle w:val="a5"/>
      <w:jc w:val="center"/>
    </w:pPr>
    <w:r>
      <w:rPr>
        <w:sz w:val="24"/>
      </w:rPr>
      <w:fldChar w:fldCharType="begin"/>
    </w:r>
    <w:r>
      <w:rPr>
        <w:sz w:val="24"/>
      </w:rPr>
      <w:instrText xml:space="preserve"> PAGE </w:instrText>
    </w:r>
    <w:r>
      <w:rPr>
        <w:sz w:val="24"/>
      </w:rPr>
      <w:fldChar w:fldCharType="separate"/>
    </w:r>
    <w:r w:rsidR="00E05826">
      <w:rPr>
        <w:noProof/>
        <w:sz w:val="24"/>
      </w:rPr>
      <w:t>12</w:t>
    </w:r>
    <w:r>
      <w:rPr>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BF156FD"/>
    <w:multiLevelType w:val="hybridMultilevel"/>
    <w:tmpl w:val="0C3465D0"/>
    <w:lvl w:ilvl="0" w:tplc="3BC8E88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1C604F18"/>
    <w:multiLevelType w:val="hybridMultilevel"/>
    <w:tmpl w:val="2868650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15:restartNumberingAfterBreak="0">
    <w:nsid w:val="2CAF01B0"/>
    <w:multiLevelType w:val="hybridMultilevel"/>
    <w:tmpl w:val="8BB66D44"/>
    <w:lvl w:ilvl="0" w:tplc="FBE8A23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66E47EC"/>
    <w:multiLevelType w:val="multilevel"/>
    <w:tmpl w:val="A23AF21E"/>
    <w:lvl w:ilvl="0">
      <w:start w:val="1"/>
      <w:numFmt w:val="decimal"/>
      <w:lvlText w:val="%1."/>
      <w:lvlJc w:val="left"/>
      <w:pPr>
        <w:ind w:left="927" w:hanging="360"/>
      </w:pPr>
      <w:rPr>
        <w:rFonts w:hint="default"/>
      </w:rPr>
    </w:lvl>
    <w:lvl w:ilvl="1">
      <w:start w:val="3"/>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3" w15:restartNumberingAfterBreak="0">
    <w:nsid w:val="709F5212"/>
    <w:multiLevelType w:val="hybridMultilevel"/>
    <w:tmpl w:val="2CB6C996"/>
    <w:lvl w:ilvl="0" w:tplc="1A22F964">
      <w:start w:val="2"/>
      <w:numFmt w:val="decimal"/>
      <w:lvlText w:val="%1)"/>
      <w:lvlJc w:val="left"/>
      <w:pPr>
        <w:ind w:left="720" w:hanging="360"/>
      </w:pPr>
      <w:rPr>
        <w:rFonts w:hint="default"/>
        <w:b/>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2BD10A6"/>
    <w:multiLevelType w:val="hybridMultilevel"/>
    <w:tmpl w:val="BE4CEBDC"/>
    <w:lvl w:ilvl="0" w:tplc="9314CEB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16cid:durableId="1911040294">
    <w:abstractNumId w:val="8"/>
  </w:num>
  <w:num w:numId="2" w16cid:durableId="1341590265">
    <w:abstractNumId w:val="6"/>
  </w:num>
  <w:num w:numId="3" w16cid:durableId="872614887">
    <w:abstractNumId w:val="5"/>
  </w:num>
  <w:num w:numId="4" w16cid:durableId="1206678893">
    <w:abstractNumId w:val="4"/>
  </w:num>
  <w:num w:numId="5" w16cid:durableId="1596547407">
    <w:abstractNumId w:val="7"/>
  </w:num>
  <w:num w:numId="6" w16cid:durableId="724259770">
    <w:abstractNumId w:val="3"/>
  </w:num>
  <w:num w:numId="7" w16cid:durableId="936527089">
    <w:abstractNumId w:val="2"/>
  </w:num>
  <w:num w:numId="8" w16cid:durableId="383406843">
    <w:abstractNumId w:val="1"/>
  </w:num>
  <w:num w:numId="9" w16cid:durableId="1033071732">
    <w:abstractNumId w:val="0"/>
  </w:num>
  <w:num w:numId="10" w16cid:durableId="529495231">
    <w:abstractNumId w:val="10"/>
  </w:num>
  <w:num w:numId="11" w16cid:durableId="2094859363">
    <w:abstractNumId w:val="11"/>
  </w:num>
  <w:num w:numId="12" w16cid:durableId="451096055">
    <w:abstractNumId w:val="9"/>
  </w:num>
  <w:num w:numId="13" w16cid:durableId="1529948928">
    <w:abstractNumId w:val="14"/>
  </w:num>
  <w:num w:numId="14" w16cid:durableId="1576238412">
    <w:abstractNumId w:val="12"/>
  </w:num>
  <w:num w:numId="15" w16cid:durableId="17575074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7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8AA"/>
    <w:rsid w:val="00012D60"/>
    <w:rsid w:val="0002032E"/>
    <w:rsid w:val="00025EDF"/>
    <w:rsid w:val="00034616"/>
    <w:rsid w:val="000379B6"/>
    <w:rsid w:val="0006063C"/>
    <w:rsid w:val="000638A5"/>
    <w:rsid w:val="00064730"/>
    <w:rsid w:val="00072EC2"/>
    <w:rsid w:val="000A6731"/>
    <w:rsid w:val="000B100E"/>
    <w:rsid w:val="000C005C"/>
    <w:rsid w:val="000C1812"/>
    <w:rsid w:val="000C2773"/>
    <w:rsid w:val="000C7930"/>
    <w:rsid w:val="000D2D1E"/>
    <w:rsid w:val="000E39A5"/>
    <w:rsid w:val="000E481B"/>
    <w:rsid w:val="000F11DB"/>
    <w:rsid w:val="00111BE4"/>
    <w:rsid w:val="0011451B"/>
    <w:rsid w:val="00114CFE"/>
    <w:rsid w:val="00130127"/>
    <w:rsid w:val="00132B2C"/>
    <w:rsid w:val="0014617F"/>
    <w:rsid w:val="00150194"/>
    <w:rsid w:val="0015074B"/>
    <w:rsid w:val="00165A71"/>
    <w:rsid w:val="0018306A"/>
    <w:rsid w:val="001874A4"/>
    <w:rsid w:val="00197C59"/>
    <w:rsid w:val="001A0328"/>
    <w:rsid w:val="001B0239"/>
    <w:rsid w:val="001B3675"/>
    <w:rsid w:val="001C424C"/>
    <w:rsid w:val="001C7DFC"/>
    <w:rsid w:val="001F7936"/>
    <w:rsid w:val="00204071"/>
    <w:rsid w:val="00217531"/>
    <w:rsid w:val="00223382"/>
    <w:rsid w:val="00224DCF"/>
    <w:rsid w:val="002264BF"/>
    <w:rsid w:val="00234C4A"/>
    <w:rsid w:val="002353A3"/>
    <w:rsid w:val="00256592"/>
    <w:rsid w:val="0026172F"/>
    <w:rsid w:val="0027366C"/>
    <w:rsid w:val="0028318F"/>
    <w:rsid w:val="00283C79"/>
    <w:rsid w:val="002958B8"/>
    <w:rsid w:val="0029639D"/>
    <w:rsid w:val="00297E51"/>
    <w:rsid w:val="002A19FE"/>
    <w:rsid w:val="002A1B46"/>
    <w:rsid w:val="002E5628"/>
    <w:rsid w:val="002F2C89"/>
    <w:rsid w:val="003217E7"/>
    <w:rsid w:val="00326F90"/>
    <w:rsid w:val="00330B51"/>
    <w:rsid w:val="00332EB2"/>
    <w:rsid w:val="00344A81"/>
    <w:rsid w:val="00347B58"/>
    <w:rsid w:val="00390D8D"/>
    <w:rsid w:val="003A4CF7"/>
    <w:rsid w:val="003C1537"/>
    <w:rsid w:val="003C4740"/>
    <w:rsid w:val="003E0B7C"/>
    <w:rsid w:val="003E213C"/>
    <w:rsid w:val="003E7AA7"/>
    <w:rsid w:val="004013F6"/>
    <w:rsid w:val="00405B08"/>
    <w:rsid w:val="00415D42"/>
    <w:rsid w:val="0042124F"/>
    <w:rsid w:val="00430841"/>
    <w:rsid w:val="004315DC"/>
    <w:rsid w:val="00442DAF"/>
    <w:rsid w:val="00444F4D"/>
    <w:rsid w:val="0044632F"/>
    <w:rsid w:val="0045698A"/>
    <w:rsid w:val="0046526E"/>
    <w:rsid w:val="00466A1B"/>
    <w:rsid w:val="004671E5"/>
    <w:rsid w:val="00476CBD"/>
    <w:rsid w:val="00483615"/>
    <w:rsid w:val="00484F7F"/>
    <w:rsid w:val="00490A03"/>
    <w:rsid w:val="004A0202"/>
    <w:rsid w:val="004B55C8"/>
    <w:rsid w:val="004C0B19"/>
    <w:rsid w:val="004C2CF4"/>
    <w:rsid w:val="004C5D33"/>
    <w:rsid w:val="004D6D65"/>
    <w:rsid w:val="004E1C2F"/>
    <w:rsid w:val="004F5B65"/>
    <w:rsid w:val="00502196"/>
    <w:rsid w:val="00510C77"/>
    <w:rsid w:val="00515D51"/>
    <w:rsid w:val="00516F90"/>
    <w:rsid w:val="00517B12"/>
    <w:rsid w:val="005249C7"/>
    <w:rsid w:val="00527A1E"/>
    <w:rsid w:val="005300FD"/>
    <w:rsid w:val="00535682"/>
    <w:rsid w:val="005402E8"/>
    <w:rsid w:val="00570057"/>
    <w:rsid w:val="0057404F"/>
    <w:rsid w:val="00574D95"/>
    <w:rsid w:val="00582EFC"/>
    <w:rsid w:val="00585854"/>
    <w:rsid w:val="00591367"/>
    <w:rsid w:val="00596D59"/>
    <w:rsid w:val="00597807"/>
    <w:rsid w:val="005A4F01"/>
    <w:rsid w:val="005A785E"/>
    <w:rsid w:val="005B4187"/>
    <w:rsid w:val="005D253A"/>
    <w:rsid w:val="005D4235"/>
    <w:rsid w:val="005E6834"/>
    <w:rsid w:val="00623E27"/>
    <w:rsid w:val="006333FD"/>
    <w:rsid w:val="00634593"/>
    <w:rsid w:val="00655389"/>
    <w:rsid w:val="00680705"/>
    <w:rsid w:val="00690A38"/>
    <w:rsid w:val="006A1C62"/>
    <w:rsid w:val="006B1844"/>
    <w:rsid w:val="006C7AEF"/>
    <w:rsid w:val="006D2B48"/>
    <w:rsid w:val="006D3C53"/>
    <w:rsid w:val="006F72A3"/>
    <w:rsid w:val="00700DAA"/>
    <w:rsid w:val="00702B09"/>
    <w:rsid w:val="0072223F"/>
    <w:rsid w:val="00725C24"/>
    <w:rsid w:val="00734136"/>
    <w:rsid w:val="00740F95"/>
    <w:rsid w:val="00757CD6"/>
    <w:rsid w:val="007635D3"/>
    <w:rsid w:val="0076799D"/>
    <w:rsid w:val="00775767"/>
    <w:rsid w:val="00784E57"/>
    <w:rsid w:val="007B6765"/>
    <w:rsid w:val="007B67DB"/>
    <w:rsid w:val="007D3D01"/>
    <w:rsid w:val="007F39B1"/>
    <w:rsid w:val="007F3E87"/>
    <w:rsid w:val="007F4312"/>
    <w:rsid w:val="008022A6"/>
    <w:rsid w:val="008104DC"/>
    <w:rsid w:val="00811D45"/>
    <w:rsid w:val="00816C89"/>
    <w:rsid w:val="008220ED"/>
    <w:rsid w:val="00823C33"/>
    <w:rsid w:val="00830DAB"/>
    <w:rsid w:val="00834506"/>
    <w:rsid w:val="00842FCE"/>
    <w:rsid w:val="00860CC6"/>
    <w:rsid w:val="00867953"/>
    <w:rsid w:val="008822F2"/>
    <w:rsid w:val="00887B00"/>
    <w:rsid w:val="0089392C"/>
    <w:rsid w:val="0089429C"/>
    <w:rsid w:val="008B1A2F"/>
    <w:rsid w:val="008C22CC"/>
    <w:rsid w:val="008C506C"/>
    <w:rsid w:val="008D1693"/>
    <w:rsid w:val="008F121C"/>
    <w:rsid w:val="00901D90"/>
    <w:rsid w:val="00905829"/>
    <w:rsid w:val="00913E88"/>
    <w:rsid w:val="00915641"/>
    <w:rsid w:val="009344AA"/>
    <w:rsid w:val="009351A3"/>
    <w:rsid w:val="00943948"/>
    <w:rsid w:val="009451B5"/>
    <w:rsid w:val="009508B1"/>
    <w:rsid w:val="00953AFC"/>
    <w:rsid w:val="00964068"/>
    <w:rsid w:val="00967191"/>
    <w:rsid w:val="009B1414"/>
    <w:rsid w:val="009B193C"/>
    <w:rsid w:val="009B712F"/>
    <w:rsid w:val="009B7411"/>
    <w:rsid w:val="009C420B"/>
    <w:rsid w:val="009C726C"/>
    <w:rsid w:val="009D47CD"/>
    <w:rsid w:val="00A00E29"/>
    <w:rsid w:val="00A0176C"/>
    <w:rsid w:val="00A24226"/>
    <w:rsid w:val="00A320DD"/>
    <w:rsid w:val="00A33097"/>
    <w:rsid w:val="00A42C00"/>
    <w:rsid w:val="00A4466A"/>
    <w:rsid w:val="00A54028"/>
    <w:rsid w:val="00A80C07"/>
    <w:rsid w:val="00A80C57"/>
    <w:rsid w:val="00A813BB"/>
    <w:rsid w:val="00A8143A"/>
    <w:rsid w:val="00A85797"/>
    <w:rsid w:val="00A91A52"/>
    <w:rsid w:val="00AA1D8D"/>
    <w:rsid w:val="00AB37E5"/>
    <w:rsid w:val="00AC74F1"/>
    <w:rsid w:val="00AD1CB4"/>
    <w:rsid w:val="00AF01E7"/>
    <w:rsid w:val="00AF34AD"/>
    <w:rsid w:val="00B07D44"/>
    <w:rsid w:val="00B113BE"/>
    <w:rsid w:val="00B173E1"/>
    <w:rsid w:val="00B17A09"/>
    <w:rsid w:val="00B24747"/>
    <w:rsid w:val="00B37408"/>
    <w:rsid w:val="00B47730"/>
    <w:rsid w:val="00B61593"/>
    <w:rsid w:val="00B65F6B"/>
    <w:rsid w:val="00B718CE"/>
    <w:rsid w:val="00B92FC8"/>
    <w:rsid w:val="00BA30D2"/>
    <w:rsid w:val="00BA57CD"/>
    <w:rsid w:val="00BB66D3"/>
    <w:rsid w:val="00BD04C0"/>
    <w:rsid w:val="00BF7E2B"/>
    <w:rsid w:val="00C07423"/>
    <w:rsid w:val="00C11355"/>
    <w:rsid w:val="00C113FF"/>
    <w:rsid w:val="00C13789"/>
    <w:rsid w:val="00C17C5C"/>
    <w:rsid w:val="00C2600B"/>
    <w:rsid w:val="00C3140D"/>
    <w:rsid w:val="00C31FC8"/>
    <w:rsid w:val="00C43873"/>
    <w:rsid w:val="00C60E3A"/>
    <w:rsid w:val="00C72BC9"/>
    <w:rsid w:val="00C7684D"/>
    <w:rsid w:val="00C81821"/>
    <w:rsid w:val="00C934A1"/>
    <w:rsid w:val="00CB0664"/>
    <w:rsid w:val="00CC5C57"/>
    <w:rsid w:val="00CE6872"/>
    <w:rsid w:val="00CF6F64"/>
    <w:rsid w:val="00D016C2"/>
    <w:rsid w:val="00D05365"/>
    <w:rsid w:val="00D076DB"/>
    <w:rsid w:val="00D07FA7"/>
    <w:rsid w:val="00D254B0"/>
    <w:rsid w:val="00D3536C"/>
    <w:rsid w:val="00D40082"/>
    <w:rsid w:val="00D529BC"/>
    <w:rsid w:val="00D56CA5"/>
    <w:rsid w:val="00D65806"/>
    <w:rsid w:val="00D95C4A"/>
    <w:rsid w:val="00DA4C02"/>
    <w:rsid w:val="00DB0AB0"/>
    <w:rsid w:val="00DC3B0C"/>
    <w:rsid w:val="00DD20D9"/>
    <w:rsid w:val="00DD72E7"/>
    <w:rsid w:val="00DF4B8C"/>
    <w:rsid w:val="00E05826"/>
    <w:rsid w:val="00E07D67"/>
    <w:rsid w:val="00E243DE"/>
    <w:rsid w:val="00E36372"/>
    <w:rsid w:val="00E52A38"/>
    <w:rsid w:val="00E854DD"/>
    <w:rsid w:val="00E9294F"/>
    <w:rsid w:val="00EB5148"/>
    <w:rsid w:val="00EC32C6"/>
    <w:rsid w:val="00ED3937"/>
    <w:rsid w:val="00ED5D34"/>
    <w:rsid w:val="00ED5ED1"/>
    <w:rsid w:val="00EE6E35"/>
    <w:rsid w:val="00F0401D"/>
    <w:rsid w:val="00F0531A"/>
    <w:rsid w:val="00F111ED"/>
    <w:rsid w:val="00F1153E"/>
    <w:rsid w:val="00F12D28"/>
    <w:rsid w:val="00F22B31"/>
    <w:rsid w:val="00F2710C"/>
    <w:rsid w:val="00F36D43"/>
    <w:rsid w:val="00F40594"/>
    <w:rsid w:val="00F407A1"/>
    <w:rsid w:val="00F47491"/>
    <w:rsid w:val="00F721CC"/>
    <w:rsid w:val="00F771E1"/>
    <w:rsid w:val="00F83C81"/>
    <w:rsid w:val="00F907D5"/>
    <w:rsid w:val="00FA4B54"/>
    <w:rsid w:val="00FB343F"/>
    <w:rsid w:val="00FB5179"/>
    <w:rsid w:val="00FC693F"/>
    <w:rsid w:val="00FD34D8"/>
    <w:rsid w:val="00FF07BE"/>
    <w:rsid w:val="00FF72FC"/>
    <w:rsid w:val="00FF7F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6D2B3A"/>
  <w14:defaultImageDpi w14:val="300"/>
  <w15:docId w15:val="{3E4C3953-3480-4AE5-9466-1755801AE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638A5"/>
    <w:pPr>
      <w:spacing w:after="40" w:line="240" w:lineRule="auto"/>
    </w:pPr>
    <w:rPr>
      <w:rFonts w:ascii="Times New Roman" w:eastAsia="Times New Roman" w:hAnsi="Times New Roman" w:cs="Times New Roman"/>
      <w:color w:val="000000"/>
      <w:sz w:val="28"/>
    </w:rPr>
  </w:style>
  <w:style w:type="paragraph" w:styleId="1">
    <w:name w:val="heading 1"/>
    <w:basedOn w:val="a1"/>
    <w:next w:val="a1"/>
    <w:link w:val="10"/>
    <w:uiPriority w:val="9"/>
    <w:qFormat/>
    <w:rsid w:val="00FC693F"/>
    <w:pPr>
      <w:keepNext/>
      <w:keepLines/>
      <w:spacing w:before="120"/>
      <w:outlineLvl w:val="0"/>
    </w:pPr>
    <w:rPr>
      <w:rFonts w:asciiTheme="majorHAnsi" w:eastAsiaTheme="majorEastAsia" w:hAnsiTheme="majorHAnsi" w:cstheme="majorBidi"/>
      <w:b/>
      <w:bCs/>
      <w:szCs w:val="28"/>
    </w:rPr>
  </w:style>
  <w:style w:type="paragraph" w:styleId="21">
    <w:name w:val="heading 2"/>
    <w:basedOn w:val="a1"/>
    <w:next w:val="a1"/>
    <w:link w:val="22"/>
    <w:uiPriority w:val="9"/>
    <w:unhideWhenUsed/>
    <w:qFormat/>
    <w:rsid w:val="00FC693F"/>
    <w:pPr>
      <w:keepNext/>
      <w:keepLines/>
      <w:spacing w:before="8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80"/>
      <w:outlineLvl w:val="2"/>
    </w:pPr>
    <w:rPr>
      <w:rFonts w:asciiTheme="majorHAnsi" w:eastAsiaTheme="majorEastAsia" w:hAnsiTheme="majorHAnsi" w:cstheme="majorBidi"/>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a">
    <w:name w:val="annotation reference"/>
    <w:basedOn w:val="a2"/>
    <w:uiPriority w:val="99"/>
    <w:semiHidden/>
    <w:unhideWhenUsed/>
    <w:rsid w:val="003217E7"/>
    <w:rPr>
      <w:sz w:val="16"/>
      <w:szCs w:val="16"/>
    </w:rPr>
  </w:style>
  <w:style w:type="paragraph" w:styleId="affb">
    <w:name w:val="annotation text"/>
    <w:basedOn w:val="a1"/>
    <w:link w:val="affc"/>
    <w:uiPriority w:val="99"/>
    <w:semiHidden/>
    <w:unhideWhenUsed/>
    <w:rsid w:val="003217E7"/>
    <w:rPr>
      <w:sz w:val="20"/>
      <w:szCs w:val="20"/>
    </w:rPr>
  </w:style>
  <w:style w:type="character" w:customStyle="1" w:styleId="affc">
    <w:name w:val="Текст примітки Знак"/>
    <w:basedOn w:val="a2"/>
    <w:link w:val="affb"/>
    <w:uiPriority w:val="99"/>
    <w:semiHidden/>
    <w:rsid w:val="003217E7"/>
    <w:rPr>
      <w:rFonts w:ascii="Times New Roman" w:eastAsia="Times New Roman" w:hAnsi="Times New Roman" w:cs="Times New Roman"/>
      <w:color w:val="000000"/>
      <w:sz w:val="20"/>
      <w:szCs w:val="20"/>
    </w:rPr>
  </w:style>
  <w:style w:type="paragraph" w:styleId="affd">
    <w:name w:val="annotation subject"/>
    <w:basedOn w:val="affb"/>
    <w:next w:val="affb"/>
    <w:link w:val="affe"/>
    <w:uiPriority w:val="99"/>
    <w:semiHidden/>
    <w:unhideWhenUsed/>
    <w:rsid w:val="003217E7"/>
    <w:rPr>
      <w:b/>
      <w:bCs/>
    </w:rPr>
  </w:style>
  <w:style w:type="character" w:customStyle="1" w:styleId="affe">
    <w:name w:val="Тема примітки Знак"/>
    <w:basedOn w:val="affc"/>
    <w:link w:val="affd"/>
    <w:uiPriority w:val="99"/>
    <w:semiHidden/>
    <w:rsid w:val="003217E7"/>
    <w:rPr>
      <w:rFonts w:ascii="Times New Roman" w:eastAsia="Times New Roman" w:hAnsi="Times New Roman" w:cs="Times New Roman"/>
      <w:b/>
      <w:bCs/>
      <w:color w:val="000000"/>
      <w:sz w:val="20"/>
      <w:szCs w:val="20"/>
    </w:rPr>
  </w:style>
  <w:style w:type="table" w:customStyle="1" w:styleId="TableNormal">
    <w:name w:val="Table Normal"/>
    <w:uiPriority w:val="2"/>
    <w:semiHidden/>
    <w:unhideWhenUsed/>
    <w:qFormat/>
    <w:rsid w:val="00CE6872"/>
    <w:pPr>
      <w:widowControl w:val="0"/>
      <w:autoSpaceDE w:val="0"/>
      <w:autoSpaceDN w:val="0"/>
      <w:spacing w:after="0" w:line="240" w:lineRule="auto"/>
    </w:pPr>
    <w:rPr>
      <w:rFonts w:eastAsia="Calibri"/>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EB5148"/>
    <w:pPr>
      <w:widowControl w:val="0"/>
      <w:autoSpaceDE w:val="0"/>
      <w:autoSpaceDN w:val="0"/>
      <w:spacing w:after="0" w:line="240" w:lineRule="auto"/>
    </w:pPr>
    <w:rPr>
      <w:rFonts w:eastAsia="Calibri"/>
    </w:rPr>
    <w:tblPr>
      <w:tblInd w:w="0" w:type="dxa"/>
      <w:tblCellMar>
        <w:top w:w="0" w:type="dxa"/>
        <w:left w:w="0" w:type="dxa"/>
        <w:bottom w:w="0" w:type="dxa"/>
        <w:right w:w="0" w:type="dxa"/>
      </w:tblCellMar>
    </w:tblPr>
  </w:style>
  <w:style w:type="table" w:customStyle="1" w:styleId="1d">
    <w:name w:val="Сітка таблиці1"/>
    <w:basedOn w:val="a3"/>
    <w:next w:val="aff2"/>
    <w:uiPriority w:val="39"/>
    <w:rsid w:val="00EB5148"/>
    <w:pPr>
      <w:widowControl w:val="0"/>
      <w:autoSpaceDE w:val="0"/>
      <w:autoSpaceDN w:val="0"/>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97dda085-a869-495a-a40d-3f1c5d241048}" contentBits="0" removed="0"/>
</clbl:labelList>
</file>

<file path=docProps/app.xml><?xml version="1.0" encoding="utf-8"?>
<Properties xmlns="http://schemas.openxmlformats.org/officeDocument/2006/extended-properties" xmlns:vt="http://schemas.openxmlformats.org/officeDocument/2006/docPropsVTypes">
  <Template>Normal</Template>
  <TotalTime>36</TotalTime>
  <Pages>24</Pages>
  <Words>46302</Words>
  <Characters>26393</Characters>
  <Application>Microsoft Office Word</Application>
  <DocSecurity>0</DocSecurity>
  <Lines>219</Lines>
  <Paragraphs>145</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72550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dc:creator>
  <cp:keywords/>
  <dc:description/>
  <cp:lastModifiedBy>Положешна Ірина Володимирівна</cp:lastModifiedBy>
  <cp:revision>7</cp:revision>
  <cp:lastPrinted>2026-08-27T11:17:00Z</cp:lastPrinted>
  <dcterms:created xsi:type="dcterms:W3CDTF">2026-10-26T12:00:00Z</dcterms:created>
  <dcterms:modified xsi:type="dcterms:W3CDTF">2026-10-28T08:36:00Z</dcterms:modified>
  <cp:category/>
</cp:coreProperties>
</file>